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0CE6C" w14:textId="2890B736" w:rsidR="00106DE9" w:rsidRPr="00F15736" w:rsidRDefault="00F15736">
      <w:pPr>
        <w:keepNext/>
        <w:spacing w:before="80" w:after="100"/>
        <w:jc w:val="center"/>
        <w:rPr>
          <w:color w:val="auto"/>
        </w:rPr>
      </w:pPr>
      <w:r w:rsidRPr="00F15736">
        <w:rPr>
          <w:b/>
          <w:caps/>
          <w:color w:val="auto"/>
          <w:sz w:val="28"/>
        </w:rPr>
        <w:t>TÍTULO DO TRABALHO</w:t>
      </w:r>
    </w:p>
    <w:p w14:paraId="19ABBFE8" w14:textId="50B36B36" w:rsidR="00106DE9" w:rsidRPr="00F15736" w:rsidRDefault="00F15736">
      <w:pPr>
        <w:keepNext/>
        <w:spacing w:after="40"/>
        <w:jc w:val="center"/>
        <w:rPr>
          <w:color w:val="auto"/>
        </w:rPr>
      </w:pPr>
      <w:r w:rsidRPr="00F15736">
        <w:rPr>
          <w:b/>
          <w:color w:val="auto"/>
        </w:rPr>
        <w:t>AUTOR(A) 1¹; AUTOR(A) 2²; AUTOR(A) 3³</w:t>
      </w:r>
    </w:p>
    <w:p w14:paraId="6CEDE35F" w14:textId="77777777" w:rsidR="00106DE9" w:rsidRPr="00F15736" w:rsidRDefault="00D12DB2">
      <w:pPr>
        <w:keepNext/>
        <w:spacing w:after="20"/>
        <w:jc w:val="center"/>
        <w:rPr>
          <w:color w:val="auto"/>
        </w:rPr>
      </w:pPr>
      <w:r w:rsidRPr="00F15736">
        <w:rPr>
          <w:i/>
          <w:color w:val="auto"/>
          <w:sz w:val="18"/>
        </w:rPr>
        <w:t>¹Curso/Programa, Instituição, Cidade–UF; ²Curso/Programa, Instituição, Cidade–UF</w:t>
      </w:r>
    </w:p>
    <w:p w14:paraId="7D38A746" w14:textId="2EB4F3A3" w:rsidR="00106DE9" w:rsidRPr="00F15736" w:rsidRDefault="00D12DB2">
      <w:pPr>
        <w:spacing w:after="100"/>
        <w:jc w:val="center"/>
        <w:rPr>
          <w:color w:val="auto"/>
        </w:rPr>
      </w:pPr>
      <w:r w:rsidRPr="00F15736">
        <w:rPr>
          <w:color w:val="auto"/>
          <w:sz w:val="18"/>
        </w:rPr>
        <w:t xml:space="preserve">E-mail do autor responsável: </w:t>
      </w:r>
    </w:p>
    <w:p w14:paraId="01761AB3" w14:textId="77777777" w:rsidR="00106DE9" w:rsidRPr="00F15736" w:rsidRDefault="00D12DB2">
      <w:pPr>
        <w:pBdr>
          <w:top w:val="single" w:sz="6" w:space="5" w:color="B7C9D3"/>
          <w:bottom w:val="single" w:sz="6" w:space="5" w:color="B7C9D3"/>
        </w:pBdr>
        <w:shd w:val="clear" w:color="auto" w:fill="EAF2F6"/>
        <w:spacing w:before="20"/>
        <w:ind w:left="85" w:right="85"/>
        <w:rPr>
          <w:color w:val="auto"/>
        </w:rPr>
      </w:pPr>
      <w:r w:rsidRPr="00F15736">
        <w:rPr>
          <w:b/>
          <w:color w:val="auto"/>
          <w:sz w:val="17"/>
        </w:rPr>
        <w:t xml:space="preserve">ORIENTAÇÕES GERAIS — Limite máximo: 2 páginas, incluindo figuras, tabelas e </w:t>
      </w:r>
      <w:r w:rsidRPr="00F15736">
        <w:rPr>
          <w:b/>
          <w:color w:val="auto"/>
          <w:sz w:val="17"/>
        </w:rPr>
        <w:t>referências. Papel A4; margens de 2 cm; fonte Times New Roman; texto em 10,5 pt; espaçamento simples. Apague todas as instruções em azul-cinza antes da submissão. Não altere a formatação.</w:t>
      </w:r>
    </w:p>
    <w:p w14:paraId="2AEAF8A8" w14:textId="77777777" w:rsidR="00106DE9" w:rsidRPr="00F15736" w:rsidRDefault="00D12DB2">
      <w:pPr>
        <w:pStyle w:val="Ttulo1"/>
        <w:rPr>
          <w:color w:val="auto"/>
        </w:rPr>
      </w:pPr>
      <w:r w:rsidRPr="00F15736">
        <w:rPr>
          <w:rFonts w:ascii="Times New Roman" w:hAnsi="Times New Roman"/>
          <w:caps/>
          <w:color w:val="auto"/>
        </w:rPr>
        <w:t>Resumo</w:t>
      </w:r>
    </w:p>
    <w:p w14:paraId="1351FE48" w14:textId="77777777" w:rsidR="00106DE9" w:rsidRPr="00F15736" w:rsidRDefault="00D12DB2">
      <w:pPr>
        <w:pStyle w:val="Orientacao"/>
        <w:rPr>
          <w:color w:val="auto"/>
        </w:rPr>
      </w:pPr>
      <w:r w:rsidRPr="00F15736">
        <w:rPr>
          <w:color w:val="auto"/>
        </w:rPr>
        <w:t>Redija um único parágrafo com 100 a 150 palavras, contendo co</w:t>
      </w:r>
      <w:r w:rsidRPr="00F15736">
        <w:rPr>
          <w:color w:val="auto"/>
        </w:rPr>
        <w:t>ntexto, objetivo, abordagem, principais resultados e conclusão. Não inclua citações, tabelas ou figuras nesta seção.</w:t>
      </w:r>
    </w:p>
    <w:p w14:paraId="258DBAAD" w14:textId="77777777" w:rsidR="00106DE9" w:rsidRPr="00F15736" w:rsidRDefault="00D12DB2">
      <w:pPr>
        <w:rPr>
          <w:color w:val="auto"/>
        </w:rPr>
      </w:pPr>
      <w:r w:rsidRPr="00F15736">
        <w:rPr>
          <w:b/>
          <w:color w:val="auto"/>
        </w:rPr>
        <w:t xml:space="preserve">Palavras-chave: </w:t>
      </w:r>
      <w:r w:rsidRPr="00F15736">
        <w:rPr>
          <w:color w:val="auto"/>
        </w:rPr>
        <w:t>termo 1; termo 2; termo 3. (Utilize de três a cinco termos, separados por ponto e vírgula.)</w:t>
      </w:r>
    </w:p>
    <w:p w14:paraId="493F43EE" w14:textId="77777777" w:rsidR="00106DE9" w:rsidRPr="00F15736" w:rsidRDefault="00D12DB2">
      <w:pPr>
        <w:pStyle w:val="Ttulo1"/>
        <w:rPr>
          <w:color w:val="auto"/>
        </w:rPr>
      </w:pPr>
      <w:r w:rsidRPr="00F15736">
        <w:rPr>
          <w:rFonts w:ascii="Times New Roman" w:hAnsi="Times New Roman"/>
          <w:caps/>
          <w:color w:val="auto"/>
        </w:rPr>
        <w:t>1 Introdução</w:t>
      </w:r>
    </w:p>
    <w:p w14:paraId="1B1DED6F" w14:textId="77777777" w:rsidR="00106DE9" w:rsidRPr="00F15736" w:rsidRDefault="00D12DB2">
      <w:pPr>
        <w:pStyle w:val="Orientacao"/>
        <w:rPr>
          <w:color w:val="auto"/>
        </w:rPr>
      </w:pPr>
      <w:r w:rsidRPr="00F15736">
        <w:rPr>
          <w:color w:val="auto"/>
        </w:rPr>
        <w:t>Contextualize o te</w:t>
      </w:r>
      <w:r w:rsidRPr="00F15736">
        <w:rPr>
          <w:color w:val="auto"/>
        </w:rPr>
        <w:t>ma, delimite o problema, apresente a justificativa e encerre com o objetivo. Use citações no sistema autor-data, conforme a norma adotada pelo evento.</w:t>
      </w:r>
    </w:p>
    <w:p w14:paraId="662A8B58" w14:textId="53AF234C" w:rsidR="00106DE9" w:rsidRPr="00F15736" w:rsidRDefault="00106DE9">
      <w:pPr>
        <w:ind w:firstLine="397"/>
        <w:rPr>
          <w:color w:val="auto"/>
        </w:rPr>
      </w:pPr>
    </w:p>
    <w:p w14:paraId="0930AEE0" w14:textId="77777777" w:rsidR="00106DE9" w:rsidRPr="00F15736" w:rsidRDefault="00D12DB2">
      <w:pPr>
        <w:pStyle w:val="Ttulo1"/>
        <w:rPr>
          <w:color w:val="auto"/>
        </w:rPr>
      </w:pPr>
      <w:r w:rsidRPr="00F15736">
        <w:rPr>
          <w:rFonts w:ascii="Times New Roman" w:hAnsi="Times New Roman"/>
          <w:caps/>
          <w:color w:val="auto"/>
        </w:rPr>
        <w:t>2 Metodologia</w:t>
      </w:r>
    </w:p>
    <w:p w14:paraId="2BB17D2D" w14:textId="77777777" w:rsidR="00106DE9" w:rsidRPr="00F15736" w:rsidRDefault="00D12DB2">
      <w:pPr>
        <w:pStyle w:val="Orientacao"/>
        <w:rPr>
          <w:color w:val="auto"/>
        </w:rPr>
      </w:pPr>
      <w:r w:rsidRPr="00F15736">
        <w:rPr>
          <w:color w:val="auto"/>
        </w:rPr>
        <w:t>Descreva desenho do estudo, materiais ou participantes, procedimentos de coleta e método d</w:t>
      </w:r>
      <w:r w:rsidRPr="00F15736">
        <w:rPr>
          <w:color w:val="auto"/>
        </w:rPr>
        <w:t>e análise. Inclua aprovação ética quando aplicável.</w:t>
      </w:r>
    </w:p>
    <w:p w14:paraId="2A3F925B" w14:textId="77777777" w:rsidR="00F15736" w:rsidRDefault="00F15736">
      <w:pPr>
        <w:pStyle w:val="Ttulo1"/>
        <w:rPr>
          <w:rFonts w:ascii="Times New Roman" w:hAnsi="Times New Roman"/>
          <w:caps/>
          <w:color w:val="auto"/>
        </w:rPr>
      </w:pPr>
    </w:p>
    <w:p w14:paraId="710DC6A5" w14:textId="00E9F3EE" w:rsidR="00106DE9" w:rsidRPr="00F15736" w:rsidRDefault="00D12DB2">
      <w:pPr>
        <w:pStyle w:val="Ttulo1"/>
        <w:rPr>
          <w:color w:val="auto"/>
        </w:rPr>
      </w:pPr>
      <w:r w:rsidRPr="00F15736">
        <w:rPr>
          <w:rFonts w:ascii="Times New Roman" w:hAnsi="Times New Roman"/>
          <w:caps/>
          <w:color w:val="auto"/>
        </w:rPr>
        <w:t>3 Resultados e Discussão</w:t>
      </w:r>
    </w:p>
    <w:p w14:paraId="388AA825" w14:textId="77777777" w:rsidR="00106DE9" w:rsidRPr="00F15736" w:rsidRDefault="00D12DB2">
      <w:pPr>
        <w:pStyle w:val="Orientacao"/>
        <w:rPr>
          <w:color w:val="auto"/>
        </w:rPr>
      </w:pPr>
      <w:r w:rsidRPr="00F15736">
        <w:rPr>
          <w:color w:val="auto"/>
        </w:rPr>
        <w:t>Apresente os achados centrais e interprete-os à luz da literatura. Use apenas figuras e tabelas essenciais, legíveis e citadas no texto.</w:t>
      </w:r>
    </w:p>
    <w:p w14:paraId="63E27E30" w14:textId="77777777" w:rsidR="00F15736" w:rsidRDefault="00F15736">
      <w:pPr>
        <w:pStyle w:val="Ttulo1"/>
        <w:rPr>
          <w:rFonts w:ascii="Times New Roman" w:hAnsi="Times New Roman"/>
          <w:caps/>
          <w:color w:val="auto"/>
        </w:rPr>
      </w:pPr>
    </w:p>
    <w:p w14:paraId="2F86F2A6" w14:textId="696BB3ED" w:rsidR="00106DE9" w:rsidRPr="00F15736" w:rsidRDefault="00D12DB2">
      <w:pPr>
        <w:pStyle w:val="Ttulo1"/>
        <w:rPr>
          <w:color w:val="auto"/>
        </w:rPr>
      </w:pPr>
      <w:r w:rsidRPr="00F15736">
        <w:rPr>
          <w:rFonts w:ascii="Times New Roman" w:hAnsi="Times New Roman"/>
          <w:caps/>
          <w:color w:val="auto"/>
        </w:rPr>
        <w:t>4 Conclusões</w:t>
      </w:r>
    </w:p>
    <w:p w14:paraId="671784AC" w14:textId="77777777" w:rsidR="00106DE9" w:rsidRPr="00F15736" w:rsidRDefault="00D12DB2">
      <w:pPr>
        <w:pStyle w:val="Orientacao"/>
        <w:rPr>
          <w:color w:val="auto"/>
        </w:rPr>
      </w:pPr>
      <w:r w:rsidRPr="00F15736">
        <w:rPr>
          <w:color w:val="auto"/>
        </w:rPr>
        <w:t>Retome o objetivo e respond</w:t>
      </w:r>
      <w:r w:rsidRPr="00F15736">
        <w:rPr>
          <w:color w:val="auto"/>
        </w:rPr>
        <w:t>a diretamente ao problema. Não introduza resultados novos. Indique a contribuição do trabalho e, se pertinente, perspectivas futuras.</w:t>
      </w:r>
    </w:p>
    <w:p w14:paraId="0C49A76F" w14:textId="10DC6278" w:rsidR="00106DE9" w:rsidRPr="00F15736" w:rsidRDefault="00106DE9">
      <w:pPr>
        <w:ind w:firstLine="397"/>
        <w:rPr>
          <w:color w:val="auto"/>
        </w:rPr>
      </w:pPr>
    </w:p>
    <w:p w14:paraId="00A904DA" w14:textId="77777777" w:rsidR="00106DE9" w:rsidRPr="00F15736" w:rsidRDefault="00D12DB2">
      <w:pPr>
        <w:pStyle w:val="Ttulo1"/>
        <w:rPr>
          <w:color w:val="auto"/>
        </w:rPr>
      </w:pPr>
      <w:r w:rsidRPr="00F15736">
        <w:rPr>
          <w:rFonts w:ascii="Times New Roman" w:hAnsi="Times New Roman"/>
          <w:caps/>
          <w:color w:val="auto"/>
        </w:rPr>
        <w:t>Agradecimentos (opcional)</w:t>
      </w:r>
    </w:p>
    <w:p w14:paraId="6F2BC329" w14:textId="77777777" w:rsidR="00106DE9" w:rsidRPr="00F15736" w:rsidRDefault="00D12DB2">
      <w:pPr>
        <w:pStyle w:val="Orientacao"/>
        <w:rPr>
          <w:color w:val="auto"/>
        </w:rPr>
      </w:pPr>
      <w:r w:rsidRPr="00F15736">
        <w:rPr>
          <w:color w:val="auto"/>
        </w:rPr>
        <w:t xml:space="preserve">Registre instituições de fomento, bolsas, laboratórios, equipes ou apoios relevantes. Exclua </w:t>
      </w:r>
      <w:r w:rsidRPr="00F15736">
        <w:rPr>
          <w:color w:val="auto"/>
        </w:rPr>
        <w:t>esta seção se não houver agradecimentos.</w:t>
      </w:r>
    </w:p>
    <w:p w14:paraId="1280E0FE" w14:textId="77777777" w:rsidR="00F15736" w:rsidRDefault="00F15736">
      <w:pPr>
        <w:pStyle w:val="Ttulo1"/>
        <w:rPr>
          <w:rFonts w:ascii="Times New Roman" w:hAnsi="Times New Roman"/>
          <w:caps/>
          <w:color w:val="auto"/>
        </w:rPr>
      </w:pPr>
    </w:p>
    <w:p w14:paraId="592A5E2B" w14:textId="71BA489F" w:rsidR="00106DE9" w:rsidRPr="00F15736" w:rsidRDefault="00D12DB2">
      <w:pPr>
        <w:pStyle w:val="Ttulo1"/>
        <w:rPr>
          <w:color w:val="auto"/>
        </w:rPr>
      </w:pPr>
      <w:r w:rsidRPr="00F15736">
        <w:rPr>
          <w:rFonts w:ascii="Times New Roman" w:hAnsi="Times New Roman"/>
          <w:caps/>
          <w:color w:val="auto"/>
        </w:rPr>
        <w:t>Referências</w:t>
      </w:r>
    </w:p>
    <w:p w14:paraId="496B6B04" w14:textId="1B065A8A" w:rsidR="00106DE9" w:rsidRPr="00F15736" w:rsidRDefault="00D12DB2">
      <w:pPr>
        <w:pStyle w:val="Orientacao"/>
        <w:rPr>
          <w:color w:val="auto"/>
        </w:rPr>
      </w:pPr>
      <w:r w:rsidRPr="00F15736">
        <w:rPr>
          <w:color w:val="auto"/>
        </w:rPr>
        <w:t>Liste somente as obras citadas, em ordem alfabética, conforme ABNT NBR 6023. Use fonte 9 pt e espaçamento simples. Os exemplos abaixo devem ser substituídos.</w:t>
      </w:r>
    </w:p>
    <w:p w14:paraId="38F558A9" w14:textId="2E840D7E" w:rsidR="00106DE9" w:rsidRPr="00F15736" w:rsidRDefault="00D12DB2">
      <w:pPr>
        <w:spacing w:after="40"/>
        <w:rPr>
          <w:color w:val="auto"/>
        </w:rPr>
      </w:pPr>
      <w:r w:rsidRPr="00F15736">
        <w:rPr>
          <w:color w:val="auto"/>
          <w:sz w:val="18"/>
        </w:rPr>
        <w:t>SOBRENOME, A. A.; SOBRENOME, B. B. Título do</w:t>
      </w:r>
      <w:r w:rsidRPr="00F15736">
        <w:rPr>
          <w:color w:val="auto"/>
          <w:sz w:val="18"/>
        </w:rPr>
        <w:t xml:space="preserve"> artigo. Nome do Periódico, cidade, v. 10, n. 2, p. 10–20, 2025. DOI: https://doi.org/xx.xxxx/xxxxx.</w:t>
      </w:r>
    </w:p>
    <w:p w14:paraId="37572DED" w14:textId="77777777" w:rsidR="00106DE9" w:rsidRPr="00F15736" w:rsidRDefault="00D12DB2">
      <w:pPr>
        <w:spacing w:after="40"/>
        <w:rPr>
          <w:color w:val="auto"/>
        </w:rPr>
      </w:pPr>
      <w:r w:rsidRPr="00F15736">
        <w:rPr>
          <w:color w:val="auto"/>
          <w:sz w:val="18"/>
        </w:rPr>
        <w:t>SOBRENOME, C. C. Título do livro. 2. ed. Cidade: Editora, 2024.</w:t>
      </w:r>
    </w:p>
    <w:p w14:paraId="2689B178" w14:textId="77777777" w:rsidR="00106DE9" w:rsidRPr="00F15736" w:rsidRDefault="00D12DB2">
      <w:pPr>
        <w:spacing w:after="40"/>
        <w:rPr>
          <w:color w:val="auto"/>
        </w:rPr>
      </w:pPr>
      <w:r w:rsidRPr="00F15736">
        <w:rPr>
          <w:color w:val="auto"/>
          <w:sz w:val="18"/>
        </w:rPr>
        <w:t>INSTITUIÇÃO. Título do relatório ou página. Cidade, 2025. Disponível em: https://endereco.e</w:t>
      </w:r>
      <w:r w:rsidRPr="00F15736">
        <w:rPr>
          <w:color w:val="auto"/>
          <w:sz w:val="18"/>
        </w:rPr>
        <w:t>xemplo. Acesso em: 15 jun. 2026.</w:t>
      </w:r>
    </w:p>
    <w:sectPr w:rsidR="00106DE9" w:rsidRPr="00F15736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35" w:right="1134" w:bottom="879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2F52C" w14:textId="77777777" w:rsidR="00D12DB2" w:rsidRDefault="00D12DB2">
      <w:pPr>
        <w:spacing w:after="0"/>
      </w:pPr>
      <w:r>
        <w:separator/>
      </w:r>
    </w:p>
  </w:endnote>
  <w:endnote w:type="continuationSeparator" w:id="0">
    <w:p w14:paraId="2D3FEF13" w14:textId="77777777" w:rsidR="00D12DB2" w:rsidRDefault="00D12D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F5F785" w14:textId="77777777" w:rsidR="00355686" w:rsidRDefault="0035568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88A655" w14:textId="77777777" w:rsidR="00106DE9" w:rsidRDefault="00D12DB2">
    <w:pPr>
      <w:pStyle w:val="Rodap"/>
      <w:jc w:val="center"/>
    </w:pPr>
    <w:r>
      <w:rPr>
        <w:color w:val="5C6570"/>
        <w:sz w:val="16"/>
      </w:rPr>
      <w:t xml:space="preserve">Resumo expandido | Página </w:t>
    </w:r>
    <w:r>
      <w:rPr>
        <w:color w:val="5C6570"/>
        <w:sz w:val="16"/>
      </w:rPr>
      <w:fldChar w:fldCharType="begin"/>
    </w:r>
    <w:r>
      <w:rPr>
        <w:color w:val="5C6570"/>
        <w:sz w:val="16"/>
      </w:rPr>
      <w:instrText>PAGE</w:instrText>
    </w:r>
    <w:r>
      <w:rPr>
        <w:color w:val="5C6570"/>
        <w:sz w:val="16"/>
      </w:rPr>
      <w:fldChar w:fldCharType="separate"/>
    </w:r>
    <w:r w:rsidR="00355686">
      <w:rPr>
        <w:noProof/>
        <w:color w:val="5C6570"/>
        <w:sz w:val="16"/>
      </w:rPr>
      <w:t>1</w:t>
    </w:r>
    <w:r>
      <w:rPr>
        <w:color w:val="5C6570"/>
        <w:sz w:val="16"/>
      </w:rPr>
      <w:fldChar w:fldCharType="end"/>
    </w:r>
    <w:r>
      <w:rPr>
        <w:color w:val="5C6570"/>
        <w:sz w:val="16"/>
      </w:rPr>
      <w:t xml:space="preserve"> de 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0F254" w14:textId="77777777" w:rsidR="00355686" w:rsidRDefault="0035568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EE94B" w14:textId="77777777" w:rsidR="00D12DB2" w:rsidRDefault="00D12DB2">
      <w:pPr>
        <w:spacing w:after="0"/>
      </w:pPr>
      <w:r>
        <w:separator/>
      </w:r>
    </w:p>
  </w:footnote>
  <w:footnote w:type="continuationSeparator" w:id="0">
    <w:p w14:paraId="20F915B2" w14:textId="77777777" w:rsidR="00D12DB2" w:rsidRDefault="00D12D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6EABD" w14:textId="77777777" w:rsidR="00355686" w:rsidRDefault="0035568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BEBB2" w14:textId="4A60D05E" w:rsidR="00106DE9" w:rsidRDefault="00106DE9">
    <w:pPr>
      <w:pStyle w:val="Cabealho"/>
      <w:pBdr>
        <w:bottom w:val="single" w:sz="6" w:space="4" w:color="B7C9D3"/>
      </w:pBdr>
      <w:jc w:val="center"/>
    </w:pPr>
  </w:p>
  <w:p w14:paraId="3A594FD7" w14:textId="43ACF17E" w:rsidR="00355686" w:rsidRDefault="00355686">
    <w:pPr>
      <w:pStyle w:val="Cabealho"/>
      <w:pBdr>
        <w:bottom w:val="single" w:sz="6" w:space="4" w:color="B7C9D3"/>
      </w:pBdr>
      <w:jc w:val="center"/>
    </w:pPr>
    <w:r w:rsidRPr="00355686">
      <w:drawing>
        <wp:inline distT="0" distB="0" distL="0" distR="0" wp14:anchorId="5CB93CD9" wp14:editId="2D150E3F">
          <wp:extent cx="2546856" cy="1345782"/>
          <wp:effectExtent l="0" t="0" r="6350" b="698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6315" cy="13719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06429" w14:textId="77777777" w:rsidR="00355686" w:rsidRDefault="0035568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06DE9"/>
    <w:rsid w:val="0015074B"/>
    <w:rsid w:val="0029639D"/>
    <w:rsid w:val="00326F90"/>
    <w:rsid w:val="00355686"/>
    <w:rsid w:val="005D0F4B"/>
    <w:rsid w:val="0092432A"/>
    <w:rsid w:val="00AA1D8D"/>
    <w:rsid w:val="00AF0491"/>
    <w:rsid w:val="00B47730"/>
    <w:rsid w:val="00CB0664"/>
    <w:rsid w:val="00D12DB2"/>
    <w:rsid w:val="00F1573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BF3C30"/>
  <w14:defaultImageDpi w14:val="300"/>
  <w15:docId w15:val="{1A56417F-8B27-45C6-A37A-48744D3C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80" w:line="240" w:lineRule="auto"/>
      <w:jc w:val="both"/>
    </w:pPr>
    <w:rPr>
      <w:rFonts w:ascii="Times New Roman" w:hAnsi="Times New Roman"/>
      <w:color w:val="1F2937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120" w:after="40"/>
      <w:outlineLvl w:val="0"/>
    </w:pPr>
    <w:rPr>
      <w:rFonts w:asciiTheme="majorHAnsi" w:eastAsiaTheme="majorEastAsia" w:hAnsiTheme="majorHAnsi" w:cstheme="majorBidi"/>
      <w:b/>
      <w:bCs/>
      <w:color w:val="145270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b/>
      <w:bCs/>
      <w:color w:val="145270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/>
      <w:b/>
      <w:bCs/>
      <w:color w:val="145270"/>
      <w:sz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Orientacao">
    <w:name w:val="Orientacao"/>
    <w:pPr>
      <w:spacing w:after="60" w:line="240" w:lineRule="auto"/>
    </w:pPr>
    <w:rPr>
      <w:rFonts w:ascii="Times New Roman" w:hAnsi="Times New Roman"/>
      <w:i/>
      <w:color w:val="5E717D"/>
      <w:sz w:val="17"/>
    </w:rPr>
  </w:style>
  <w:style w:type="paragraph" w:customStyle="1" w:styleId="Legenda1">
    <w:name w:val="Legenda1"/>
    <w:pPr>
      <w:keepNext/>
      <w:spacing w:before="40" w:after="80"/>
      <w:jc w:val="center"/>
    </w:pPr>
    <w:rPr>
      <w:rFonts w:ascii="Times New Roman" w:hAnsi="Times New Roman"/>
      <w:color w:val="1F2937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98E27D-A782-4793-ADA4-890761B93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322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de Resumo Expandido</vt:lpstr>
      <vt:lpstr/>
    </vt:vector>
  </TitlesOfParts>
  <Manager/>
  <Company/>
  <LinksUpToDate>false</LinksUpToDate>
  <CharactersWithSpaces>2063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de Resumo Expandido</dc:title>
  <dc:subject>Modelo para submissão de trabalhos científicos em até duas páginas</dc:subject>
  <dc:creator>Comissão Organizadora</dc:creator>
  <cp:keywords>resumo expandido, evento científico, template, submissão</cp:keywords>
  <dc:description>generated by python-docx</dc:description>
  <cp:lastModifiedBy>Johanna</cp:lastModifiedBy>
  <cp:revision>5</cp:revision>
  <cp:lastPrinted>2026-06-23T14:59:00Z</cp:lastPrinted>
  <dcterms:created xsi:type="dcterms:W3CDTF">2013-12-23T23:15:00Z</dcterms:created>
  <dcterms:modified xsi:type="dcterms:W3CDTF">2026-06-23T15:00:00Z</dcterms:modified>
  <cp:category/>
</cp:coreProperties>
</file>