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intelligence2.xml" ContentType="application/vnd.ms-office.intelligence2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92D5226" w14:textId="4DFBFC53" w:rsidR="00AF07D1" w:rsidRDefault="021FB4FB" w:rsidP="00582E67">
      <w:pPr>
        <w:jc w:val="center"/>
        <w:rPr>
          <w:b/>
          <w:bCs/>
        </w:rPr>
      </w:pPr>
      <w:r>
        <w:br/>
      </w:r>
      <w:r>
        <w:br/>
      </w:r>
      <w:r w:rsidR="00AF07D1" w:rsidRPr="00AF07D1">
        <w:rPr>
          <w:b/>
          <w:bCs/>
        </w:rPr>
        <w:t>TECNOLOGIA EDUCATIVA PARA FORTALECIMENTO DA PUERICULTURA NA APS: IDENTIFICAÇÃO PRECOCE DO TRANSTORNO DO ESPECTRO AUTISTA</w:t>
      </w:r>
    </w:p>
    <w:p w14:paraId="570BE3DA" w14:textId="77777777" w:rsidR="00582E67" w:rsidRPr="00582E67" w:rsidRDefault="00582E67" w:rsidP="00582E67">
      <w:pPr>
        <w:jc w:val="center"/>
        <w:rPr>
          <w:b/>
          <w:bCs/>
        </w:rPr>
      </w:pPr>
    </w:p>
    <w:p w14:paraId="145C358B" w14:textId="77777777" w:rsidR="00AF07D1" w:rsidRPr="00AF07D1" w:rsidRDefault="00AF07D1" w:rsidP="00AF07D1">
      <w:pPr>
        <w:rPr>
          <w:b/>
          <w:bCs/>
        </w:rPr>
      </w:pPr>
      <w:r w:rsidRPr="00AF07D1">
        <w:rPr>
          <w:b/>
          <w:bCs/>
        </w:rPr>
        <w:t xml:space="preserve">INTRODUÇÃO: </w:t>
      </w:r>
      <w:r w:rsidRPr="00AF07D1">
        <w:t>O transtorno do espectro autista (TEA) é uma condição do neurodesenvolvimento caracterizada por prejuízos na comunicação, interação social e padrões comportamentais restritos e repetitivos. Os sinais podem incluir atraso na fala, ecolalia, movimentos repetitivos, hipersensibilidade sensorial e dificuldade no contato visual, podendo ser observados desde os primeiros meses de vida. A identificação precoce é essencial para melhores desfechos clínicos. Na Atenção Primária à Saúde (APS), o enfermeiro possui papel estratégico nas consultas de puericultura, porém ainda enfrenta dificuldades quanto ao reconhecimento dos sinais iniciais e à ausência de protocolos padronizados.</w:t>
      </w:r>
      <w:r w:rsidRPr="00AF07D1">
        <w:rPr>
          <w:b/>
          <w:bCs/>
        </w:rPr>
        <w:t xml:space="preserve"> OBJETIVO: </w:t>
      </w:r>
      <w:r w:rsidRPr="00AF07D1">
        <w:t xml:space="preserve">Desenvolver uma tecnologia educativa para fortalecer a identificação precoce do TEA nas consultas de puericultura na APS. </w:t>
      </w:r>
      <w:r w:rsidRPr="00AF07D1">
        <w:rPr>
          <w:b/>
          <w:bCs/>
        </w:rPr>
        <w:t xml:space="preserve">MÉTODO: </w:t>
      </w:r>
      <w:r w:rsidRPr="00AF07D1">
        <w:t xml:space="preserve">Estudo de desenvolvimento tecnológico realizado a partir de levantamento bibliográfico e elaboração do “Protocolo Marcos Miguel”, composto por cartilha educativa sobre marcos do desenvolvimento infantil e questionário de rastreio clínico. A ferramenta orienta o encaminhamento para neuropediatria e equipe multiprofissional diante da presença de três ou mais sinais de alerta. </w:t>
      </w:r>
      <w:r w:rsidRPr="00AF07D1">
        <w:rPr>
          <w:b/>
          <w:bCs/>
        </w:rPr>
        <w:t>RESULTADOS:</w:t>
      </w:r>
      <w:r w:rsidRPr="00AF07D1">
        <w:t xml:space="preserve"> Evidenciaram-se limitações na identificação precoce do TEA na APS, associadas à insuficiência de conhecimento técnico, fragilidades na formação e escassez de ações de educação permanente. A tecnologia desenvolvida contribui para educação em saúde, avaliação clínica e tomada de decisão, favorecendo o encaminhamento oportuno.</w:t>
      </w:r>
      <w:r w:rsidRPr="00AF07D1">
        <w:rPr>
          <w:b/>
          <w:bCs/>
        </w:rPr>
        <w:t xml:space="preserve"> CONSIDERAÇÕES FINAIS: </w:t>
      </w:r>
      <w:r w:rsidRPr="00AF07D1">
        <w:t xml:space="preserve">A ferramenta proposta configura-se como instrumento educativo e protocolo padronizado que apoia o enfermeiro na identificação precoce do TEA. </w:t>
      </w:r>
      <w:r w:rsidRPr="00582E67">
        <w:rPr>
          <w:b/>
          <w:bCs/>
        </w:rPr>
        <w:t>CONTRIBUIÇÕES PARA A ENFERMAGEM:</w:t>
      </w:r>
      <w:r w:rsidRPr="00AF07D1">
        <w:t xml:space="preserve"> Fortalece a atuação do enfermeiro na APS, ampliando a autonomia na avaliação integral da criança e qualificando a assistência em puericultura.</w:t>
      </w:r>
    </w:p>
    <w:p w14:paraId="307ED3B0" w14:textId="4959DBEF" w:rsidR="00AF07D1" w:rsidRPr="00582E67" w:rsidRDefault="00AF07D1" w:rsidP="00AF07D1">
      <w:r w:rsidRPr="00AF07D1">
        <w:rPr>
          <w:b/>
          <w:bCs/>
        </w:rPr>
        <w:t xml:space="preserve">Descritores: </w:t>
      </w:r>
      <w:r w:rsidR="00582E67" w:rsidRPr="00582E67">
        <w:t>Enfermagem – D009729; Transtorno do Espectro Autista – D000067877; Atenção Primária à Saúde – D011636.</w:t>
      </w:r>
    </w:p>
    <w:p w14:paraId="0C8BD7A4" w14:textId="77777777" w:rsidR="00AF07D1" w:rsidRPr="00AF07D1" w:rsidRDefault="00AF07D1" w:rsidP="00AF07D1">
      <w:pPr>
        <w:rPr>
          <w:b/>
          <w:bCs/>
        </w:rPr>
      </w:pPr>
      <w:r w:rsidRPr="00AF07D1">
        <w:rPr>
          <w:b/>
          <w:bCs/>
        </w:rPr>
        <w:t>Modalidade: Desenvolvimento tecnológico</w:t>
      </w:r>
    </w:p>
    <w:p w14:paraId="70A07920" w14:textId="6686DB7D" w:rsidR="00A511A9" w:rsidRDefault="00AF07D1" w:rsidP="7E3E48F1">
      <w:pPr>
        <w:rPr>
          <w:b/>
          <w:bCs/>
        </w:rPr>
      </w:pPr>
      <w:r w:rsidRPr="00AF07D1">
        <w:rPr>
          <w:b/>
          <w:bCs/>
        </w:rPr>
        <w:t>Eixo Temático: Desenvolvimento de tecnologias para o cuidado em saúde e enfermagem</w:t>
      </w:r>
      <w:r>
        <w:rPr>
          <w:b/>
          <w:bCs/>
        </w:rPr>
        <w:t>.</w:t>
      </w:r>
    </w:p>
    <w:p w14:paraId="5AF43B19" w14:textId="77777777" w:rsidR="00A511A9" w:rsidRDefault="003B4885">
      <w:r w:rsidRPr="7E3E48F1">
        <w:rPr>
          <w:b/>
          <w:bCs/>
        </w:rPr>
        <w:t>REFERÊNCIAS:</w:t>
      </w:r>
    </w:p>
    <w:p w14:paraId="4AD490D5" w14:textId="12A4015B" w:rsidR="7E3E48F1" w:rsidRPr="00582E67" w:rsidRDefault="00582E67" w:rsidP="7E3E48F1">
      <w:r w:rsidRPr="00582E67">
        <w:t xml:space="preserve">Souza BR, </w:t>
      </w:r>
      <w:proofErr w:type="spellStart"/>
      <w:r w:rsidRPr="00582E67">
        <w:t>Araujo</w:t>
      </w:r>
      <w:proofErr w:type="spellEnd"/>
      <w:r w:rsidRPr="00582E67">
        <w:t xml:space="preserve"> VM da S, Figueiredo ILA de, Casimiro MRA, et al. O papel da enfermagem na identificação precoce do transtorno do espectro autista na atenção primária à saúde. REASE. 2025;11(11):4781-92.</w:t>
      </w:r>
    </w:p>
    <w:p w14:paraId="34C42F2F" w14:textId="5F9F730E" w:rsidR="7E3E48F1" w:rsidRDefault="7E3E48F1" w:rsidP="7E3E48F1">
      <w:pPr>
        <w:rPr>
          <w:b/>
          <w:bCs/>
        </w:rPr>
      </w:pPr>
    </w:p>
    <w:p w14:paraId="10B8C183" w14:textId="3E4CDE24" w:rsidR="00A511A9" w:rsidRDefault="00A511A9"/>
    <w:sectPr w:rsidR="00A511A9" w:rsidSect="00034616">
      <w:pgSz w:w="12240" w:h="15840"/>
      <w:pgMar w:top="1701" w:right="1134" w:bottom="1134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4E3447C" w14:textId="77777777" w:rsidR="003E73CC" w:rsidRDefault="003E73CC" w:rsidP="00AF07D1">
      <w:pPr>
        <w:spacing w:after="0" w:line="240" w:lineRule="auto"/>
      </w:pPr>
      <w:r>
        <w:separator/>
      </w:r>
    </w:p>
  </w:endnote>
  <w:endnote w:type="continuationSeparator" w:id="0">
    <w:p w14:paraId="07CC5B98" w14:textId="77777777" w:rsidR="003E73CC" w:rsidRDefault="003E73CC" w:rsidP="00AF07D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00000287" w:usb1="08070000" w:usb2="00000010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5B02A07" w14:textId="77777777" w:rsidR="003E73CC" w:rsidRDefault="003E73CC" w:rsidP="00AF07D1">
      <w:pPr>
        <w:spacing w:after="0" w:line="240" w:lineRule="auto"/>
      </w:pPr>
      <w:r>
        <w:separator/>
      </w:r>
    </w:p>
  </w:footnote>
  <w:footnote w:type="continuationSeparator" w:id="0">
    <w:p w14:paraId="0AAD9424" w14:textId="77777777" w:rsidR="003E73CC" w:rsidRDefault="003E73CC" w:rsidP="00AF07D1">
      <w:pPr>
        <w:spacing w:after="0" w:line="240" w:lineRule="auto"/>
      </w:pPr>
      <w:r>
        <w:continuationSeparator/>
      </w:r>
    </w:p>
  </w:footnote>
</w:footnotes>
</file>

<file path=word/intelligence2.xml><?xml version="1.0" encoding="utf-8"?>
<int2:intelligence xmlns:int2="http://schemas.microsoft.com/office/intelligence/2020/intelligence" xmlns:oel="http://schemas.microsoft.com/office/2019/extlst">
  <int2:observations>
    <int2:textHash int2:hashCode="eo6JbSC9OWjUes" int2:id="TIUVHTOl">
      <int2:state int2:value="Rejected" int2:type="spell"/>
    </int2:textHash>
    <int2:textHash int2:hashCode="pwIW4zL8+JEWja" int2:id="zebm6Ich">
      <int2:state int2:value="Rejected" int2:type="spell"/>
    </int2:textHash>
    <int2:textHash int2:hashCode="jjym3m3xkaJ+t+" int2:id="4bkakmzt">
      <int2:state int2:value="Rejected" int2:type="spell"/>
    </int2:textHash>
    <int2:textHash int2:hashCode="+VxnI+Fo/MjvjV" int2:id="70Z3lBgh">
      <int2:state int2:value="Rejected" int2:type="spell"/>
    </int2:textHash>
    <int2:textHash int2:hashCode="RHENa47IwxcxOD" int2:id="lUoJhq7G">
      <int2:state int2:value="Rejected" int2:type="spell"/>
    </int2:textHash>
    <int2:textHash int2:hashCode="tQueVFzCFQShle" int2:id="qKx6iJGE">
      <int2:state int2:value="Rejected" int2:type="spell"/>
    </int2:textHash>
    <int2:textHash int2:hashCode="qyb44fLFc4a+/5" int2:id="Q0BpQPfC">
      <int2:state int2:value="Rejected" int2:type="spell"/>
    </int2:textHash>
    <int2:textHash int2:hashCode="AKZ10PiYk+imfH" int2:id="kEoinqpE">
      <int2:state int2:value="Rejected" int2:type="spell"/>
    </int2:textHash>
    <int2:textHash int2:hashCode="K2SquiwhjmSLYW" int2:id="lX1dDmjh">
      <int2:state int2:value="Rejected" int2:type="spell"/>
    </int2:textHash>
    <int2:textHash int2:hashCode="6Ufq/Ik8LO/eoF" int2:id="ot9TNKdc">
      <int2:state int2:value="Rejected" int2:type="spell"/>
    </int2:textHash>
    <int2:textHash int2:hashCode="nHLM3+ZA+wFB+q" int2:id="wu28MAk4">
      <int2:state int2:value="Rejected" int2:type="spell"/>
    </int2:textHash>
    <int2:textHash int2:hashCode="I/y+6p2NttKus1" int2:id="yYXTnF97">
      <int2:state int2:value="Rejected" int2:type="spell"/>
    </int2:textHash>
    <int2:textHash int2:hashCode="39NM1ziWa9RA41" int2:id="1xoQktjO">
      <int2:state int2:value="Rejected" int2:type="spell"/>
    </int2:textHash>
    <int2:textHash int2:hashCode="zhWZ42Zfec1m0Z" int2:id="xeju46sG">
      <int2:state int2:value="Rejected" int2:type="spell"/>
    </int2:textHash>
    <int2:textHash int2:hashCode="A1GO/bqVvz+bqe" int2:id="KXLsmo1w">
      <int2:state int2:value="Rejected" int2:type="spell"/>
    </int2:textHash>
    <int2:textHash int2:hashCode="4XljrdGUtFfaW/" int2:id="rcv47XHY">
      <int2:state int2:value="Rejected" int2:type="spell"/>
    </int2:textHash>
    <int2:textHash int2:hashCode="6ZJHslj76y45KM" int2:id="s3s72v7A">
      <int2:state int2:value="Rejected" int2:type="spell"/>
    </int2:textHash>
    <int2:entireDocument int2:id="Fn6lPUSQ">
      <int2:extLst>
        <oel:ext uri="E302BA01-7950-474C-9AD3-286E660C40A8">
          <int2:similaritySummary int2:version="1" int2:runId="1776634980314" int2:tilesCheckedInThisRun="16" int2:totalNumOfTiles="16" int2:similarityAnnotationCount="1" int2:numWords="1557" int2:numFlaggedWords="18"/>
        </oel:ext>
      </int2:extLst>
    </int2:entireDocument>
  </int2:observations>
  <int2:intelligenceSettings/>
  <int2:onDemandWorkflows>
    <int2:onDemandWorkflow int2:type="SimilarityCheck" int2:paragraphVersions="19DA7391-4265EC8D 460DEB7B-77777777 579F1868-5C59A9DD 54FE36F6-722BB09F 510F28A8-15C32C0D 5815449F-2B0199DD 70A07920-77777777 5AF43B19-77777777 543489D1-7E4CB531 6D482E71-6AF95A54 4CFA5EB5-39B1CF73 73551653-676B1A5E 2A1D58CF-152E6B04 0CE5FFDF-488B5322 548E5294-52E5DA27 10B8C183-3E4CDE24"/>
  </int2:onDemandWorkflows>
</int2:intelligence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Numerada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Numerada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Commarcadores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Commarcadores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Numerad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Commarcadores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 w15:restartNumberingAfterBreak="0">
    <w:nsid w:val="0F0F965D"/>
    <w:multiLevelType w:val="hybridMultilevel"/>
    <w:tmpl w:val="FFFFFFFF"/>
    <w:lvl w:ilvl="0" w:tplc="2DBABA62">
      <w:start w:val="1"/>
      <w:numFmt w:val="decimal"/>
      <w:lvlText w:val="%1."/>
      <w:lvlJc w:val="left"/>
      <w:pPr>
        <w:ind w:left="720" w:hanging="360"/>
      </w:pPr>
    </w:lvl>
    <w:lvl w:ilvl="1" w:tplc="B6F8ECF8">
      <w:start w:val="1"/>
      <w:numFmt w:val="lowerLetter"/>
      <w:lvlText w:val="%2."/>
      <w:lvlJc w:val="left"/>
      <w:pPr>
        <w:ind w:left="1440" w:hanging="360"/>
      </w:pPr>
    </w:lvl>
    <w:lvl w:ilvl="2" w:tplc="69BE029A">
      <w:start w:val="1"/>
      <w:numFmt w:val="lowerRoman"/>
      <w:lvlText w:val="%3."/>
      <w:lvlJc w:val="right"/>
      <w:pPr>
        <w:ind w:left="2160" w:hanging="180"/>
      </w:pPr>
    </w:lvl>
    <w:lvl w:ilvl="3" w:tplc="0ACEF198">
      <w:start w:val="1"/>
      <w:numFmt w:val="decimal"/>
      <w:lvlText w:val="%4."/>
      <w:lvlJc w:val="left"/>
      <w:pPr>
        <w:ind w:left="2880" w:hanging="360"/>
      </w:pPr>
    </w:lvl>
    <w:lvl w:ilvl="4" w:tplc="E5048E10">
      <w:start w:val="1"/>
      <w:numFmt w:val="lowerLetter"/>
      <w:lvlText w:val="%5."/>
      <w:lvlJc w:val="left"/>
      <w:pPr>
        <w:ind w:left="3600" w:hanging="360"/>
      </w:pPr>
    </w:lvl>
    <w:lvl w:ilvl="5" w:tplc="94B08ED0">
      <w:start w:val="1"/>
      <w:numFmt w:val="lowerRoman"/>
      <w:lvlText w:val="%6."/>
      <w:lvlJc w:val="right"/>
      <w:pPr>
        <w:ind w:left="4320" w:hanging="180"/>
      </w:pPr>
    </w:lvl>
    <w:lvl w:ilvl="6" w:tplc="645C759C">
      <w:start w:val="1"/>
      <w:numFmt w:val="decimal"/>
      <w:lvlText w:val="%7."/>
      <w:lvlJc w:val="left"/>
      <w:pPr>
        <w:ind w:left="5040" w:hanging="360"/>
      </w:pPr>
    </w:lvl>
    <w:lvl w:ilvl="7" w:tplc="43BE6492">
      <w:start w:val="1"/>
      <w:numFmt w:val="lowerLetter"/>
      <w:lvlText w:val="%8."/>
      <w:lvlJc w:val="left"/>
      <w:pPr>
        <w:ind w:left="5760" w:hanging="360"/>
      </w:pPr>
    </w:lvl>
    <w:lvl w:ilvl="8" w:tplc="AB50C438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93296A6"/>
    <w:multiLevelType w:val="hybridMultilevel"/>
    <w:tmpl w:val="FFFFFFFF"/>
    <w:lvl w:ilvl="0" w:tplc="7A8CAE0A">
      <w:start w:val="1"/>
      <w:numFmt w:val="decimal"/>
      <w:lvlText w:val="%1."/>
      <w:lvlJc w:val="left"/>
      <w:pPr>
        <w:ind w:left="720" w:hanging="360"/>
      </w:pPr>
    </w:lvl>
    <w:lvl w:ilvl="1" w:tplc="326E1FE8">
      <w:start w:val="1"/>
      <w:numFmt w:val="lowerLetter"/>
      <w:lvlText w:val="%2."/>
      <w:lvlJc w:val="left"/>
      <w:pPr>
        <w:ind w:left="1440" w:hanging="360"/>
      </w:pPr>
    </w:lvl>
    <w:lvl w:ilvl="2" w:tplc="4B321A4C">
      <w:start w:val="1"/>
      <w:numFmt w:val="lowerRoman"/>
      <w:lvlText w:val="%3."/>
      <w:lvlJc w:val="right"/>
      <w:pPr>
        <w:ind w:left="2160" w:hanging="180"/>
      </w:pPr>
    </w:lvl>
    <w:lvl w:ilvl="3" w:tplc="35E88F14">
      <w:start w:val="1"/>
      <w:numFmt w:val="decimal"/>
      <w:lvlText w:val="%4."/>
      <w:lvlJc w:val="left"/>
      <w:pPr>
        <w:ind w:left="2880" w:hanging="360"/>
      </w:pPr>
    </w:lvl>
    <w:lvl w:ilvl="4" w:tplc="623C1890">
      <w:start w:val="1"/>
      <w:numFmt w:val="lowerLetter"/>
      <w:lvlText w:val="%5."/>
      <w:lvlJc w:val="left"/>
      <w:pPr>
        <w:ind w:left="3600" w:hanging="360"/>
      </w:pPr>
    </w:lvl>
    <w:lvl w:ilvl="5" w:tplc="9E1AB39E">
      <w:start w:val="1"/>
      <w:numFmt w:val="lowerRoman"/>
      <w:lvlText w:val="%6."/>
      <w:lvlJc w:val="right"/>
      <w:pPr>
        <w:ind w:left="4320" w:hanging="180"/>
      </w:pPr>
    </w:lvl>
    <w:lvl w:ilvl="6" w:tplc="45564A36">
      <w:start w:val="1"/>
      <w:numFmt w:val="decimal"/>
      <w:lvlText w:val="%7."/>
      <w:lvlJc w:val="left"/>
      <w:pPr>
        <w:ind w:left="5040" w:hanging="360"/>
      </w:pPr>
    </w:lvl>
    <w:lvl w:ilvl="7" w:tplc="85E63F0A">
      <w:start w:val="1"/>
      <w:numFmt w:val="lowerLetter"/>
      <w:lvlText w:val="%8."/>
      <w:lvlJc w:val="left"/>
      <w:pPr>
        <w:ind w:left="5760" w:hanging="360"/>
      </w:pPr>
    </w:lvl>
    <w:lvl w:ilvl="8" w:tplc="D8CCB2D8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0A42727"/>
    <w:multiLevelType w:val="hybridMultilevel"/>
    <w:tmpl w:val="FFFFFFFF"/>
    <w:lvl w:ilvl="0" w:tplc="7F24E99C">
      <w:start w:val="1"/>
      <w:numFmt w:val="decimal"/>
      <w:lvlText w:val="%1."/>
      <w:lvlJc w:val="left"/>
      <w:pPr>
        <w:ind w:left="720" w:hanging="360"/>
      </w:pPr>
    </w:lvl>
    <w:lvl w:ilvl="1" w:tplc="95B6FF88">
      <w:start w:val="1"/>
      <w:numFmt w:val="lowerLetter"/>
      <w:lvlText w:val="%2."/>
      <w:lvlJc w:val="left"/>
      <w:pPr>
        <w:ind w:left="1440" w:hanging="360"/>
      </w:pPr>
    </w:lvl>
    <w:lvl w:ilvl="2" w:tplc="C9D0EA26">
      <w:start w:val="1"/>
      <w:numFmt w:val="lowerRoman"/>
      <w:lvlText w:val="%3."/>
      <w:lvlJc w:val="right"/>
      <w:pPr>
        <w:ind w:left="2160" w:hanging="180"/>
      </w:pPr>
    </w:lvl>
    <w:lvl w:ilvl="3" w:tplc="647C8708">
      <w:start w:val="1"/>
      <w:numFmt w:val="decimal"/>
      <w:lvlText w:val="%4."/>
      <w:lvlJc w:val="left"/>
      <w:pPr>
        <w:ind w:left="2880" w:hanging="360"/>
      </w:pPr>
    </w:lvl>
    <w:lvl w:ilvl="4" w:tplc="C35C24A0">
      <w:start w:val="1"/>
      <w:numFmt w:val="lowerLetter"/>
      <w:lvlText w:val="%5."/>
      <w:lvlJc w:val="left"/>
      <w:pPr>
        <w:ind w:left="3600" w:hanging="360"/>
      </w:pPr>
    </w:lvl>
    <w:lvl w:ilvl="5" w:tplc="5AF85190">
      <w:start w:val="1"/>
      <w:numFmt w:val="lowerRoman"/>
      <w:lvlText w:val="%6."/>
      <w:lvlJc w:val="right"/>
      <w:pPr>
        <w:ind w:left="4320" w:hanging="180"/>
      </w:pPr>
    </w:lvl>
    <w:lvl w:ilvl="6" w:tplc="7F86A2EA">
      <w:start w:val="1"/>
      <w:numFmt w:val="decimal"/>
      <w:lvlText w:val="%7."/>
      <w:lvlJc w:val="left"/>
      <w:pPr>
        <w:ind w:left="5040" w:hanging="360"/>
      </w:pPr>
    </w:lvl>
    <w:lvl w:ilvl="7" w:tplc="891EB5C2">
      <w:start w:val="1"/>
      <w:numFmt w:val="lowerLetter"/>
      <w:lvlText w:val="%8."/>
      <w:lvlJc w:val="left"/>
      <w:pPr>
        <w:ind w:left="5760" w:hanging="360"/>
      </w:pPr>
    </w:lvl>
    <w:lvl w:ilvl="8" w:tplc="40A6A20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</w:num>
  <w:num w:numId="2">
    <w:abstractNumId w:val="10"/>
  </w:num>
  <w:num w:numId="3">
    <w:abstractNumId w:val="9"/>
  </w:num>
  <w:num w:numId="4">
    <w:abstractNumId w:val="7"/>
  </w:num>
  <w:num w:numId="5">
    <w:abstractNumId w:val="5"/>
  </w:num>
  <w:num w:numId="6">
    <w:abstractNumId w:val="6"/>
  </w:num>
  <w:num w:numId="7">
    <w:abstractNumId w:val="3"/>
  </w:num>
  <w:num w:numId="8">
    <w:abstractNumId w:val="2"/>
  </w:num>
  <w:num w:numId="9">
    <w:abstractNumId w:val="8"/>
  </w:num>
  <w:num w:numId="10">
    <w:abstractNumId w:val="1"/>
  </w:num>
  <w:num w:numId="11">
    <w:abstractNumId w:val="0"/>
  </w:num>
  <w:num w:numId="1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26FF4"/>
    <w:rsid w:val="00030D68"/>
    <w:rsid w:val="00030E77"/>
    <w:rsid w:val="00034616"/>
    <w:rsid w:val="000415C3"/>
    <w:rsid w:val="00041BA9"/>
    <w:rsid w:val="0006063C"/>
    <w:rsid w:val="00066CF6"/>
    <w:rsid w:val="00070E71"/>
    <w:rsid w:val="0007361C"/>
    <w:rsid w:val="000747BE"/>
    <w:rsid w:val="0008153C"/>
    <w:rsid w:val="000A141B"/>
    <w:rsid w:val="000A3425"/>
    <w:rsid w:val="000A59A2"/>
    <w:rsid w:val="000B2E76"/>
    <w:rsid w:val="000B6367"/>
    <w:rsid w:val="000C2142"/>
    <w:rsid w:val="000C3F8A"/>
    <w:rsid w:val="000D3525"/>
    <w:rsid w:val="000E31DF"/>
    <w:rsid w:val="000E64CB"/>
    <w:rsid w:val="000F0294"/>
    <w:rsid w:val="000F1504"/>
    <w:rsid w:val="000F4754"/>
    <w:rsid w:val="000F5548"/>
    <w:rsid w:val="000F6785"/>
    <w:rsid w:val="00124C9C"/>
    <w:rsid w:val="00124CD6"/>
    <w:rsid w:val="00141B6A"/>
    <w:rsid w:val="00142398"/>
    <w:rsid w:val="001475E7"/>
    <w:rsid w:val="0015074B"/>
    <w:rsid w:val="00152630"/>
    <w:rsid w:val="00153C2C"/>
    <w:rsid w:val="001929AF"/>
    <w:rsid w:val="0019560D"/>
    <w:rsid w:val="001B3CF7"/>
    <w:rsid w:val="001C77C8"/>
    <w:rsid w:val="001D4767"/>
    <w:rsid w:val="001D7AA4"/>
    <w:rsid w:val="001E6BB8"/>
    <w:rsid w:val="00206DB9"/>
    <w:rsid w:val="00224843"/>
    <w:rsid w:val="00224D2A"/>
    <w:rsid w:val="002426B5"/>
    <w:rsid w:val="00245E8E"/>
    <w:rsid w:val="002576DF"/>
    <w:rsid w:val="00266E90"/>
    <w:rsid w:val="00273711"/>
    <w:rsid w:val="002821D1"/>
    <w:rsid w:val="00285B9E"/>
    <w:rsid w:val="0029639D"/>
    <w:rsid w:val="002A5F6A"/>
    <w:rsid w:val="002B7EB6"/>
    <w:rsid w:val="002C174A"/>
    <w:rsid w:val="002E7CEC"/>
    <w:rsid w:val="002F7635"/>
    <w:rsid w:val="0031010B"/>
    <w:rsid w:val="00323BFB"/>
    <w:rsid w:val="00326F90"/>
    <w:rsid w:val="00340F92"/>
    <w:rsid w:val="003509F3"/>
    <w:rsid w:val="003755D1"/>
    <w:rsid w:val="003839AD"/>
    <w:rsid w:val="00391893"/>
    <w:rsid w:val="003971DB"/>
    <w:rsid w:val="00397EE5"/>
    <w:rsid w:val="003A005D"/>
    <w:rsid w:val="003A4807"/>
    <w:rsid w:val="003B04E5"/>
    <w:rsid w:val="003B4885"/>
    <w:rsid w:val="003D0E23"/>
    <w:rsid w:val="003E4AF2"/>
    <w:rsid w:val="003E73CC"/>
    <w:rsid w:val="003F3455"/>
    <w:rsid w:val="003F486E"/>
    <w:rsid w:val="00401B2D"/>
    <w:rsid w:val="00416EFD"/>
    <w:rsid w:val="00426259"/>
    <w:rsid w:val="00427D5C"/>
    <w:rsid w:val="00430F69"/>
    <w:rsid w:val="004560F0"/>
    <w:rsid w:val="0045710B"/>
    <w:rsid w:val="004670D0"/>
    <w:rsid w:val="0046B63C"/>
    <w:rsid w:val="00476B51"/>
    <w:rsid w:val="00477A71"/>
    <w:rsid w:val="004B4B43"/>
    <w:rsid w:val="004C6D54"/>
    <w:rsid w:val="004E356A"/>
    <w:rsid w:val="004F0966"/>
    <w:rsid w:val="004F2459"/>
    <w:rsid w:val="004F5202"/>
    <w:rsid w:val="00501C00"/>
    <w:rsid w:val="00503319"/>
    <w:rsid w:val="0051222B"/>
    <w:rsid w:val="00512BB1"/>
    <w:rsid w:val="00512D27"/>
    <w:rsid w:val="0054346E"/>
    <w:rsid w:val="005508BD"/>
    <w:rsid w:val="00561E76"/>
    <w:rsid w:val="00570819"/>
    <w:rsid w:val="0057214F"/>
    <w:rsid w:val="00582E67"/>
    <w:rsid w:val="00585073"/>
    <w:rsid w:val="0058688F"/>
    <w:rsid w:val="00593A2B"/>
    <w:rsid w:val="005978C2"/>
    <w:rsid w:val="005A5BB3"/>
    <w:rsid w:val="005B5DC1"/>
    <w:rsid w:val="005C59BA"/>
    <w:rsid w:val="005C737F"/>
    <w:rsid w:val="005E080E"/>
    <w:rsid w:val="005F5FE1"/>
    <w:rsid w:val="005F667A"/>
    <w:rsid w:val="005F6D45"/>
    <w:rsid w:val="005F6E94"/>
    <w:rsid w:val="00622919"/>
    <w:rsid w:val="00651E22"/>
    <w:rsid w:val="00655ADB"/>
    <w:rsid w:val="00693D86"/>
    <w:rsid w:val="00696F8D"/>
    <w:rsid w:val="006B2C38"/>
    <w:rsid w:val="006E2CEF"/>
    <w:rsid w:val="006E717F"/>
    <w:rsid w:val="00730AE5"/>
    <w:rsid w:val="00733A3C"/>
    <w:rsid w:val="007451D2"/>
    <w:rsid w:val="007647F5"/>
    <w:rsid w:val="00771AEF"/>
    <w:rsid w:val="0077688B"/>
    <w:rsid w:val="007A1774"/>
    <w:rsid w:val="007A4AD5"/>
    <w:rsid w:val="007A52DB"/>
    <w:rsid w:val="007A7EC7"/>
    <w:rsid w:val="007F31DE"/>
    <w:rsid w:val="00816FA4"/>
    <w:rsid w:val="00845473"/>
    <w:rsid w:val="008477E2"/>
    <w:rsid w:val="00862F90"/>
    <w:rsid w:val="0086593C"/>
    <w:rsid w:val="00871AD6"/>
    <w:rsid w:val="00884DF5"/>
    <w:rsid w:val="008A3DF5"/>
    <w:rsid w:val="008A58D2"/>
    <w:rsid w:val="008B3B25"/>
    <w:rsid w:val="008B5CF8"/>
    <w:rsid w:val="008B6004"/>
    <w:rsid w:val="008D1190"/>
    <w:rsid w:val="008F7DCA"/>
    <w:rsid w:val="0090711F"/>
    <w:rsid w:val="00917321"/>
    <w:rsid w:val="00925EE0"/>
    <w:rsid w:val="00927FC8"/>
    <w:rsid w:val="00931F8B"/>
    <w:rsid w:val="0093675E"/>
    <w:rsid w:val="0097EC03"/>
    <w:rsid w:val="00990BAB"/>
    <w:rsid w:val="009A4ACF"/>
    <w:rsid w:val="009B235C"/>
    <w:rsid w:val="009C6E8F"/>
    <w:rsid w:val="00A05C52"/>
    <w:rsid w:val="00A11AA6"/>
    <w:rsid w:val="00A17700"/>
    <w:rsid w:val="00A23751"/>
    <w:rsid w:val="00A348BE"/>
    <w:rsid w:val="00A35265"/>
    <w:rsid w:val="00A35D50"/>
    <w:rsid w:val="00A511A9"/>
    <w:rsid w:val="00A64EC9"/>
    <w:rsid w:val="00A7532E"/>
    <w:rsid w:val="00A7730B"/>
    <w:rsid w:val="00A82DE5"/>
    <w:rsid w:val="00A92E7C"/>
    <w:rsid w:val="00AA0C3E"/>
    <w:rsid w:val="00AA1D8D"/>
    <w:rsid w:val="00AA2EFC"/>
    <w:rsid w:val="00AA6645"/>
    <w:rsid w:val="00AC3C95"/>
    <w:rsid w:val="00AD1369"/>
    <w:rsid w:val="00AD74F9"/>
    <w:rsid w:val="00AE419A"/>
    <w:rsid w:val="00AF07D1"/>
    <w:rsid w:val="00B06D38"/>
    <w:rsid w:val="00B085A2"/>
    <w:rsid w:val="00B10E72"/>
    <w:rsid w:val="00B11598"/>
    <w:rsid w:val="00B136EF"/>
    <w:rsid w:val="00B17786"/>
    <w:rsid w:val="00B21BAE"/>
    <w:rsid w:val="00B236D9"/>
    <w:rsid w:val="00B24C56"/>
    <w:rsid w:val="00B47730"/>
    <w:rsid w:val="00B55A52"/>
    <w:rsid w:val="00B73B43"/>
    <w:rsid w:val="00B75C4C"/>
    <w:rsid w:val="00B75D95"/>
    <w:rsid w:val="00B805D7"/>
    <w:rsid w:val="00B81FE0"/>
    <w:rsid w:val="00B95128"/>
    <w:rsid w:val="00B96074"/>
    <w:rsid w:val="00BA1191"/>
    <w:rsid w:val="00BA5C1B"/>
    <w:rsid w:val="00BD2336"/>
    <w:rsid w:val="00BD41E2"/>
    <w:rsid w:val="00C11F0A"/>
    <w:rsid w:val="00C12E56"/>
    <w:rsid w:val="00C23ED2"/>
    <w:rsid w:val="00C325F8"/>
    <w:rsid w:val="00C5601B"/>
    <w:rsid w:val="00C72112"/>
    <w:rsid w:val="00C7BD60"/>
    <w:rsid w:val="00CA160E"/>
    <w:rsid w:val="00CA4D96"/>
    <w:rsid w:val="00CB0664"/>
    <w:rsid w:val="00CB493D"/>
    <w:rsid w:val="00CB5D90"/>
    <w:rsid w:val="00CD051B"/>
    <w:rsid w:val="00CD739F"/>
    <w:rsid w:val="00CD7CC6"/>
    <w:rsid w:val="00CE23A0"/>
    <w:rsid w:val="00D16DAA"/>
    <w:rsid w:val="00D20F25"/>
    <w:rsid w:val="00D21C5F"/>
    <w:rsid w:val="00D2691A"/>
    <w:rsid w:val="00D46B2A"/>
    <w:rsid w:val="00D57FD8"/>
    <w:rsid w:val="00DA18E7"/>
    <w:rsid w:val="00DB3AC4"/>
    <w:rsid w:val="00DC448F"/>
    <w:rsid w:val="00DD6950"/>
    <w:rsid w:val="00DE166E"/>
    <w:rsid w:val="00DE249B"/>
    <w:rsid w:val="00E03177"/>
    <w:rsid w:val="00E052DF"/>
    <w:rsid w:val="00E14708"/>
    <w:rsid w:val="00E2364D"/>
    <w:rsid w:val="00E306D5"/>
    <w:rsid w:val="00E44B8E"/>
    <w:rsid w:val="00E47D67"/>
    <w:rsid w:val="00E56C7C"/>
    <w:rsid w:val="00E6630F"/>
    <w:rsid w:val="00E71185"/>
    <w:rsid w:val="00E74E3F"/>
    <w:rsid w:val="00E81604"/>
    <w:rsid w:val="00E824A8"/>
    <w:rsid w:val="00E90723"/>
    <w:rsid w:val="00E92975"/>
    <w:rsid w:val="00EB4E95"/>
    <w:rsid w:val="00EC116D"/>
    <w:rsid w:val="00ED75AD"/>
    <w:rsid w:val="00EE31A9"/>
    <w:rsid w:val="00EE47F3"/>
    <w:rsid w:val="00EE7B7C"/>
    <w:rsid w:val="00EF39FD"/>
    <w:rsid w:val="00EF4B0E"/>
    <w:rsid w:val="00EF5F3B"/>
    <w:rsid w:val="00F27EC2"/>
    <w:rsid w:val="00F314A1"/>
    <w:rsid w:val="00F53801"/>
    <w:rsid w:val="00F708A9"/>
    <w:rsid w:val="00F720D5"/>
    <w:rsid w:val="00F80E71"/>
    <w:rsid w:val="00F828A6"/>
    <w:rsid w:val="00F840AE"/>
    <w:rsid w:val="00F857FA"/>
    <w:rsid w:val="00FA1C56"/>
    <w:rsid w:val="00FC693F"/>
    <w:rsid w:val="00FE72C8"/>
    <w:rsid w:val="00FF69BC"/>
    <w:rsid w:val="00FF7FAB"/>
    <w:rsid w:val="012FB6D6"/>
    <w:rsid w:val="014F8509"/>
    <w:rsid w:val="01C2C059"/>
    <w:rsid w:val="01FDB2B0"/>
    <w:rsid w:val="021FB4FB"/>
    <w:rsid w:val="02B716F1"/>
    <w:rsid w:val="02FAE9C5"/>
    <w:rsid w:val="03272B73"/>
    <w:rsid w:val="035879CA"/>
    <w:rsid w:val="03CBEDC1"/>
    <w:rsid w:val="03D62A0E"/>
    <w:rsid w:val="046AA0B1"/>
    <w:rsid w:val="0496200A"/>
    <w:rsid w:val="04A11E14"/>
    <w:rsid w:val="04A885E3"/>
    <w:rsid w:val="04B7DBDF"/>
    <w:rsid w:val="04BC01B1"/>
    <w:rsid w:val="055D5077"/>
    <w:rsid w:val="05C5742C"/>
    <w:rsid w:val="05E69744"/>
    <w:rsid w:val="0651A20C"/>
    <w:rsid w:val="06776368"/>
    <w:rsid w:val="067E9D58"/>
    <w:rsid w:val="069F0128"/>
    <w:rsid w:val="074D3A84"/>
    <w:rsid w:val="07881697"/>
    <w:rsid w:val="07ADAEDC"/>
    <w:rsid w:val="07DC9331"/>
    <w:rsid w:val="080ADB5E"/>
    <w:rsid w:val="082897C7"/>
    <w:rsid w:val="085D9FB3"/>
    <w:rsid w:val="08FA46C6"/>
    <w:rsid w:val="08FAC38C"/>
    <w:rsid w:val="090EB9F5"/>
    <w:rsid w:val="09B8D6CA"/>
    <w:rsid w:val="09EA13E6"/>
    <w:rsid w:val="0A209ADC"/>
    <w:rsid w:val="0AE026AC"/>
    <w:rsid w:val="0B049A07"/>
    <w:rsid w:val="0B05BEA1"/>
    <w:rsid w:val="0B421C3C"/>
    <w:rsid w:val="0B7ECD2F"/>
    <w:rsid w:val="0B859C0B"/>
    <w:rsid w:val="0C30D427"/>
    <w:rsid w:val="0C6E8124"/>
    <w:rsid w:val="0CAFA741"/>
    <w:rsid w:val="0D017548"/>
    <w:rsid w:val="0D17A9E0"/>
    <w:rsid w:val="0D30101F"/>
    <w:rsid w:val="0D5B9EBA"/>
    <w:rsid w:val="0DE03227"/>
    <w:rsid w:val="0E601863"/>
    <w:rsid w:val="0EA3669D"/>
    <w:rsid w:val="0ED1BD61"/>
    <w:rsid w:val="0F446C8C"/>
    <w:rsid w:val="0FA34BF7"/>
    <w:rsid w:val="0FA93E84"/>
    <w:rsid w:val="100A49EF"/>
    <w:rsid w:val="1010F22C"/>
    <w:rsid w:val="1012F425"/>
    <w:rsid w:val="108144DA"/>
    <w:rsid w:val="1097ACC5"/>
    <w:rsid w:val="10C714E7"/>
    <w:rsid w:val="10CB1E07"/>
    <w:rsid w:val="10E297B5"/>
    <w:rsid w:val="113C4F16"/>
    <w:rsid w:val="1144ACB2"/>
    <w:rsid w:val="114AFBB2"/>
    <w:rsid w:val="119E57F2"/>
    <w:rsid w:val="11B43E0A"/>
    <w:rsid w:val="1246B215"/>
    <w:rsid w:val="137D5A52"/>
    <w:rsid w:val="141FDCA2"/>
    <w:rsid w:val="145D09A6"/>
    <w:rsid w:val="146C89C6"/>
    <w:rsid w:val="15153DBE"/>
    <w:rsid w:val="15877CA1"/>
    <w:rsid w:val="15ABCD1C"/>
    <w:rsid w:val="1616116B"/>
    <w:rsid w:val="16AF534F"/>
    <w:rsid w:val="17397FDF"/>
    <w:rsid w:val="17AF9E7B"/>
    <w:rsid w:val="17D13587"/>
    <w:rsid w:val="17D9B6B8"/>
    <w:rsid w:val="17DA9A80"/>
    <w:rsid w:val="17E564B8"/>
    <w:rsid w:val="17FE8AED"/>
    <w:rsid w:val="1808763A"/>
    <w:rsid w:val="180F9106"/>
    <w:rsid w:val="1813D103"/>
    <w:rsid w:val="184489E8"/>
    <w:rsid w:val="188E945E"/>
    <w:rsid w:val="189681DF"/>
    <w:rsid w:val="189C44C0"/>
    <w:rsid w:val="18F6B989"/>
    <w:rsid w:val="19173B4C"/>
    <w:rsid w:val="191B994B"/>
    <w:rsid w:val="1970264B"/>
    <w:rsid w:val="19D3321A"/>
    <w:rsid w:val="1A12A28F"/>
    <w:rsid w:val="1AA0D62E"/>
    <w:rsid w:val="1AAAC497"/>
    <w:rsid w:val="1B279125"/>
    <w:rsid w:val="1B867A8B"/>
    <w:rsid w:val="1B9FC7D8"/>
    <w:rsid w:val="1BA4AFF8"/>
    <w:rsid w:val="1BC18FC8"/>
    <w:rsid w:val="1BD22575"/>
    <w:rsid w:val="1C25BD53"/>
    <w:rsid w:val="1C25C967"/>
    <w:rsid w:val="1C50EBF7"/>
    <w:rsid w:val="1CBF85E7"/>
    <w:rsid w:val="1D602F06"/>
    <w:rsid w:val="1D6D1C6D"/>
    <w:rsid w:val="1D8627EA"/>
    <w:rsid w:val="1DE75081"/>
    <w:rsid w:val="1DFDFDC9"/>
    <w:rsid w:val="1E16762D"/>
    <w:rsid w:val="1E1A308D"/>
    <w:rsid w:val="1E9A642B"/>
    <w:rsid w:val="1EDC4B30"/>
    <w:rsid w:val="1EDFD987"/>
    <w:rsid w:val="1EEECD8D"/>
    <w:rsid w:val="1F508665"/>
    <w:rsid w:val="1FBD1FF3"/>
    <w:rsid w:val="20611023"/>
    <w:rsid w:val="2076A88E"/>
    <w:rsid w:val="2088DC61"/>
    <w:rsid w:val="20ABF6CB"/>
    <w:rsid w:val="2117CB3B"/>
    <w:rsid w:val="21237499"/>
    <w:rsid w:val="2133E7BE"/>
    <w:rsid w:val="214BC382"/>
    <w:rsid w:val="2171E50A"/>
    <w:rsid w:val="219F6A86"/>
    <w:rsid w:val="21ACEFB5"/>
    <w:rsid w:val="2210BF4D"/>
    <w:rsid w:val="22350978"/>
    <w:rsid w:val="224499BB"/>
    <w:rsid w:val="22723D5D"/>
    <w:rsid w:val="22A8DEB0"/>
    <w:rsid w:val="22B82FF1"/>
    <w:rsid w:val="22EE64C0"/>
    <w:rsid w:val="2317255F"/>
    <w:rsid w:val="232DC571"/>
    <w:rsid w:val="235C8529"/>
    <w:rsid w:val="236039D8"/>
    <w:rsid w:val="237A1AB3"/>
    <w:rsid w:val="23986F8F"/>
    <w:rsid w:val="23AA39F0"/>
    <w:rsid w:val="23AB9A10"/>
    <w:rsid w:val="23B47C6A"/>
    <w:rsid w:val="23D4AA43"/>
    <w:rsid w:val="23D6FC9A"/>
    <w:rsid w:val="23E23B44"/>
    <w:rsid w:val="23FCA47F"/>
    <w:rsid w:val="241E656E"/>
    <w:rsid w:val="2433228D"/>
    <w:rsid w:val="24F9CABF"/>
    <w:rsid w:val="250571F3"/>
    <w:rsid w:val="2518314A"/>
    <w:rsid w:val="2571EE41"/>
    <w:rsid w:val="257FC41C"/>
    <w:rsid w:val="2603F604"/>
    <w:rsid w:val="26076DCC"/>
    <w:rsid w:val="266C1C59"/>
    <w:rsid w:val="267284E4"/>
    <w:rsid w:val="2689592D"/>
    <w:rsid w:val="26CFE7CF"/>
    <w:rsid w:val="26EAF7F7"/>
    <w:rsid w:val="27024177"/>
    <w:rsid w:val="274231F2"/>
    <w:rsid w:val="2791FB82"/>
    <w:rsid w:val="27ADAFB5"/>
    <w:rsid w:val="27FAECB2"/>
    <w:rsid w:val="28661E6A"/>
    <w:rsid w:val="28B2F9C0"/>
    <w:rsid w:val="293925BE"/>
    <w:rsid w:val="2967A5AB"/>
    <w:rsid w:val="29CED0E2"/>
    <w:rsid w:val="29DDEF0E"/>
    <w:rsid w:val="29E1CB62"/>
    <w:rsid w:val="2A17EEB1"/>
    <w:rsid w:val="2A501031"/>
    <w:rsid w:val="2A92B894"/>
    <w:rsid w:val="2AB55278"/>
    <w:rsid w:val="2AE171DA"/>
    <w:rsid w:val="2AF1E9D6"/>
    <w:rsid w:val="2B49C5EB"/>
    <w:rsid w:val="2B9DA320"/>
    <w:rsid w:val="2C0C43E6"/>
    <w:rsid w:val="2C31127F"/>
    <w:rsid w:val="2C3540AF"/>
    <w:rsid w:val="2C499664"/>
    <w:rsid w:val="2C6CF54E"/>
    <w:rsid w:val="2C6FEFEA"/>
    <w:rsid w:val="2C909034"/>
    <w:rsid w:val="2C90F6E3"/>
    <w:rsid w:val="2CC8103D"/>
    <w:rsid w:val="2CE09B46"/>
    <w:rsid w:val="2D2D5EB3"/>
    <w:rsid w:val="2DA0F502"/>
    <w:rsid w:val="2E0FF98F"/>
    <w:rsid w:val="2E5A5362"/>
    <w:rsid w:val="2E81CE6E"/>
    <w:rsid w:val="2F23CC98"/>
    <w:rsid w:val="2F5C0E83"/>
    <w:rsid w:val="2F6922F7"/>
    <w:rsid w:val="2F852C00"/>
    <w:rsid w:val="2FCEF6FF"/>
    <w:rsid w:val="3050CB06"/>
    <w:rsid w:val="3053FD37"/>
    <w:rsid w:val="30627702"/>
    <w:rsid w:val="306F3FEE"/>
    <w:rsid w:val="30B45903"/>
    <w:rsid w:val="30F4E9F4"/>
    <w:rsid w:val="319D765E"/>
    <w:rsid w:val="31FDAD25"/>
    <w:rsid w:val="320AA78D"/>
    <w:rsid w:val="32AFBA55"/>
    <w:rsid w:val="32CA1211"/>
    <w:rsid w:val="32E098E0"/>
    <w:rsid w:val="33256C5E"/>
    <w:rsid w:val="334F09D4"/>
    <w:rsid w:val="33EB9C94"/>
    <w:rsid w:val="34131DD0"/>
    <w:rsid w:val="34655891"/>
    <w:rsid w:val="3471550B"/>
    <w:rsid w:val="34C26CF5"/>
    <w:rsid w:val="3510AF52"/>
    <w:rsid w:val="357CED21"/>
    <w:rsid w:val="358A8D34"/>
    <w:rsid w:val="35AEA09A"/>
    <w:rsid w:val="35BAAFF1"/>
    <w:rsid w:val="35CB4BBE"/>
    <w:rsid w:val="35ED019C"/>
    <w:rsid w:val="35F00C6D"/>
    <w:rsid w:val="360D002B"/>
    <w:rsid w:val="36208E4E"/>
    <w:rsid w:val="364A7EC4"/>
    <w:rsid w:val="370038D3"/>
    <w:rsid w:val="3725F6B5"/>
    <w:rsid w:val="377FC8C2"/>
    <w:rsid w:val="37B070B7"/>
    <w:rsid w:val="37BCE30B"/>
    <w:rsid w:val="37F0DBA7"/>
    <w:rsid w:val="37F47337"/>
    <w:rsid w:val="380073E1"/>
    <w:rsid w:val="38BA47EE"/>
    <w:rsid w:val="38EA362A"/>
    <w:rsid w:val="39006A05"/>
    <w:rsid w:val="391C30AF"/>
    <w:rsid w:val="3965737E"/>
    <w:rsid w:val="396F6E6C"/>
    <w:rsid w:val="3984CBCB"/>
    <w:rsid w:val="39D39D81"/>
    <w:rsid w:val="3AA7C35A"/>
    <w:rsid w:val="3AC97C28"/>
    <w:rsid w:val="3ACF455C"/>
    <w:rsid w:val="3B714C9D"/>
    <w:rsid w:val="3B955160"/>
    <w:rsid w:val="3BB497E4"/>
    <w:rsid w:val="3BC7952E"/>
    <w:rsid w:val="3C0F6368"/>
    <w:rsid w:val="3C404FD2"/>
    <w:rsid w:val="3DDE9E6B"/>
    <w:rsid w:val="3E23F7B2"/>
    <w:rsid w:val="3E6BD7DC"/>
    <w:rsid w:val="3E9D1D0C"/>
    <w:rsid w:val="3EB97737"/>
    <w:rsid w:val="3F1FDE76"/>
    <w:rsid w:val="3F3B8204"/>
    <w:rsid w:val="3FE37BA1"/>
    <w:rsid w:val="4054C4B0"/>
    <w:rsid w:val="4168A493"/>
    <w:rsid w:val="41989C03"/>
    <w:rsid w:val="41B2AB75"/>
    <w:rsid w:val="41E34DB2"/>
    <w:rsid w:val="41F27AFB"/>
    <w:rsid w:val="42564F78"/>
    <w:rsid w:val="426EF2A8"/>
    <w:rsid w:val="42A5BEE9"/>
    <w:rsid w:val="42A8600D"/>
    <w:rsid w:val="42F53472"/>
    <w:rsid w:val="43B7D90C"/>
    <w:rsid w:val="43B98C68"/>
    <w:rsid w:val="4439862F"/>
    <w:rsid w:val="446BDA94"/>
    <w:rsid w:val="449783B6"/>
    <w:rsid w:val="44DEC859"/>
    <w:rsid w:val="44F8C3E4"/>
    <w:rsid w:val="452444D4"/>
    <w:rsid w:val="452A1E81"/>
    <w:rsid w:val="45590CCD"/>
    <w:rsid w:val="45D41295"/>
    <w:rsid w:val="45D65AD7"/>
    <w:rsid w:val="45FA7724"/>
    <w:rsid w:val="46638041"/>
    <w:rsid w:val="467BEB4D"/>
    <w:rsid w:val="471C720E"/>
    <w:rsid w:val="47281897"/>
    <w:rsid w:val="4728D77F"/>
    <w:rsid w:val="475B994D"/>
    <w:rsid w:val="476117C7"/>
    <w:rsid w:val="476A872B"/>
    <w:rsid w:val="47DFC0C8"/>
    <w:rsid w:val="4820799F"/>
    <w:rsid w:val="482E6586"/>
    <w:rsid w:val="4832BC89"/>
    <w:rsid w:val="4837BF92"/>
    <w:rsid w:val="493BB0BA"/>
    <w:rsid w:val="4982FB18"/>
    <w:rsid w:val="49D049FF"/>
    <w:rsid w:val="49F31420"/>
    <w:rsid w:val="4A38B15F"/>
    <w:rsid w:val="4A5A8DBC"/>
    <w:rsid w:val="4A6DB19B"/>
    <w:rsid w:val="4A7B84D2"/>
    <w:rsid w:val="4A7E82E0"/>
    <w:rsid w:val="4B18642F"/>
    <w:rsid w:val="4B5AC35E"/>
    <w:rsid w:val="4B6006A6"/>
    <w:rsid w:val="4BAECF72"/>
    <w:rsid w:val="4BB6D5EF"/>
    <w:rsid w:val="4BCFA788"/>
    <w:rsid w:val="4BE628E4"/>
    <w:rsid w:val="4BF0228C"/>
    <w:rsid w:val="4C004EFB"/>
    <w:rsid w:val="4C2AD14A"/>
    <w:rsid w:val="4C80ADB9"/>
    <w:rsid w:val="4C8AE4B0"/>
    <w:rsid w:val="4D0BF22E"/>
    <w:rsid w:val="4D42882D"/>
    <w:rsid w:val="4D640856"/>
    <w:rsid w:val="4D698854"/>
    <w:rsid w:val="4D9CE3CA"/>
    <w:rsid w:val="4DDDB4DC"/>
    <w:rsid w:val="4E3339F3"/>
    <w:rsid w:val="4E9592F8"/>
    <w:rsid w:val="4ECE20D7"/>
    <w:rsid w:val="4F111420"/>
    <w:rsid w:val="4F493F60"/>
    <w:rsid w:val="4F701BB1"/>
    <w:rsid w:val="4F8F574C"/>
    <w:rsid w:val="4FAE3C2C"/>
    <w:rsid w:val="4FFDBA93"/>
    <w:rsid w:val="504337AE"/>
    <w:rsid w:val="50AC1A07"/>
    <w:rsid w:val="50C3891B"/>
    <w:rsid w:val="50CBD7CD"/>
    <w:rsid w:val="511D275F"/>
    <w:rsid w:val="51D731A1"/>
    <w:rsid w:val="52100660"/>
    <w:rsid w:val="52191928"/>
    <w:rsid w:val="52AB90AD"/>
    <w:rsid w:val="52FD47C4"/>
    <w:rsid w:val="5312C9B9"/>
    <w:rsid w:val="5357BF10"/>
    <w:rsid w:val="535A54A3"/>
    <w:rsid w:val="538B485D"/>
    <w:rsid w:val="53DF386C"/>
    <w:rsid w:val="543E7A86"/>
    <w:rsid w:val="546E7124"/>
    <w:rsid w:val="548A9483"/>
    <w:rsid w:val="54F11176"/>
    <w:rsid w:val="5509B24E"/>
    <w:rsid w:val="5575015D"/>
    <w:rsid w:val="55C445C8"/>
    <w:rsid w:val="55DAED68"/>
    <w:rsid w:val="56417D7C"/>
    <w:rsid w:val="56577CB2"/>
    <w:rsid w:val="56709259"/>
    <w:rsid w:val="56A44DFB"/>
    <w:rsid w:val="56E1BB1D"/>
    <w:rsid w:val="570334A4"/>
    <w:rsid w:val="57374F28"/>
    <w:rsid w:val="573D5969"/>
    <w:rsid w:val="575BF8D9"/>
    <w:rsid w:val="57CBD191"/>
    <w:rsid w:val="58225F92"/>
    <w:rsid w:val="582AAE88"/>
    <w:rsid w:val="58ABB110"/>
    <w:rsid w:val="58E457DE"/>
    <w:rsid w:val="593D17B4"/>
    <w:rsid w:val="593D2BFC"/>
    <w:rsid w:val="593F65EF"/>
    <w:rsid w:val="59532FBA"/>
    <w:rsid w:val="596E2D0C"/>
    <w:rsid w:val="59780139"/>
    <w:rsid w:val="5981DA9C"/>
    <w:rsid w:val="59B19A99"/>
    <w:rsid w:val="5A0E3C17"/>
    <w:rsid w:val="5A1BE829"/>
    <w:rsid w:val="5A28CAC8"/>
    <w:rsid w:val="5A322919"/>
    <w:rsid w:val="5A73EF3F"/>
    <w:rsid w:val="5ADFA572"/>
    <w:rsid w:val="5AFA1C54"/>
    <w:rsid w:val="5B36A66F"/>
    <w:rsid w:val="5C77C790"/>
    <w:rsid w:val="5C83FA8F"/>
    <w:rsid w:val="5CDA4290"/>
    <w:rsid w:val="5CEF1378"/>
    <w:rsid w:val="5D582A71"/>
    <w:rsid w:val="5D9F97E5"/>
    <w:rsid w:val="5DEFC897"/>
    <w:rsid w:val="5E7A4008"/>
    <w:rsid w:val="5E917F4E"/>
    <w:rsid w:val="5EACEBEB"/>
    <w:rsid w:val="5EFC573C"/>
    <w:rsid w:val="5F2E23FB"/>
    <w:rsid w:val="5F360C1E"/>
    <w:rsid w:val="5FD687A7"/>
    <w:rsid w:val="5FFE4D18"/>
    <w:rsid w:val="6009AA31"/>
    <w:rsid w:val="602BA230"/>
    <w:rsid w:val="6071F08F"/>
    <w:rsid w:val="6078E85F"/>
    <w:rsid w:val="60C02FB7"/>
    <w:rsid w:val="60DD7A6A"/>
    <w:rsid w:val="60DEF1D7"/>
    <w:rsid w:val="611E61D7"/>
    <w:rsid w:val="6163741B"/>
    <w:rsid w:val="61ABF61D"/>
    <w:rsid w:val="61ADE14A"/>
    <w:rsid w:val="61D3F10D"/>
    <w:rsid w:val="62560C33"/>
    <w:rsid w:val="625B8028"/>
    <w:rsid w:val="628A07F7"/>
    <w:rsid w:val="62946DDB"/>
    <w:rsid w:val="62A7E0FB"/>
    <w:rsid w:val="630BBC3E"/>
    <w:rsid w:val="635D9E4F"/>
    <w:rsid w:val="63B75813"/>
    <w:rsid w:val="63B8D7D9"/>
    <w:rsid w:val="63CEE0A4"/>
    <w:rsid w:val="6406EE2C"/>
    <w:rsid w:val="641E5689"/>
    <w:rsid w:val="64718408"/>
    <w:rsid w:val="64D9E54A"/>
    <w:rsid w:val="64DB2BDD"/>
    <w:rsid w:val="64DEA77D"/>
    <w:rsid w:val="6505DCC2"/>
    <w:rsid w:val="6517F726"/>
    <w:rsid w:val="652DAD11"/>
    <w:rsid w:val="65489546"/>
    <w:rsid w:val="658F1C3B"/>
    <w:rsid w:val="65A45A66"/>
    <w:rsid w:val="65A715AC"/>
    <w:rsid w:val="65C03DB2"/>
    <w:rsid w:val="6600C4E9"/>
    <w:rsid w:val="6605E372"/>
    <w:rsid w:val="661E8863"/>
    <w:rsid w:val="66297046"/>
    <w:rsid w:val="66A2AF5B"/>
    <w:rsid w:val="66ADE896"/>
    <w:rsid w:val="67D9D7A5"/>
    <w:rsid w:val="6814399F"/>
    <w:rsid w:val="681E17CA"/>
    <w:rsid w:val="6849CE66"/>
    <w:rsid w:val="6872711C"/>
    <w:rsid w:val="68A94DAD"/>
    <w:rsid w:val="68BE4094"/>
    <w:rsid w:val="68C0AFDD"/>
    <w:rsid w:val="68C43AB9"/>
    <w:rsid w:val="68E7388B"/>
    <w:rsid w:val="68E7D532"/>
    <w:rsid w:val="69170C00"/>
    <w:rsid w:val="694CB862"/>
    <w:rsid w:val="69686505"/>
    <w:rsid w:val="698E1DCA"/>
    <w:rsid w:val="69A510D4"/>
    <w:rsid w:val="69B215F0"/>
    <w:rsid w:val="69C2F138"/>
    <w:rsid w:val="69F1B8D0"/>
    <w:rsid w:val="6A07FB9D"/>
    <w:rsid w:val="6A340958"/>
    <w:rsid w:val="6B131C3F"/>
    <w:rsid w:val="6B7440AF"/>
    <w:rsid w:val="6B7C04C9"/>
    <w:rsid w:val="6B936324"/>
    <w:rsid w:val="6C680630"/>
    <w:rsid w:val="6C6C8DDC"/>
    <w:rsid w:val="6CA4335E"/>
    <w:rsid w:val="6D1B6336"/>
    <w:rsid w:val="6E5AD811"/>
    <w:rsid w:val="6EA23FE4"/>
    <w:rsid w:val="6EB0451B"/>
    <w:rsid w:val="6EBB4C48"/>
    <w:rsid w:val="6F562CC5"/>
    <w:rsid w:val="6F56E666"/>
    <w:rsid w:val="6F7EB5AB"/>
    <w:rsid w:val="70822F3E"/>
    <w:rsid w:val="70CAEE63"/>
    <w:rsid w:val="70F2C163"/>
    <w:rsid w:val="710728C6"/>
    <w:rsid w:val="71139CE1"/>
    <w:rsid w:val="7117EA10"/>
    <w:rsid w:val="712134D0"/>
    <w:rsid w:val="712E734E"/>
    <w:rsid w:val="71390B0A"/>
    <w:rsid w:val="71771408"/>
    <w:rsid w:val="724C382B"/>
    <w:rsid w:val="729356FD"/>
    <w:rsid w:val="72A8D9D4"/>
    <w:rsid w:val="7362E367"/>
    <w:rsid w:val="736A9559"/>
    <w:rsid w:val="73836235"/>
    <w:rsid w:val="73D5A09F"/>
    <w:rsid w:val="743EFC28"/>
    <w:rsid w:val="7462BC64"/>
    <w:rsid w:val="74A1E09F"/>
    <w:rsid w:val="74AA5B64"/>
    <w:rsid w:val="74B2D0D5"/>
    <w:rsid w:val="74D263D1"/>
    <w:rsid w:val="75025069"/>
    <w:rsid w:val="7522D257"/>
    <w:rsid w:val="75D86FB6"/>
    <w:rsid w:val="75FBCA31"/>
    <w:rsid w:val="76BDB9E9"/>
    <w:rsid w:val="76C6EAD2"/>
    <w:rsid w:val="76EE5BC9"/>
    <w:rsid w:val="76EEBC85"/>
    <w:rsid w:val="76F93F11"/>
    <w:rsid w:val="783B98EC"/>
    <w:rsid w:val="7857A77F"/>
    <w:rsid w:val="788E9BF0"/>
    <w:rsid w:val="790AF4A7"/>
    <w:rsid w:val="793EDFA6"/>
    <w:rsid w:val="79557DCF"/>
    <w:rsid w:val="79A7BD5B"/>
    <w:rsid w:val="79DE79F0"/>
    <w:rsid w:val="7A0A1DCA"/>
    <w:rsid w:val="7A853B95"/>
    <w:rsid w:val="7AB3C165"/>
    <w:rsid w:val="7B8B6C02"/>
    <w:rsid w:val="7BAD9E6F"/>
    <w:rsid w:val="7BB7B2DF"/>
    <w:rsid w:val="7BF128F3"/>
    <w:rsid w:val="7C0C8817"/>
    <w:rsid w:val="7C6F8DFF"/>
    <w:rsid w:val="7C983508"/>
    <w:rsid w:val="7CC15D43"/>
    <w:rsid w:val="7D013A52"/>
    <w:rsid w:val="7D236D22"/>
    <w:rsid w:val="7D8C54F2"/>
    <w:rsid w:val="7DA97A91"/>
    <w:rsid w:val="7DDA7A81"/>
    <w:rsid w:val="7E3E48F1"/>
    <w:rsid w:val="7E52F61E"/>
    <w:rsid w:val="7E549042"/>
    <w:rsid w:val="7F09FCD5"/>
    <w:rsid w:val="7F2AEDF8"/>
    <w:rsid w:val="7F3D0108"/>
    <w:rsid w:val="7F601300"/>
    <w:rsid w:val="7FA64597"/>
    <w:rsid w:val="7FB604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4062061"/>
  <w14:defaultImageDpi w14:val="300"/>
  <w15:docId w15:val="{AC2B3075-7F3F-467A-879D-C744F55CB3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7E3E48F1"/>
    <w:rPr>
      <w:rFonts w:ascii="Times New Roman" w:eastAsia="Times New Roman" w:hAnsi="Times New Roman"/>
      <w:sz w:val="24"/>
      <w:szCs w:val="24"/>
      <w:lang w:val="pt-BR"/>
    </w:rPr>
  </w:style>
  <w:style w:type="paragraph" w:styleId="Ttulo1">
    <w:name w:val="heading 1"/>
    <w:basedOn w:val="Normal"/>
    <w:next w:val="Normal"/>
    <w:link w:val="Ttulo1Char"/>
    <w:uiPriority w:val="9"/>
    <w:qFormat/>
    <w:rsid w:val="7E3E48F1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7E3E48F1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tulo3">
    <w:name w:val="heading 3"/>
    <w:basedOn w:val="Normal"/>
    <w:next w:val="Normal"/>
    <w:link w:val="Ttulo3Char"/>
    <w:uiPriority w:val="9"/>
    <w:unhideWhenUsed/>
    <w:qFormat/>
    <w:rsid w:val="7E3E48F1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7E3E48F1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7E3E48F1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7E3E48F1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7E3E48F1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7E3E48F1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7E3E48F1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7E3E48F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E618BF"/>
  </w:style>
  <w:style w:type="paragraph" w:styleId="Rodap">
    <w:name w:val="footer"/>
    <w:basedOn w:val="Normal"/>
    <w:link w:val="RodapChar"/>
    <w:uiPriority w:val="99"/>
    <w:unhideWhenUsed/>
    <w:rsid w:val="7E3E48F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E618BF"/>
  </w:style>
  <w:style w:type="paragraph" w:styleId="SemEspaamento">
    <w:name w:val="No Spacing"/>
    <w:uiPriority w:val="1"/>
    <w:qFormat/>
    <w:rsid w:val="00FC693F"/>
    <w:pPr>
      <w:spacing w:after="0" w:line="240" w:lineRule="auto"/>
    </w:pPr>
  </w:style>
  <w:style w:type="character" w:customStyle="1" w:styleId="Ttulo1Char">
    <w:name w:val="Título 1 Char"/>
    <w:basedOn w:val="Fontepargpadro"/>
    <w:link w:val="Ttulo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Ttulo2Char">
    <w:name w:val="Título 2 Char"/>
    <w:basedOn w:val="Fontepargpadro"/>
    <w:link w:val="Ttulo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Ttulo3Char">
    <w:name w:val="Título 3 Char"/>
    <w:basedOn w:val="Fontepargpadro"/>
    <w:link w:val="Ttulo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tulo">
    <w:name w:val="Title"/>
    <w:basedOn w:val="Normal"/>
    <w:next w:val="Normal"/>
    <w:link w:val="TtuloChar"/>
    <w:uiPriority w:val="10"/>
    <w:qFormat/>
    <w:rsid w:val="7E3E48F1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z w:val="52"/>
      <w:szCs w:val="52"/>
    </w:rPr>
  </w:style>
  <w:style w:type="character" w:customStyle="1" w:styleId="TtuloChar">
    <w:name w:val="Título Char"/>
    <w:basedOn w:val="Fontepargpadro"/>
    <w:link w:val="Ttulo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tulo">
    <w:name w:val="Subtitle"/>
    <w:basedOn w:val="Normal"/>
    <w:next w:val="Normal"/>
    <w:link w:val="SubttuloChar"/>
    <w:uiPriority w:val="11"/>
    <w:qFormat/>
    <w:rsid w:val="7E3E48F1"/>
    <w:rPr>
      <w:rFonts w:asciiTheme="majorHAnsi" w:eastAsiaTheme="majorEastAsia" w:hAnsiTheme="majorHAnsi" w:cstheme="majorBidi"/>
      <w:i/>
      <w:iCs/>
      <w:color w:val="4F81BD" w:themeColor="accent1"/>
    </w:rPr>
  </w:style>
  <w:style w:type="character" w:customStyle="1" w:styleId="SubttuloChar">
    <w:name w:val="Subtítulo Char"/>
    <w:basedOn w:val="Fontepargpadro"/>
    <w:link w:val="Subttulo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PargrafodaLista">
    <w:name w:val="List Paragraph"/>
    <w:basedOn w:val="Normal"/>
    <w:uiPriority w:val="34"/>
    <w:qFormat/>
    <w:rsid w:val="7E3E48F1"/>
    <w:pPr>
      <w:ind w:left="720"/>
      <w:contextualSpacing/>
    </w:pPr>
  </w:style>
  <w:style w:type="paragraph" w:styleId="Corpodetexto">
    <w:name w:val="Body Text"/>
    <w:basedOn w:val="Normal"/>
    <w:link w:val="CorpodetextoChar"/>
    <w:uiPriority w:val="99"/>
    <w:unhideWhenUsed/>
    <w:rsid w:val="7E3E48F1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rsid w:val="00AA1D8D"/>
  </w:style>
  <w:style w:type="paragraph" w:styleId="Corpodetexto2">
    <w:name w:val="Body Text 2"/>
    <w:basedOn w:val="Normal"/>
    <w:link w:val="Corpodetexto2Char"/>
    <w:uiPriority w:val="99"/>
    <w:unhideWhenUsed/>
    <w:rsid w:val="7E3E48F1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uiPriority w:val="99"/>
    <w:rsid w:val="00AA1D8D"/>
  </w:style>
  <w:style w:type="paragraph" w:styleId="Corpodetexto3">
    <w:name w:val="Body Text 3"/>
    <w:basedOn w:val="Normal"/>
    <w:link w:val="Corpodetexto3Char"/>
    <w:uiPriority w:val="99"/>
    <w:unhideWhenUsed/>
    <w:rsid w:val="7E3E48F1"/>
    <w:pPr>
      <w:spacing w:after="120"/>
    </w:pPr>
    <w:rPr>
      <w:sz w:val="16"/>
      <w:szCs w:val="16"/>
    </w:rPr>
  </w:style>
  <w:style w:type="character" w:customStyle="1" w:styleId="Corpodetexto3Char">
    <w:name w:val="Corpo de texto 3 Char"/>
    <w:basedOn w:val="Fontepargpadro"/>
    <w:link w:val="Corpodetexto3"/>
    <w:uiPriority w:val="99"/>
    <w:rsid w:val="00AA1D8D"/>
    <w:rPr>
      <w:sz w:val="16"/>
      <w:szCs w:val="16"/>
    </w:rPr>
  </w:style>
  <w:style w:type="paragraph" w:styleId="Lista">
    <w:name w:val="List"/>
    <w:basedOn w:val="Normal"/>
    <w:uiPriority w:val="99"/>
    <w:unhideWhenUsed/>
    <w:rsid w:val="7E3E48F1"/>
    <w:pPr>
      <w:ind w:left="360" w:hanging="360"/>
      <w:contextualSpacing/>
    </w:pPr>
  </w:style>
  <w:style w:type="paragraph" w:styleId="Lista2">
    <w:name w:val="List 2"/>
    <w:basedOn w:val="Normal"/>
    <w:uiPriority w:val="99"/>
    <w:unhideWhenUsed/>
    <w:rsid w:val="7E3E48F1"/>
    <w:pPr>
      <w:ind w:left="720" w:hanging="360"/>
      <w:contextualSpacing/>
    </w:pPr>
  </w:style>
  <w:style w:type="paragraph" w:styleId="Lista3">
    <w:name w:val="List 3"/>
    <w:basedOn w:val="Normal"/>
    <w:uiPriority w:val="99"/>
    <w:unhideWhenUsed/>
    <w:rsid w:val="7E3E48F1"/>
    <w:pPr>
      <w:ind w:left="1080" w:hanging="360"/>
      <w:contextualSpacing/>
    </w:pPr>
  </w:style>
  <w:style w:type="paragraph" w:styleId="Commarcadores">
    <w:name w:val="List Bullet"/>
    <w:basedOn w:val="Normal"/>
    <w:uiPriority w:val="99"/>
    <w:unhideWhenUsed/>
    <w:rsid w:val="7E3E48F1"/>
    <w:pPr>
      <w:numPr>
        <w:numId w:val="9"/>
      </w:numPr>
      <w:contextualSpacing/>
    </w:pPr>
  </w:style>
  <w:style w:type="paragraph" w:styleId="Commarcadores2">
    <w:name w:val="List Bullet 2"/>
    <w:basedOn w:val="Normal"/>
    <w:uiPriority w:val="99"/>
    <w:unhideWhenUsed/>
    <w:rsid w:val="7E3E48F1"/>
    <w:pPr>
      <w:numPr>
        <w:numId w:val="6"/>
      </w:numPr>
      <w:contextualSpacing/>
    </w:pPr>
  </w:style>
  <w:style w:type="paragraph" w:styleId="Commarcadores3">
    <w:name w:val="List Bullet 3"/>
    <w:basedOn w:val="Normal"/>
    <w:uiPriority w:val="99"/>
    <w:unhideWhenUsed/>
    <w:rsid w:val="7E3E48F1"/>
    <w:pPr>
      <w:numPr>
        <w:numId w:val="5"/>
      </w:numPr>
      <w:contextualSpacing/>
    </w:pPr>
  </w:style>
  <w:style w:type="paragraph" w:styleId="Numerada">
    <w:name w:val="List Number"/>
    <w:basedOn w:val="Normal"/>
    <w:uiPriority w:val="99"/>
    <w:unhideWhenUsed/>
    <w:rsid w:val="7E3E48F1"/>
    <w:pPr>
      <w:numPr>
        <w:numId w:val="4"/>
      </w:numPr>
      <w:contextualSpacing/>
    </w:pPr>
  </w:style>
  <w:style w:type="paragraph" w:styleId="Numerada2">
    <w:name w:val="List Number 2"/>
    <w:basedOn w:val="Normal"/>
    <w:uiPriority w:val="99"/>
    <w:unhideWhenUsed/>
    <w:rsid w:val="7E3E48F1"/>
    <w:pPr>
      <w:numPr>
        <w:numId w:val="7"/>
      </w:numPr>
      <w:contextualSpacing/>
    </w:pPr>
  </w:style>
  <w:style w:type="paragraph" w:styleId="Numerada3">
    <w:name w:val="List Number 3"/>
    <w:basedOn w:val="Normal"/>
    <w:uiPriority w:val="99"/>
    <w:unhideWhenUsed/>
    <w:rsid w:val="7E3E48F1"/>
    <w:pPr>
      <w:numPr>
        <w:numId w:val="8"/>
      </w:numPr>
      <w:contextualSpacing/>
    </w:pPr>
  </w:style>
  <w:style w:type="paragraph" w:styleId="Listadecontinuao">
    <w:name w:val="List Continue"/>
    <w:basedOn w:val="Normal"/>
    <w:uiPriority w:val="99"/>
    <w:unhideWhenUsed/>
    <w:rsid w:val="7E3E48F1"/>
    <w:pPr>
      <w:spacing w:after="120"/>
      <w:ind w:left="360"/>
      <w:contextualSpacing/>
    </w:pPr>
  </w:style>
  <w:style w:type="paragraph" w:styleId="Listadecontinuao2">
    <w:name w:val="List Continue 2"/>
    <w:basedOn w:val="Normal"/>
    <w:uiPriority w:val="99"/>
    <w:unhideWhenUsed/>
    <w:rsid w:val="7E3E48F1"/>
    <w:pPr>
      <w:spacing w:after="120"/>
      <w:ind w:left="720"/>
      <w:contextualSpacing/>
    </w:pPr>
  </w:style>
  <w:style w:type="paragraph" w:styleId="Listadecontinuao3">
    <w:name w:val="List Continue 3"/>
    <w:basedOn w:val="Normal"/>
    <w:uiPriority w:val="99"/>
    <w:unhideWhenUsed/>
    <w:rsid w:val="7E3E48F1"/>
    <w:pPr>
      <w:spacing w:after="120"/>
      <w:ind w:left="1080"/>
      <w:contextualSpacing/>
    </w:pPr>
  </w:style>
  <w:style w:type="paragraph" w:styleId="Textodemacro">
    <w:name w:val="macro"/>
    <w:link w:val="Textodemacro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TextodemacroChar">
    <w:name w:val="Texto de macro Char"/>
    <w:basedOn w:val="Fontepargpadro"/>
    <w:link w:val="Textodemacro"/>
    <w:uiPriority w:val="99"/>
    <w:rsid w:val="0029639D"/>
    <w:rPr>
      <w:rFonts w:ascii="Courier" w:hAnsi="Courier"/>
      <w:sz w:val="20"/>
      <w:szCs w:val="20"/>
    </w:rPr>
  </w:style>
  <w:style w:type="paragraph" w:styleId="Citao">
    <w:name w:val="Quote"/>
    <w:basedOn w:val="Normal"/>
    <w:next w:val="Normal"/>
    <w:link w:val="CitaoChar"/>
    <w:uiPriority w:val="29"/>
    <w:qFormat/>
    <w:rsid w:val="7E3E48F1"/>
    <w:rPr>
      <w:i/>
      <w:iCs/>
      <w:color w:val="000000" w:themeColor="text1"/>
    </w:rPr>
  </w:style>
  <w:style w:type="character" w:customStyle="1" w:styleId="CitaoChar">
    <w:name w:val="Citação Char"/>
    <w:basedOn w:val="Fontepargpadro"/>
    <w:link w:val="Citao"/>
    <w:uiPriority w:val="29"/>
    <w:rsid w:val="00FC693F"/>
    <w:rPr>
      <w:i/>
      <w:iCs/>
      <w:color w:val="000000" w:themeColor="text1"/>
    </w:rPr>
  </w:style>
  <w:style w:type="character" w:customStyle="1" w:styleId="Ttulo4Char">
    <w:name w:val="Título 4 Char"/>
    <w:basedOn w:val="Fontepargpadro"/>
    <w:link w:val="Ttulo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Ttulo5Char">
    <w:name w:val="Título 5 Char"/>
    <w:basedOn w:val="Fontepargpadro"/>
    <w:link w:val="Ttulo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Ttulo7Char">
    <w:name w:val="Título 7 Char"/>
    <w:basedOn w:val="Fontepargpadro"/>
    <w:link w:val="Ttulo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tulo8Char">
    <w:name w:val="Título 8 Char"/>
    <w:basedOn w:val="Fontepargpadro"/>
    <w:link w:val="Ttulo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Ttulo9Char">
    <w:name w:val="Título 9 Char"/>
    <w:basedOn w:val="Fontepargpadro"/>
    <w:link w:val="Ttulo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Legenda">
    <w:name w:val="caption"/>
    <w:basedOn w:val="Normal"/>
    <w:next w:val="Normal"/>
    <w:uiPriority w:val="35"/>
    <w:semiHidden/>
    <w:unhideWhenUsed/>
    <w:qFormat/>
    <w:rsid w:val="7E3E48F1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Forte">
    <w:name w:val="Strong"/>
    <w:basedOn w:val="Fontepargpadro"/>
    <w:uiPriority w:val="22"/>
    <w:qFormat/>
    <w:rsid w:val="00FC693F"/>
    <w:rPr>
      <w:b/>
      <w:bCs/>
    </w:rPr>
  </w:style>
  <w:style w:type="character" w:styleId="nfase">
    <w:name w:val="Emphasis"/>
    <w:basedOn w:val="Fontepargpadro"/>
    <w:uiPriority w:val="20"/>
    <w:qFormat/>
    <w:rsid w:val="00FC693F"/>
    <w:rPr>
      <w:i/>
      <w:iCs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7E3E48F1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FC693F"/>
    <w:rPr>
      <w:b/>
      <w:bCs/>
      <w:i/>
      <w:iCs/>
      <w:color w:val="4F81BD" w:themeColor="accent1"/>
    </w:rPr>
  </w:style>
  <w:style w:type="character" w:styleId="nfaseSutil">
    <w:name w:val="Subtle Emphasis"/>
    <w:basedOn w:val="Fontepargpadro"/>
    <w:uiPriority w:val="19"/>
    <w:qFormat/>
    <w:rsid w:val="00FC693F"/>
    <w:rPr>
      <w:i/>
      <w:iCs/>
      <w:color w:val="808080" w:themeColor="text1" w:themeTint="7F"/>
    </w:rPr>
  </w:style>
  <w:style w:type="character" w:styleId="nfaseIntensa">
    <w:name w:val="Intense Emphasis"/>
    <w:basedOn w:val="Fontepargpadro"/>
    <w:uiPriority w:val="21"/>
    <w:qFormat/>
    <w:rsid w:val="00FC693F"/>
    <w:rPr>
      <w:b/>
      <w:bCs/>
      <w:i/>
      <w:iCs/>
      <w:color w:val="4F81BD" w:themeColor="accent1"/>
    </w:rPr>
  </w:style>
  <w:style w:type="character" w:styleId="RefernciaSutil">
    <w:name w:val="Subtle Reference"/>
    <w:basedOn w:val="Fontepargpadro"/>
    <w:uiPriority w:val="31"/>
    <w:qFormat/>
    <w:rsid w:val="00FC693F"/>
    <w:rPr>
      <w:smallCaps/>
      <w:color w:val="C0504D" w:themeColor="accent2"/>
      <w:u w:val="single"/>
    </w:rPr>
  </w:style>
  <w:style w:type="character" w:styleId="RefernciaIntensa">
    <w:name w:val="Intense Reference"/>
    <w:basedOn w:val="Fontepargpadro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TtulodoLivro">
    <w:name w:val="Book Title"/>
    <w:basedOn w:val="Fontepargpadro"/>
    <w:uiPriority w:val="33"/>
    <w:qFormat/>
    <w:rsid w:val="00FC693F"/>
    <w:rPr>
      <w:b/>
      <w:bCs/>
      <w:smallCaps/>
      <w:spacing w:val="5"/>
    </w:rPr>
  </w:style>
  <w:style w:type="paragraph" w:styleId="CabealhodoSumrio">
    <w:name w:val="TOC Heading"/>
    <w:basedOn w:val="Ttulo1"/>
    <w:next w:val="Normal"/>
    <w:uiPriority w:val="39"/>
    <w:semiHidden/>
    <w:unhideWhenUsed/>
    <w:qFormat/>
    <w:rsid w:val="00FC693F"/>
    <w:pPr>
      <w:outlineLvl w:val="9"/>
    </w:pPr>
  </w:style>
  <w:style w:type="table" w:styleId="Tabelacomgrade">
    <w:name w:val="Table Grid"/>
    <w:basedOn w:val="Tabela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SombreamentoClaro">
    <w:name w:val="Light Shading"/>
    <w:basedOn w:val="Tabela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SombreamentoClaro-nfase1">
    <w:name w:val="Light Shading Accent 1"/>
    <w:basedOn w:val="Tabela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SombreamentoClaro-nfase2">
    <w:name w:val="Light Shading Accent 2"/>
    <w:basedOn w:val="Tabela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SombreamentoClaro-nfase3">
    <w:name w:val="Light Shading Accent 3"/>
    <w:basedOn w:val="Tabela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SombreamentoClaro-nfase4">
    <w:name w:val="Light Shading Accent 4"/>
    <w:basedOn w:val="Tabela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SombreamentoClaro-nfase5">
    <w:name w:val="Light Shading Accent 5"/>
    <w:basedOn w:val="Tabela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SombreamentoClaro-nfase6">
    <w:name w:val="Light Shading Accent 6"/>
    <w:basedOn w:val="Tabela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staClara">
    <w:name w:val="Light List"/>
    <w:basedOn w:val="Tabela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staClara-nfase1">
    <w:name w:val="Light List Accent 1"/>
    <w:basedOn w:val="Tabela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staClara-nfase2">
    <w:name w:val="Light List Accent 2"/>
    <w:basedOn w:val="Tabe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staClara-nfase3">
    <w:name w:val="Light List Accent 3"/>
    <w:basedOn w:val="Tabe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staClara-nfase4">
    <w:name w:val="Light List Accent 4"/>
    <w:basedOn w:val="Tabe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staClara-nfase5">
    <w:name w:val="Light List Accent 5"/>
    <w:basedOn w:val="Tabe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staClara-nfase6">
    <w:name w:val="Light List Accent 6"/>
    <w:basedOn w:val="Tabe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GradeClara">
    <w:name w:val="Light Grid"/>
    <w:basedOn w:val="Tabe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GradeClara-nfase1">
    <w:name w:val="Light Grid Accent 1"/>
    <w:basedOn w:val="Tabe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GradeClara-nfase2">
    <w:name w:val="Light Grid Accent 2"/>
    <w:basedOn w:val="Tabe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GradeClara-nfase3">
    <w:name w:val="Light Grid Accent 3"/>
    <w:basedOn w:val="Tabe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GradeClara-nfase4">
    <w:name w:val="Light Grid Accent 4"/>
    <w:basedOn w:val="Tabe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GradeClara-nfase5">
    <w:name w:val="Light Grid Accent 5"/>
    <w:basedOn w:val="Tabe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GradeClara-nfase6">
    <w:name w:val="Light Grid Accent 6"/>
    <w:basedOn w:val="Tabe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SombreamentoMdio1">
    <w:name w:val="Medium Shading 1"/>
    <w:basedOn w:val="Tabe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mentoMdio1-nfase1">
    <w:name w:val="Medium Shading 1 Accent 1"/>
    <w:basedOn w:val="Tabe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mentoMdio1-nfase2">
    <w:name w:val="Medium Shading 1 Accent 2"/>
    <w:basedOn w:val="Tabe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mentoMdio1-nfase3">
    <w:name w:val="Medium Shading 1 Accent 3"/>
    <w:basedOn w:val="Tabe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mentoMdio1-nfase4">
    <w:name w:val="Medium Shading 1 Accent 4"/>
    <w:basedOn w:val="Tabe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mentoMdio1-nfase5">
    <w:name w:val="Medium Shading 1 Accent 5"/>
    <w:basedOn w:val="Tabe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mentoMdio1-nfase6">
    <w:name w:val="Medium Shading 1 Accent 6"/>
    <w:basedOn w:val="Tabe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mentoMdio2">
    <w:name w:val="Medium Shading 2"/>
    <w:basedOn w:val="Tabe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mentoMdio2-nfase1">
    <w:name w:val="Medium Shading 2 Accent 1"/>
    <w:basedOn w:val="Tabe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mentoMdio2-nfase2">
    <w:name w:val="Medium Shading 2 Accent 2"/>
    <w:basedOn w:val="Tabe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mentoMdio2-nfase3">
    <w:name w:val="Medium Shading 2 Accent 3"/>
    <w:basedOn w:val="Tabe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mentoMdio2-nfase4">
    <w:name w:val="Medium Shading 2 Accent 4"/>
    <w:basedOn w:val="Tabe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mentoMdio2-nfase5">
    <w:name w:val="Medium Shading 2 Accent 5"/>
    <w:basedOn w:val="Tabe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mentoMdio2-nfase6">
    <w:name w:val="Medium Shading 2 Accent 6"/>
    <w:basedOn w:val="Tabe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ListaMdia1">
    <w:name w:val="Medium List 1"/>
    <w:basedOn w:val="Tabe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ListaMdia1-nfase1">
    <w:name w:val="Medium List 1 Accent 1"/>
    <w:basedOn w:val="Tabe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ListaMdia1-nfase2">
    <w:name w:val="Medium List 1 Accent 2"/>
    <w:basedOn w:val="Tabe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ListaMdia1-nfase3">
    <w:name w:val="Medium List 1 Accent 3"/>
    <w:basedOn w:val="Tabe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ListaMdia1-nfase4">
    <w:name w:val="Medium List 1 Accent 4"/>
    <w:basedOn w:val="Tabe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ListaMdia1-nfase5">
    <w:name w:val="Medium List 1 Accent 5"/>
    <w:basedOn w:val="Tabe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ListaMdia1-nfase6">
    <w:name w:val="Medium List 1 Accent 6"/>
    <w:basedOn w:val="Tabe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ListaMdia2">
    <w:name w:val="Medium List 2"/>
    <w:basedOn w:val="Tabe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dia2-nfase1">
    <w:name w:val="Medium List 2 Accent 1"/>
    <w:basedOn w:val="Tabe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dia2-nfase2">
    <w:name w:val="Medium List 2 Accent 2"/>
    <w:basedOn w:val="Tabe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dia2-nfase3">
    <w:name w:val="Medium List 2 Accent 3"/>
    <w:basedOn w:val="Tabe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dia2-nfase4">
    <w:name w:val="Medium List 2 Accent 4"/>
    <w:basedOn w:val="Tabe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dia2-nfase5">
    <w:name w:val="Medium List 2 Accent 5"/>
    <w:basedOn w:val="Tabe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dia2-nfase6">
    <w:name w:val="Medium List 2 Accent 6"/>
    <w:basedOn w:val="Tabe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radeMdia1">
    <w:name w:val="Medium Grid 1"/>
    <w:basedOn w:val="Tabe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GradeMdia1-nfase1">
    <w:name w:val="Medium Grid 1 Accent 1"/>
    <w:basedOn w:val="Tabe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GradeMdia1-nfase2">
    <w:name w:val="Medium Grid 1 Accent 2"/>
    <w:basedOn w:val="Tabe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GradeMdia1-nfase3">
    <w:name w:val="Medium Grid 1 Accent 3"/>
    <w:basedOn w:val="Tabe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GradeMdia1-nfase4">
    <w:name w:val="Medium Grid 1 Accent 4"/>
    <w:basedOn w:val="Tabe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GradeMdia1-nfase5">
    <w:name w:val="Medium Grid 1 Accent 5"/>
    <w:basedOn w:val="Tabe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GradeMdia1-nfase6">
    <w:name w:val="Medium Grid 1 Accent 6"/>
    <w:basedOn w:val="Tabe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GradeMdia2">
    <w:name w:val="Medium Grid 2"/>
    <w:basedOn w:val="Tabe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adeMdia2-nfase1">
    <w:name w:val="Medium Grid 2 Accent 1"/>
    <w:basedOn w:val="Tabe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adeMdia2-nfase2">
    <w:name w:val="Medium Grid 2 Accent 2"/>
    <w:basedOn w:val="Tabe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adeMdia2-nfase3">
    <w:name w:val="Medium Grid 2 Accent 3"/>
    <w:basedOn w:val="Tabe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adeMdia2-nfase4">
    <w:name w:val="Medium Grid 2 Accent 4"/>
    <w:basedOn w:val="Tabe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adeMdia2-nfase5">
    <w:name w:val="Medium Grid 2 Accent 5"/>
    <w:basedOn w:val="Tabe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adeMdia2-nfase6">
    <w:name w:val="Medium Grid 2 Accent 6"/>
    <w:basedOn w:val="Tabe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adeMdia3">
    <w:name w:val="Medium Grid 3"/>
    <w:basedOn w:val="Tabe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GradeMdia3-nfase1">
    <w:name w:val="Medium Grid 3 Accent 1"/>
    <w:basedOn w:val="Tabe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GradeMdia3-nfase2">
    <w:name w:val="Medium Grid 3 Accent 2"/>
    <w:basedOn w:val="Tabe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GradeMdia3-nfase3">
    <w:name w:val="Medium Grid 3 Accent 3"/>
    <w:basedOn w:val="Tabe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GradeMdia3-nfase4">
    <w:name w:val="Medium Grid 3 Accent 4"/>
    <w:basedOn w:val="Tabe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GradeMdia3-nfase5">
    <w:name w:val="Medium Grid 3 Accent 5"/>
    <w:basedOn w:val="Tabe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GradeMdia3-nfase6">
    <w:name w:val="Medium Grid 3 Accent 6"/>
    <w:basedOn w:val="Tabe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ListaEscura">
    <w:name w:val="Dark List"/>
    <w:basedOn w:val="Tabe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ListaEscura-nfase1">
    <w:name w:val="Dark List Accent 1"/>
    <w:basedOn w:val="Tabe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ListaEscura-nfase2">
    <w:name w:val="Dark List Accent 2"/>
    <w:basedOn w:val="Tabe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ListaEscura-nfase3">
    <w:name w:val="Dark List Accent 3"/>
    <w:basedOn w:val="Tabe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ListaEscura-nfase4">
    <w:name w:val="Dark List Accent 4"/>
    <w:basedOn w:val="Tabe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ListaEscura-nfase5">
    <w:name w:val="Dark List Accent 5"/>
    <w:basedOn w:val="Tabe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ListaEscura-nfase6">
    <w:name w:val="Dark List Accent 6"/>
    <w:basedOn w:val="Tabe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SombreamentoColorido">
    <w:name w:val="Colorful Shading"/>
    <w:basedOn w:val="Tabe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mentoEscuro-nfase1">
    <w:name w:val="Colorful Shading Accent 1"/>
    <w:basedOn w:val="Tabe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mentoColorido-nfase2">
    <w:name w:val="Colorful Shading Accent 2"/>
    <w:basedOn w:val="Tabe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mentoColorido-nfase3">
    <w:name w:val="Colorful Shading Accent 3"/>
    <w:basedOn w:val="Tabe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SombreamentoColorido-nfase4">
    <w:name w:val="Colorful Shading Accent 4"/>
    <w:basedOn w:val="Tabe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mentoColorido-nfase5">
    <w:name w:val="Colorful Shading Accent 5"/>
    <w:basedOn w:val="Tabe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mentoColorido-nfase6">
    <w:name w:val="Colorful Shading Accent 6"/>
    <w:basedOn w:val="Tabe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ListaColorida">
    <w:name w:val="Colorful List"/>
    <w:basedOn w:val="Tabe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aColorida-nfase1">
    <w:name w:val="Colorful List Accent 1"/>
    <w:basedOn w:val="Tabe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ListaColorida-nfase2">
    <w:name w:val="Colorful List Accent 2"/>
    <w:basedOn w:val="Tabe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ListaColorida-nfase3">
    <w:name w:val="Colorful List Accent 3"/>
    <w:basedOn w:val="Tabe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ListaColorida-nfase4">
    <w:name w:val="Colorful List Accent 4"/>
    <w:basedOn w:val="Tabe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ListaColorida-nfase5">
    <w:name w:val="Colorful List Accent 5"/>
    <w:basedOn w:val="Tabe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ListaColorida-nfase6">
    <w:name w:val="Colorful List Accent 6"/>
    <w:basedOn w:val="Tabe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GradeColorida">
    <w:name w:val="Colorful Grid"/>
    <w:basedOn w:val="Tabe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GradeColorida-nfase1">
    <w:name w:val="Colorful Grid Accent 1"/>
    <w:basedOn w:val="Tabe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GradeColorida-nfase2">
    <w:name w:val="Colorful Grid Accent 2"/>
    <w:basedOn w:val="Tabe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GradeColorida-nfase3">
    <w:name w:val="Colorful Grid Accent 3"/>
    <w:basedOn w:val="Tabe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GradeColorida-nfase4">
    <w:name w:val="Colorful Grid Accent 4"/>
    <w:basedOn w:val="Tabe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GradeColorida-nfase5">
    <w:name w:val="Colorful Grid Accent 5"/>
    <w:basedOn w:val="Tabe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GradeColorida-nfase6">
    <w:name w:val="Colorful Grid Accent 6"/>
    <w:basedOn w:val="Tabe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character" w:styleId="Hyperlink">
    <w:name w:val="Hyperlink"/>
    <w:basedOn w:val="Fontepargpadro"/>
    <w:uiPriority w:val="99"/>
    <w:unhideWhenUsed/>
    <w:rsid w:val="0B05BEA1"/>
    <w:rPr>
      <w:color w:val="0000FF"/>
      <w:u w:val="single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7E3E48F1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Pr>
      <w:rFonts w:ascii="Times New Roman" w:eastAsia="Times New Roman" w:hAnsi="Times New Roman"/>
      <w:sz w:val="20"/>
      <w:szCs w:val="20"/>
    </w:rPr>
  </w:style>
  <w:style w:type="character" w:styleId="Refdecomentrio">
    <w:name w:val="annotation reference"/>
    <w:basedOn w:val="Fontepargpadro"/>
    <w:uiPriority w:val="99"/>
    <w:semiHidden/>
    <w:unhideWhenUsed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microsoft.com/office/2020/10/relationships/intelligence" Target="intelligence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385</Words>
  <Characters>2082</Characters>
  <Application>Microsoft Office Word</Application>
  <DocSecurity>0</DocSecurity>
  <Lines>17</Lines>
  <Paragraphs>4</Paragraphs>
  <ScaleCrop>false</ScaleCrop>
  <Manager/>
  <Company/>
  <LinksUpToDate>false</LinksUpToDate>
  <CharactersWithSpaces>2463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marco cell</cp:lastModifiedBy>
  <cp:revision>2</cp:revision>
  <cp:lastPrinted>2026-04-27T16:59:00Z</cp:lastPrinted>
  <dcterms:created xsi:type="dcterms:W3CDTF">2026-04-27T19:47:00Z</dcterms:created>
  <dcterms:modified xsi:type="dcterms:W3CDTF">2026-04-27T19:47:00Z</dcterms:modified>
  <cp:category/>
</cp:coreProperties>
</file>