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6D138" w14:textId="68C80FAE" w:rsidR="00572D56" w:rsidRPr="00C72A84" w:rsidRDefault="006949C4" w:rsidP="00C72A84">
      <w:pPr>
        <w:jc w:val="both"/>
        <w:rPr>
          <w:rFonts w:cs="Arial"/>
          <w:szCs w:val="24"/>
        </w:rPr>
      </w:pPr>
      <w:r w:rsidRPr="00C72A84">
        <w:rPr>
          <w:rFonts w:cs="Arial"/>
          <w:b/>
          <w:bCs/>
          <w:szCs w:val="24"/>
        </w:rPr>
        <w:t>ÁREA TEMÁTICA:</w:t>
      </w:r>
      <w:r w:rsidRPr="00C72A84">
        <w:rPr>
          <w:rFonts w:cs="Arial"/>
          <w:szCs w:val="24"/>
        </w:rPr>
        <w:t xml:space="preserve"> </w:t>
      </w:r>
      <w:proofErr w:type="spellStart"/>
      <w:r w:rsidR="00D116AD">
        <w:rPr>
          <w:rFonts w:cs="Arial"/>
          <w:szCs w:val="24"/>
        </w:rPr>
        <w:t>Gestão</w:t>
      </w:r>
      <w:proofErr w:type="spellEnd"/>
      <w:r w:rsidR="00D116AD">
        <w:rPr>
          <w:rFonts w:cs="Arial"/>
          <w:szCs w:val="24"/>
        </w:rPr>
        <w:t xml:space="preserve"> </w:t>
      </w:r>
      <w:proofErr w:type="spellStart"/>
      <w:r w:rsidR="00D116AD">
        <w:rPr>
          <w:rFonts w:cs="Arial"/>
          <w:szCs w:val="24"/>
        </w:rPr>
        <w:t>socioambiental</w:t>
      </w:r>
      <w:proofErr w:type="spellEnd"/>
    </w:p>
    <w:p w14:paraId="369F8613" w14:textId="19003330" w:rsidR="00C72A84" w:rsidRDefault="00D116AD" w:rsidP="00D116AD">
      <w:pPr>
        <w:jc w:val="center"/>
        <w:rPr>
          <w:rFonts w:cs="Arial"/>
          <w:b/>
          <w:bCs/>
          <w:szCs w:val="24"/>
        </w:rPr>
      </w:pPr>
      <w:r w:rsidRPr="00D116AD">
        <w:rPr>
          <w:rFonts w:cs="Arial"/>
          <w:b/>
          <w:bCs/>
          <w:szCs w:val="24"/>
        </w:rPr>
        <w:t>ECONOMIA SOLIDÁRIA, ECONOMIA CIRCULAR E MOEDA SOCIAL: A MOEDA ECOGRANA</w:t>
      </w:r>
    </w:p>
    <w:p w14:paraId="4B556312" w14:textId="77777777" w:rsidR="00D116AD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>
        <w:rPr>
          <w:rFonts w:cs="Arial"/>
          <w:b/>
          <w:bCs/>
          <w:color w:val="000000" w:themeColor="text1"/>
          <w:szCs w:val="24"/>
        </w:rPr>
        <w:t>Resumo</w:t>
      </w:r>
    </w:p>
    <w:p w14:paraId="25C68CAC" w14:textId="77777777" w:rsidR="00D116AD" w:rsidRDefault="00D116AD" w:rsidP="00D116AD">
      <w:pPr>
        <w:tabs>
          <w:tab w:val="left" w:pos="1276"/>
        </w:tabs>
        <w:spacing w:after="0" w:line="240" w:lineRule="auto"/>
        <w:jc w:val="both"/>
        <w:rPr>
          <w:rFonts w:cs="Arial"/>
          <w:color w:val="000000" w:themeColor="text1"/>
          <w:szCs w:val="24"/>
        </w:rPr>
      </w:pPr>
      <w:r w:rsidRPr="005D6B79">
        <w:rPr>
          <w:rFonts w:cs="Arial"/>
          <w:color w:val="000000" w:themeColor="text1"/>
          <w:szCs w:val="24"/>
        </w:rPr>
        <w:t xml:space="preserve">No </w:t>
      </w:r>
      <w:proofErr w:type="spellStart"/>
      <w:r w:rsidRPr="005D6B79">
        <w:rPr>
          <w:rFonts w:cs="Arial"/>
          <w:color w:val="000000" w:themeColor="text1"/>
          <w:szCs w:val="24"/>
        </w:rPr>
        <w:t>contexto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5D6B79">
        <w:rPr>
          <w:rFonts w:cs="Arial"/>
          <w:color w:val="000000" w:themeColor="text1"/>
          <w:szCs w:val="24"/>
        </w:rPr>
        <w:t>crescentes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transformações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sociais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, </w:t>
      </w:r>
      <w:proofErr w:type="spellStart"/>
      <w:r w:rsidRPr="005D6B79">
        <w:rPr>
          <w:rFonts w:cs="Arial"/>
          <w:color w:val="000000" w:themeColor="text1"/>
          <w:szCs w:val="24"/>
        </w:rPr>
        <w:t>econômicas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5D6B79">
        <w:rPr>
          <w:rFonts w:cs="Arial"/>
          <w:color w:val="000000" w:themeColor="text1"/>
          <w:szCs w:val="24"/>
        </w:rPr>
        <w:t>ambientais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5D6B79">
        <w:rPr>
          <w:rFonts w:cs="Arial"/>
          <w:color w:val="000000" w:themeColor="text1"/>
          <w:szCs w:val="24"/>
        </w:rPr>
        <w:t>século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XXI, </w:t>
      </w:r>
      <w:proofErr w:type="spellStart"/>
      <w:r w:rsidRPr="005D6B79">
        <w:rPr>
          <w:rFonts w:cs="Arial"/>
          <w:color w:val="000000" w:themeColor="text1"/>
          <w:szCs w:val="24"/>
        </w:rPr>
        <w:t>torna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-se </w:t>
      </w:r>
      <w:proofErr w:type="spellStart"/>
      <w:r w:rsidRPr="005D6B79">
        <w:rPr>
          <w:rFonts w:cs="Arial"/>
          <w:color w:val="000000" w:themeColor="text1"/>
          <w:szCs w:val="24"/>
        </w:rPr>
        <w:t>essencial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repensar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modelos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5D6B79">
        <w:rPr>
          <w:rFonts w:cs="Arial"/>
          <w:color w:val="000000" w:themeColor="text1"/>
          <w:szCs w:val="24"/>
        </w:rPr>
        <w:t>desenvolvimento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capazes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de conciliar o </w:t>
      </w:r>
      <w:proofErr w:type="spellStart"/>
      <w:r w:rsidRPr="005D6B79">
        <w:rPr>
          <w:rFonts w:cs="Arial"/>
          <w:color w:val="000000" w:themeColor="text1"/>
          <w:szCs w:val="24"/>
        </w:rPr>
        <w:t>bem-estar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humano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com a </w:t>
      </w:r>
      <w:proofErr w:type="spellStart"/>
      <w:r w:rsidRPr="005D6B79">
        <w:rPr>
          <w:rFonts w:cs="Arial"/>
          <w:color w:val="000000" w:themeColor="text1"/>
          <w:szCs w:val="24"/>
        </w:rPr>
        <w:t>preservação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5D6B79">
        <w:rPr>
          <w:rFonts w:cs="Arial"/>
          <w:color w:val="000000" w:themeColor="text1"/>
          <w:szCs w:val="24"/>
        </w:rPr>
        <w:t>limites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planetários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. As </w:t>
      </w:r>
      <w:proofErr w:type="spellStart"/>
      <w:r w:rsidRPr="005D6B79">
        <w:rPr>
          <w:rFonts w:cs="Arial"/>
          <w:color w:val="000000" w:themeColor="text1"/>
          <w:szCs w:val="24"/>
        </w:rPr>
        <w:t>moedas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sociais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emergem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nesse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cenário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não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apenas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como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instrumentos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financeiros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alternativos, mas </w:t>
      </w:r>
      <w:proofErr w:type="spellStart"/>
      <w:r w:rsidRPr="005D6B79">
        <w:rPr>
          <w:rFonts w:cs="Arial"/>
          <w:color w:val="000000" w:themeColor="text1"/>
          <w:szCs w:val="24"/>
        </w:rPr>
        <w:t>como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mecanismos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5D6B79">
        <w:rPr>
          <w:rFonts w:cs="Arial"/>
          <w:color w:val="000000" w:themeColor="text1"/>
          <w:szCs w:val="24"/>
        </w:rPr>
        <w:t>fortalecimento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comunitário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, </w:t>
      </w:r>
      <w:proofErr w:type="spellStart"/>
      <w:r w:rsidRPr="005D6B79">
        <w:rPr>
          <w:rFonts w:cs="Arial"/>
          <w:color w:val="000000" w:themeColor="text1"/>
          <w:szCs w:val="24"/>
        </w:rPr>
        <w:t>capazes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5D6B79">
        <w:rPr>
          <w:rFonts w:cs="Arial"/>
          <w:color w:val="000000" w:themeColor="text1"/>
          <w:szCs w:val="24"/>
        </w:rPr>
        <w:t>dinamizar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economias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locais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, </w:t>
      </w:r>
      <w:proofErr w:type="spellStart"/>
      <w:r w:rsidRPr="005D6B79">
        <w:rPr>
          <w:rFonts w:cs="Arial"/>
          <w:color w:val="000000" w:themeColor="text1"/>
          <w:szCs w:val="24"/>
        </w:rPr>
        <w:t>reduzir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desigualdades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5D6B79">
        <w:rPr>
          <w:rFonts w:cs="Arial"/>
          <w:color w:val="000000" w:themeColor="text1"/>
          <w:szCs w:val="24"/>
        </w:rPr>
        <w:t>promover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práticas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alinhadas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aos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princípios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da Economia </w:t>
      </w:r>
      <w:proofErr w:type="spellStart"/>
      <w:r w:rsidRPr="005D6B79">
        <w:rPr>
          <w:rFonts w:cs="Arial"/>
          <w:color w:val="000000" w:themeColor="text1"/>
          <w:szCs w:val="24"/>
        </w:rPr>
        <w:t>Solidária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e da Economia Circular. O </w:t>
      </w:r>
      <w:proofErr w:type="spellStart"/>
      <w:r w:rsidRPr="005D6B79">
        <w:rPr>
          <w:rFonts w:cs="Arial"/>
          <w:color w:val="000000" w:themeColor="text1"/>
          <w:szCs w:val="24"/>
        </w:rPr>
        <w:t>objetivo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deste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artigo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5D6B79">
        <w:rPr>
          <w:rFonts w:cs="Arial"/>
          <w:color w:val="000000" w:themeColor="text1"/>
          <w:szCs w:val="24"/>
        </w:rPr>
        <w:t>analisar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5D6B79">
        <w:rPr>
          <w:rFonts w:cs="Arial"/>
          <w:color w:val="000000" w:themeColor="text1"/>
          <w:szCs w:val="24"/>
        </w:rPr>
        <w:t>trajetória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5D6B79">
        <w:rPr>
          <w:rFonts w:cs="Arial"/>
          <w:color w:val="000000" w:themeColor="text1"/>
          <w:szCs w:val="24"/>
        </w:rPr>
        <w:t>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potenciais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5D6B79">
        <w:rPr>
          <w:rFonts w:cs="Arial"/>
          <w:color w:val="000000" w:themeColor="text1"/>
          <w:szCs w:val="24"/>
        </w:rPr>
        <w:t>moedas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sociais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no </w:t>
      </w:r>
      <w:proofErr w:type="spellStart"/>
      <w:r w:rsidRPr="005D6B79">
        <w:rPr>
          <w:rFonts w:cs="Arial"/>
          <w:color w:val="000000" w:themeColor="text1"/>
          <w:szCs w:val="24"/>
        </w:rPr>
        <w:t>Brasil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, com </w:t>
      </w:r>
      <w:proofErr w:type="spellStart"/>
      <w:r w:rsidRPr="005D6B79">
        <w:rPr>
          <w:rFonts w:cs="Arial"/>
          <w:color w:val="000000" w:themeColor="text1"/>
          <w:szCs w:val="24"/>
        </w:rPr>
        <w:t>foco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5D6B79">
        <w:rPr>
          <w:rFonts w:cs="Arial"/>
          <w:color w:val="000000" w:themeColor="text1"/>
          <w:szCs w:val="24"/>
        </w:rPr>
        <w:t>caracterização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do Instituto </w:t>
      </w:r>
      <w:proofErr w:type="spellStart"/>
      <w:r w:rsidRPr="005D6B79">
        <w:rPr>
          <w:rFonts w:cs="Arial"/>
          <w:color w:val="000000" w:themeColor="text1"/>
          <w:szCs w:val="24"/>
        </w:rPr>
        <w:t>Arapoti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e da Moeda Social </w:t>
      </w:r>
      <w:proofErr w:type="spellStart"/>
      <w:r w:rsidRPr="005D6B79">
        <w:rPr>
          <w:rFonts w:cs="Arial"/>
          <w:color w:val="000000" w:themeColor="text1"/>
          <w:szCs w:val="24"/>
        </w:rPr>
        <w:t>Ecograna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. O </w:t>
      </w:r>
      <w:proofErr w:type="spellStart"/>
      <w:r w:rsidRPr="005D6B79">
        <w:rPr>
          <w:rFonts w:cs="Arial"/>
          <w:color w:val="000000" w:themeColor="text1"/>
          <w:szCs w:val="24"/>
        </w:rPr>
        <w:t>estudo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foi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conduzido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5D6B79">
        <w:rPr>
          <w:rFonts w:cs="Arial"/>
          <w:color w:val="000000" w:themeColor="text1"/>
          <w:szCs w:val="24"/>
        </w:rPr>
        <w:t>partir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5D6B79">
        <w:rPr>
          <w:rFonts w:cs="Arial"/>
          <w:color w:val="000000" w:themeColor="text1"/>
          <w:szCs w:val="24"/>
        </w:rPr>
        <w:t>uma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revisão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narrativa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5D6B79">
        <w:rPr>
          <w:rFonts w:cs="Arial"/>
          <w:color w:val="000000" w:themeColor="text1"/>
          <w:szCs w:val="24"/>
        </w:rPr>
        <w:t>literatura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, </w:t>
      </w:r>
      <w:proofErr w:type="spellStart"/>
      <w:r w:rsidRPr="005D6B79">
        <w:rPr>
          <w:rFonts w:cs="Arial"/>
          <w:color w:val="000000" w:themeColor="text1"/>
          <w:szCs w:val="24"/>
        </w:rPr>
        <w:t>complementada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pela </w:t>
      </w:r>
      <w:proofErr w:type="spellStart"/>
      <w:r w:rsidRPr="005D6B79">
        <w:rPr>
          <w:rFonts w:cs="Arial"/>
          <w:color w:val="000000" w:themeColor="text1"/>
          <w:szCs w:val="24"/>
        </w:rPr>
        <w:t>análise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5D6B79">
        <w:rPr>
          <w:rFonts w:cs="Arial"/>
          <w:color w:val="000000" w:themeColor="text1"/>
          <w:szCs w:val="24"/>
        </w:rPr>
        <w:t>documentos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disponíveis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na internet. </w:t>
      </w:r>
      <w:proofErr w:type="spellStart"/>
      <w:r w:rsidRPr="005D6B79">
        <w:rPr>
          <w:rFonts w:cs="Arial"/>
          <w:color w:val="000000" w:themeColor="text1"/>
          <w:szCs w:val="24"/>
        </w:rPr>
        <w:t>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resultados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indicam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5D6B79">
        <w:rPr>
          <w:rFonts w:cs="Arial"/>
          <w:color w:val="000000" w:themeColor="text1"/>
          <w:szCs w:val="24"/>
        </w:rPr>
        <w:t>moedas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sociais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, </w:t>
      </w:r>
      <w:proofErr w:type="spellStart"/>
      <w:r w:rsidRPr="005D6B79">
        <w:rPr>
          <w:rFonts w:cs="Arial"/>
          <w:color w:val="000000" w:themeColor="text1"/>
          <w:szCs w:val="24"/>
        </w:rPr>
        <w:t>como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5D6B79">
        <w:rPr>
          <w:rFonts w:cs="Arial"/>
          <w:color w:val="000000" w:themeColor="text1"/>
          <w:szCs w:val="24"/>
        </w:rPr>
        <w:t>Ecograna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, </w:t>
      </w:r>
      <w:proofErr w:type="spellStart"/>
      <w:r w:rsidRPr="005D6B79">
        <w:rPr>
          <w:rFonts w:cs="Arial"/>
          <w:color w:val="000000" w:themeColor="text1"/>
          <w:szCs w:val="24"/>
        </w:rPr>
        <w:t>ampliam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5D6B79">
        <w:rPr>
          <w:rFonts w:cs="Arial"/>
          <w:color w:val="000000" w:themeColor="text1"/>
          <w:szCs w:val="24"/>
        </w:rPr>
        <w:t>protagonismo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comunitário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ao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fomentar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redes </w:t>
      </w:r>
      <w:proofErr w:type="spellStart"/>
      <w:r w:rsidRPr="005D6B79">
        <w:rPr>
          <w:rFonts w:cs="Arial"/>
          <w:color w:val="000000" w:themeColor="text1"/>
          <w:szCs w:val="24"/>
        </w:rPr>
        <w:t>locais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5D6B79">
        <w:rPr>
          <w:rFonts w:cs="Arial"/>
          <w:color w:val="000000" w:themeColor="text1"/>
          <w:szCs w:val="24"/>
        </w:rPr>
        <w:t>produção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5D6B79">
        <w:rPr>
          <w:rFonts w:cs="Arial"/>
          <w:color w:val="000000" w:themeColor="text1"/>
          <w:szCs w:val="24"/>
        </w:rPr>
        <w:t>consumo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, </w:t>
      </w:r>
      <w:proofErr w:type="spellStart"/>
      <w:r w:rsidRPr="005D6B79">
        <w:rPr>
          <w:rFonts w:cs="Arial"/>
          <w:color w:val="000000" w:themeColor="text1"/>
          <w:szCs w:val="24"/>
        </w:rPr>
        <w:t>estimulando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5D6B79">
        <w:rPr>
          <w:rFonts w:cs="Arial"/>
          <w:color w:val="000000" w:themeColor="text1"/>
          <w:szCs w:val="24"/>
        </w:rPr>
        <w:t>circulação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5D6B79">
        <w:rPr>
          <w:rFonts w:cs="Arial"/>
          <w:color w:val="000000" w:themeColor="text1"/>
          <w:szCs w:val="24"/>
        </w:rPr>
        <w:t>riqueza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5D6B79">
        <w:rPr>
          <w:rFonts w:cs="Arial"/>
          <w:color w:val="000000" w:themeColor="text1"/>
          <w:szCs w:val="24"/>
        </w:rPr>
        <w:t>territórios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específicos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5D6B79">
        <w:rPr>
          <w:rFonts w:cs="Arial"/>
          <w:color w:val="000000" w:themeColor="text1"/>
          <w:szCs w:val="24"/>
        </w:rPr>
        <w:t>fortalecendo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práticas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sustentáveis. Como </w:t>
      </w:r>
      <w:proofErr w:type="spellStart"/>
      <w:r w:rsidRPr="005D6B79">
        <w:rPr>
          <w:rFonts w:cs="Arial"/>
          <w:color w:val="000000" w:themeColor="text1"/>
          <w:szCs w:val="24"/>
        </w:rPr>
        <w:t>contribuição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, o </w:t>
      </w:r>
      <w:proofErr w:type="spellStart"/>
      <w:r w:rsidRPr="005D6B79">
        <w:rPr>
          <w:rFonts w:cs="Arial"/>
          <w:color w:val="000000" w:themeColor="text1"/>
          <w:szCs w:val="24"/>
        </w:rPr>
        <w:t>trabalho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reforça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5D6B79">
        <w:rPr>
          <w:rFonts w:cs="Arial"/>
          <w:color w:val="000000" w:themeColor="text1"/>
          <w:szCs w:val="24"/>
        </w:rPr>
        <w:t>relevância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5D6B79">
        <w:rPr>
          <w:rFonts w:cs="Arial"/>
          <w:color w:val="000000" w:themeColor="text1"/>
          <w:szCs w:val="24"/>
        </w:rPr>
        <w:t>moedas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sociais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como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ferramentas de </w:t>
      </w:r>
      <w:proofErr w:type="spellStart"/>
      <w:r w:rsidRPr="005D6B79">
        <w:rPr>
          <w:rFonts w:cs="Arial"/>
          <w:color w:val="000000" w:themeColor="text1"/>
          <w:szCs w:val="24"/>
        </w:rPr>
        <w:t>inovação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socioeconômica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5D6B79">
        <w:rPr>
          <w:rFonts w:cs="Arial"/>
          <w:color w:val="000000" w:themeColor="text1"/>
          <w:szCs w:val="24"/>
        </w:rPr>
        <w:t>ambiental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, </w:t>
      </w:r>
      <w:proofErr w:type="spellStart"/>
      <w:r w:rsidRPr="005D6B79">
        <w:rPr>
          <w:rFonts w:cs="Arial"/>
          <w:color w:val="000000" w:themeColor="text1"/>
          <w:szCs w:val="24"/>
        </w:rPr>
        <w:t>bem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como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destaca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5D6B79">
        <w:rPr>
          <w:rFonts w:cs="Arial"/>
          <w:color w:val="000000" w:themeColor="text1"/>
          <w:szCs w:val="24"/>
        </w:rPr>
        <w:t>necessidade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5D6B79">
        <w:rPr>
          <w:rFonts w:cs="Arial"/>
          <w:color w:val="000000" w:themeColor="text1"/>
          <w:szCs w:val="24"/>
        </w:rPr>
        <w:t>estudos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empíricos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mais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aprofundados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5D6B79">
        <w:rPr>
          <w:rFonts w:cs="Arial"/>
          <w:color w:val="000000" w:themeColor="text1"/>
          <w:szCs w:val="24"/>
        </w:rPr>
        <w:t>mensurar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seus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impactos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5D6B79">
        <w:rPr>
          <w:rFonts w:cs="Arial"/>
          <w:color w:val="000000" w:themeColor="text1"/>
          <w:szCs w:val="24"/>
        </w:rPr>
        <w:t>orientar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políticas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públicas que </w:t>
      </w:r>
      <w:proofErr w:type="spellStart"/>
      <w:r w:rsidRPr="005D6B79">
        <w:rPr>
          <w:rFonts w:cs="Arial"/>
          <w:color w:val="000000" w:themeColor="text1"/>
          <w:szCs w:val="24"/>
        </w:rPr>
        <w:t>consolidem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tais </w:t>
      </w:r>
      <w:proofErr w:type="spellStart"/>
      <w:r w:rsidRPr="005D6B79">
        <w:rPr>
          <w:rFonts w:cs="Arial"/>
          <w:color w:val="000000" w:themeColor="text1"/>
          <w:szCs w:val="24"/>
        </w:rPr>
        <w:t>iniciativas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como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alternativas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viáveis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ao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paradigma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econômico</w:t>
      </w:r>
      <w:proofErr w:type="spellEnd"/>
      <w:r w:rsidRPr="005D6B79">
        <w:rPr>
          <w:rFonts w:cs="Arial"/>
          <w:color w:val="000000" w:themeColor="text1"/>
          <w:szCs w:val="24"/>
        </w:rPr>
        <w:t xml:space="preserve"> </w:t>
      </w:r>
      <w:proofErr w:type="spellStart"/>
      <w:r w:rsidRPr="005D6B79">
        <w:rPr>
          <w:rFonts w:cs="Arial"/>
          <w:color w:val="000000" w:themeColor="text1"/>
          <w:szCs w:val="24"/>
        </w:rPr>
        <w:t>dominante</w:t>
      </w:r>
      <w:proofErr w:type="spellEnd"/>
      <w:r w:rsidRPr="005D6B79">
        <w:rPr>
          <w:rFonts w:cs="Arial"/>
          <w:color w:val="000000" w:themeColor="text1"/>
          <w:szCs w:val="24"/>
        </w:rPr>
        <w:t>.</w:t>
      </w:r>
    </w:p>
    <w:p w14:paraId="4D0F61E0" w14:textId="77777777" w:rsidR="00D116AD" w:rsidRDefault="00D116AD" w:rsidP="00D116AD">
      <w:pPr>
        <w:tabs>
          <w:tab w:val="left" w:pos="1276"/>
        </w:tabs>
        <w:spacing w:after="0" w:line="240" w:lineRule="auto"/>
        <w:jc w:val="both"/>
        <w:rPr>
          <w:rFonts w:cs="Arial"/>
          <w:color w:val="000000" w:themeColor="text1"/>
          <w:szCs w:val="24"/>
        </w:rPr>
      </w:pPr>
    </w:p>
    <w:p w14:paraId="622A9B79" w14:textId="77777777" w:rsidR="00D116AD" w:rsidRDefault="00D116AD" w:rsidP="00D116AD">
      <w:pPr>
        <w:tabs>
          <w:tab w:val="left" w:pos="1276"/>
        </w:tabs>
        <w:spacing w:after="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5D6B79">
        <w:rPr>
          <w:rFonts w:cs="Arial"/>
          <w:b/>
          <w:bCs/>
          <w:color w:val="000000" w:themeColor="text1"/>
          <w:szCs w:val="24"/>
        </w:rPr>
        <w:t>Palavras-chave</w:t>
      </w:r>
      <w:r>
        <w:rPr>
          <w:rFonts w:cs="Arial"/>
          <w:color w:val="000000" w:themeColor="text1"/>
          <w:szCs w:val="24"/>
        </w:rPr>
        <w:t xml:space="preserve">: </w:t>
      </w:r>
      <w:proofErr w:type="spellStart"/>
      <w:r>
        <w:rPr>
          <w:rFonts w:cs="Arial"/>
          <w:color w:val="000000" w:themeColor="text1"/>
          <w:szCs w:val="24"/>
        </w:rPr>
        <w:t>Ecograna</w:t>
      </w:r>
      <w:proofErr w:type="spellEnd"/>
      <w:r>
        <w:rPr>
          <w:rFonts w:cs="Arial"/>
          <w:color w:val="000000" w:themeColor="text1"/>
          <w:szCs w:val="24"/>
        </w:rPr>
        <w:t xml:space="preserve">, </w:t>
      </w:r>
      <w:proofErr w:type="spellStart"/>
      <w:r>
        <w:rPr>
          <w:rFonts w:cs="Arial"/>
          <w:color w:val="000000" w:themeColor="text1"/>
          <w:szCs w:val="24"/>
        </w:rPr>
        <w:t>economia</w:t>
      </w:r>
      <w:proofErr w:type="spellEnd"/>
      <w:r>
        <w:rPr>
          <w:rFonts w:cs="Arial"/>
          <w:color w:val="000000" w:themeColor="text1"/>
          <w:szCs w:val="24"/>
        </w:rPr>
        <w:t xml:space="preserve"> circular, </w:t>
      </w:r>
      <w:proofErr w:type="spellStart"/>
      <w:r>
        <w:rPr>
          <w:rFonts w:cs="Arial"/>
          <w:color w:val="000000" w:themeColor="text1"/>
          <w:szCs w:val="24"/>
        </w:rPr>
        <w:t>economia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solidária</w:t>
      </w:r>
      <w:proofErr w:type="spellEnd"/>
      <w:r>
        <w:rPr>
          <w:rFonts w:cs="Arial"/>
          <w:color w:val="000000" w:themeColor="text1"/>
          <w:szCs w:val="24"/>
        </w:rPr>
        <w:t xml:space="preserve">, </w:t>
      </w:r>
      <w:proofErr w:type="spellStart"/>
      <w:r>
        <w:rPr>
          <w:rFonts w:cs="Arial"/>
          <w:color w:val="000000" w:themeColor="text1"/>
          <w:szCs w:val="24"/>
        </w:rPr>
        <w:t>moeda</w:t>
      </w:r>
      <w:proofErr w:type="spellEnd"/>
      <w:r>
        <w:rPr>
          <w:rFonts w:cs="Arial"/>
          <w:color w:val="000000" w:themeColor="text1"/>
          <w:szCs w:val="24"/>
        </w:rPr>
        <w:t xml:space="preserve"> social.</w:t>
      </w:r>
    </w:p>
    <w:p w14:paraId="179B6DA4" w14:textId="77777777" w:rsidR="00D116AD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14:paraId="40C9E9A5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 xml:space="preserve">1.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Introdução</w:t>
      </w:r>
      <w:proofErr w:type="spellEnd"/>
    </w:p>
    <w:p w14:paraId="1D153A35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No </w:t>
      </w:r>
      <w:proofErr w:type="spellStart"/>
      <w:r w:rsidRPr="004645B2">
        <w:rPr>
          <w:rFonts w:cs="Arial"/>
          <w:color w:val="000000" w:themeColor="text1"/>
          <w:szCs w:val="24"/>
        </w:rPr>
        <w:t>contexto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dinâmico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interconectado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4645B2">
        <w:rPr>
          <w:rFonts w:cs="Arial"/>
          <w:color w:val="000000" w:themeColor="text1"/>
          <w:szCs w:val="24"/>
        </w:rPr>
        <w:t>complexidades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século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XXI (Morin, 2000), a </w:t>
      </w:r>
      <w:proofErr w:type="spellStart"/>
      <w:r w:rsidRPr="004645B2">
        <w:rPr>
          <w:rFonts w:cs="Arial"/>
          <w:color w:val="000000" w:themeColor="text1"/>
          <w:szCs w:val="24"/>
        </w:rPr>
        <w:t>busca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modelo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integre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bem-estar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humano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dentro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limites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planeta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tornou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-se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prioridade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global (Raworth, 2017).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insustentabilidade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paradigma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econômico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convencional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pautado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pela </w:t>
      </w:r>
      <w:proofErr w:type="spellStart"/>
      <w:r w:rsidRPr="004645B2">
        <w:rPr>
          <w:rFonts w:cs="Arial"/>
          <w:color w:val="000000" w:themeColor="text1"/>
          <w:szCs w:val="24"/>
        </w:rPr>
        <w:t>exploração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desmedida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recursos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tendência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estrutural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à </w:t>
      </w:r>
      <w:proofErr w:type="spellStart"/>
      <w:r w:rsidRPr="004645B2">
        <w:rPr>
          <w:rFonts w:cs="Arial"/>
          <w:color w:val="000000" w:themeColor="text1"/>
          <w:szCs w:val="24"/>
        </w:rPr>
        <w:t>concentração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riqueza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(Piketty, 2014), </w:t>
      </w:r>
      <w:proofErr w:type="spellStart"/>
      <w:r w:rsidRPr="004645B2">
        <w:rPr>
          <w:rFonts w:cs="Arial"/>
          <w:color w:val="000000" w:themeColor="text1"/>
          <w:szCs w:val="24"/>
        </w:rPr>
        <w:t>impõe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comunidades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pesquisadores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formuladores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políticas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necessidade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explorar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validar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alternativas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fomentem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resiliência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autonomia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(Seyfang; Longhurst, 2013).</w:t>
      </w:r>
    </w:p>
    <w:p w14:paraId="5266BFDF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É </w:t>
      </w:r>
      <w:proofErr w:type="spellStart"/>
      <w:r w:rsidRPr="004645B2">
        <w:rPr>
          <w:rFonts w:cs="Arial"/>
          <w:color w:val="000000" w:themeColor="text1"/>
          <w:szCs w:val="24"/>
        </w:rPr>
        <w:t>nesse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contexto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entram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as </w:t>
      </w:r>
      <w:proofErr w:type="spellStart"/>
      <w:r w:rsidRPr="004645B2">
        <w:rPr>
          <w:rFonts w:cs="Arial"/>
          <w:color w:val="000000" w:themeColor="text1"/>
          <w:szCs w:val="24"/>
        </w:rPr>
        <w:t>moedas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apenas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inovação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financeira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mas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ferramenta </w:t>
      </w:r>
      <w:proofErr w:type="spellStart"/>
      <w:r w:rsidRPr="004645B2">
        <w:rPr>
          <w:rFonts w:cs="Arial"/>
          <w:color w:val="000000" w:themeColor="text1"/>
          <w:szCs w:val="24"/>
        </w:rPr>
        <w:t>poderosa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engenharia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socioeconômica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ambiental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Elas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capazes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reconfigurar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as </w:t>
      </w:r>
      <w:proofErr w:type="spellStart"/>
      <w:r w:rsidRPr="004645B2">
        <w:rPr>
          <w:rFonts w:cs="Arial"/>
          <w:color w:val="000000" w:themeColor="text1"/>
          <w:szCs w:val="24"/>
        </w:rPr>
        <w:t>dinâmicas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comunitárias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fortalecerem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circuitos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econômicos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e, </w:t>
      </w:r>
      <w:proofErr w:type="spellStart"/>
      <w:r w:rsidRPr="004645B2">
        <w:rPr>
          <w:rFonts w:cs="Arial"/>
          <w:color w:val="000000" w:themeColor="text1"/>
          <w:szCs w:val="24"/>
        </w:rPr>
        <w:t>quando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desenhadas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tal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promovem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justo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circular (</w:t>
      </w:r>
      <w:proofErr w:type="spellStart"/>
      <w:r w:rsidRPr="004645B2">
        <w:rPr>
          <w:rFonts w:cs="Arial"/>
          <w:color w:val="000000" w:themeColor="text1"/>
          <w:szCs w:val="24"/>
        </w:rPr>
        <w:t>Lietaer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; Kennedy, 2018). Este </w:t>
      </w:r>
      <w:proofErr w:type="spellStart"/>
      <w:r w:rsidRPr="004645B2">
        <w:rPr>
          <w:rFonts w:cs="Arial"/>
          <w:color w:val="000000" w:themeColor="text1"/>
          <w:szCs w:val="24"/>
        </w:rPr>
        <w:t>trabalho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situa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-se </w:t>
      </w:r>
      <w:proofErr w:type="spellStart"/>
      <w:r w:rsidRPr="004645B2">
        <w:rPr>
          <w:rFonts w:cs="Arial"/>
          <w:color w:val="000000" w:themeColor="text1"/>
          <w:szCs w:val="24"/>
        </w:rPr>
        <w:t>nesta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fronteira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conhecimento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</w:p>
    <w:p w14:paraId="4ADBA5D4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proofErr w:type="gramStart"/>
      <w:r w:rsidRPr="004645B2">
        <w:rPr>
          <w:rFonts w:cs="Arial"/>
          <w:color w:val="000000" w:themeColor="text1"/>
          <w:szCs w:val="24"/>
        </w:rPr>
        <w:lastRenderedPageBreak/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essência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dessas </w:t>
      </w:r>
      <w:proofErr w:type="spellStart"/>
      <w:r w:rsidRPr="004645B2">
        <w:rPr>
          <w:rFonts w:cs="Arial"/>
          <w:color w:val="000000" w:themeColor="text1"/>
          <w:szCs w:val="24"/>
        </w:rPr>
        <w:t>moedas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reside na </w:t>
      </w:r>
      <w:proofErr w:type="spellStart"/>
      <w:r w:rsidRPr="004645B2">
        <w:rPr>
          <w:rFonts w:cs="Arial"/>
          <w:color w:val="000000" w:themeColor="text1"/>
          <w:szCs w:val="24"/>
        </w:rPr>
        <w:t>dinamização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4645B2">
        <w:rPr>
          <w:rFonts w:cs="Arial"/>
          <w:color w:val="000000" w:themeColor="text1"/>
          <w:szCs w:val="24"/>
        </w:rPr>
        <w:t>economias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na </w:t>
      </w:r>
      <w:proofErr w:type="spellStart"/>
      <w:r w:rsidRPr="004645B2">
        <w:rPr>
          <w:rFonts w:cs="Arial"/>
          <w:color w:val="000000" w:themeColor="text1"/>
          <w:szCs w:val="24"/>
        </w:rPr>
        <w:t>valorização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comércio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na </w:t>
      </w:r>
      <w:proofErr w:type="spellStart"/>
      <w:r w:rsidRPr="004645B2">
        <w:rPr>
          <w:rFonts w:cs="Arial"/>
          <w:color w:val="000000" w:themeColor="text1"/>
          <w:szCs w:val="24"/>
        </w:rPr>
        <w:t>produção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pequena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escala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além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conferir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às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comunidades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capacidade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controlar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seus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próprios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fluxos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financeiros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Lietaer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; Kennedy, 2018). A </w:t>
      </w:r>
      <w:proofErr w:type="spellStart"/>
      <w:r w:rsidRPr="004645B2">
        <w:rPr>
          <w:rFonts w:cs="Arial"/>
          <w:color w:val="000000" w:themeColor="text1"/>
          <w:szCs w:val="24"/>
        </w:rPr>
        <w:t>trajetória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4645B2">
        <w:rPr>
          <w:rFonts w:cs="Arial"/>
          <w:color w:val="000000" w:themeColor="text1"/>
          <w:szCs w:val="24"/>
        </w:rPr>
        <w:t>moedas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no </w:t>
      </w:r>
      <w:proofErr w:type="spellStart"/>
      <w:r w:rsidRPr="004645B2">
        <w:rPr>
          <w:rFonts w:cs="Arial"/>
          <w:color w:val="000000" w:themeColor="text1"/>
          <w:szCs w:val="24"/>
        </w:rPr>
        <w:t>Brasil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ganhou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visibilidade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relação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surgimento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“Palmas” (um </w:t>
      </w:r>
      <w:proofErr w:type="spellStart"/>
      <w:r w:rsidRPr="004645B2">
        <w:rPr>
          <w:rFonts w:cs="Arial"/>
          <w:color w:val="000000" w:themeColor="text1"/>
          <w:szCs w:val="24"/>
        </w:rPr>
        <w:t>projeto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Banco Palmas, </w:t>
      </w:r>
      <w:proofErr w:type="spellStart"/>
      <w:r w:rsidRPr="004645B2">
        <w:rPr>
          <w:rFonts w:cs="Arial"/>
          <w:color w:val="000000" w:themeColor="text1"/>
          <w:szCs w:val="24"/>
        </w:rPr>
        <w:t>desenvolvido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Fortaleza em 1998), que </w:t>
      </w:r>
      <w:proofErr w:type="spellStart"/>
      <w:r w:rsidRPr="004645B2">
        <w:rPr>
          <w:rFonts w:cs="Arial"/>
          <w:color w:val="000000" w:themeColor="text1"/>
          <w:szCs w:val="24"/>
        </w:rPr>
        <w:t>mostrou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possibilidade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materialização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desses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instrumentos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surgiram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a </w:t>
      </w:r>
      <w:proofErr w:type="spellStart"/>
      <w:r w:rsidRPr="004645B2">
        <w:rPr>
          <w:rFonts w:cs="Arial"/>
          <w:color w:val="000000" w:themeColor="text1"/>
          <w:szCs w:val="24"/>
        </w:rPr>
        <w:t>transformação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realidade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comunidades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baixa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renda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(Magalhães, 2005).</w:t>
      </w:r>
    </w:p>
    <w:p w14:paraId="67758B5B" w14:textId="77777777" w:rsidR="00D116AD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Este </w:t>
      </w:r>
      <w:proofErr w:type="spellStart"/>
      <w:r w:rsidRPr="004645B2">
        <w:rPr>
          <w:rFonts w:cs="Arial"/>
          <w:color w:val="000000" w:themeColor="text1"/>
          <w:szCs w:val="24"/>
        </w:rPr>
        <w:t>trabalho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objetiva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apresentar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resultados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revisão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narrativa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literatura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sobre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sobre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moedas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Economia </w:t>
      </w:r>
      <w:proofErr w:type="spellStart"/>
      <w:r w:rsidRPr="004645B2">
        <w:rPr>
          <w:rFonts w:cs="Arial"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Economia Circular, </w:t>
      </w:r>
      <w:proofErr w:type="spellStart"/>
      <w:r w:rsidRPr="004645B2">
        <w:rPr>
          <w:rFonts w:cs="Arial"/>
          <w:color w:val="000000" w:themeColor="text1"/>
          <w:szCs w:val="24"/>
        </w:rPr>
        <w:t>bem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apresentar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caracterização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Instituto </w:t>
      </w:r>
      <w:proofErr w:type="spellStart"/>
      <w:r w:rsidRPr="004645B2">
        <w:rPr>
          <w:rFonts w:cs="Arial"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a Moeda Social </w:t>
      </w:r>
      <w:proofErr w:type="spellStart"/>
      <w:r w:rsidRPr="004645B2">
        <w:rPr>
          <w:rFonts w:cs="Arial"/>
          <w:color w:val="000000" w:themeColor="text1"/>
          <w:szCs w:val="24"/>
        </w:rPr>
        <w:t>Ecograna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baseada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princípios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economia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circular. A </w:t>
      </w:r>
      <w:proofErr w:type="spellStart"/>
      <w:r w:rsidRPr="004645B2">
        <w:rPr>
          <w:rFonts w:cs="Arial"/>
          <w:color w:val="000000" w:themeColor="text1"/>
          <w:szCs w:val="24"/>
        </w:rPr>
        <w:t>pesquisa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foi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realizada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base em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revisão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narrativa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literatura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análise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documentos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disponíveis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internet. </w:t>
      </w:r>
    </w:p>
    <w:p w14:paraId="23701DFE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</w:p>
    <w:p w14:paraId="1F3B5D63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 xml:space="preserve">2.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Revisão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literatura</w:t>
      </w:r>
      <w:proofErr w:type="spellEnd"/>
    </w:p>
    <w:p w14:paraId="437A56B6" w14:textId="77777777" w:rsidR="00D116AD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>2.1</w:t>
      </w:r>
      <w:r w:rsidRPr="004645B2">
        <w:rPr>
          <w:rFonts w:cs="Arial"/>
          <w:b/>
          <w:bCs/>
          <w:color w:val="000000" w:themeColor="text1"/>
          <w:szCs w:val="24"/>
        </w:rPr>
        <w:tab/>
        <w:t xml:space="preserve">Economia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(ECOSOL):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Fundamentos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uma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Proposta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Alternativa</w:t>
      </w:r>
    </w:p>
    <w:p w14:paraId="475D635A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14:paraId="64B9485D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A Economia </w:t>
      </w:r>
      <w:proofErr w:type="spellStart"/>
      <w:r w:rsidRPr="004645B2">
        <w:rPr>
          <w:rFonts w:cs="Arial"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(ECOSOL) é </w:t>
      </w:r>
      <w:proofErr w:type="spellStart"/>
      <w:r w:rsidRPr="004645B2">
        <w:rPr>
          <w:rFonts w:cs="Arial"/>
          <w:color w:val="000000" w:themeColor="text1"/>
          <w:szCs w:val="24"/>
        </w:rPr>
        <w:t>definida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seu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notório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teórico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Paul Singer (2002, p. 14),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“um modo de </w:t>
      </w:r>
      <w:proofErr w:type="spellStart"/>
      <w:r w:rsidRPr="004645B2">
        <w:rPr>
          <w:rFonts w:cs="Arial"/>
          <w:color w:val="000000" w:themeColor="text1"/>
          <w:szCs w:val="24"/>
        </w:rPr>
        <w:t>produção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cujos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princípios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básicos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propriedade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coletiva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associada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capital e o </w:t>
      </w:r>
      <w:proofErr w:type="spellStart"/>
      <w:r w:rsidRPr="004645B2">
        <w:rPr>
          <w:rFonts w:cs="Arial"/>
          <w:color w:val="000000" w:themeColor="text1"/>
          <w:szCs w:val="24"/>
        </w:rPr>
        <w:t>direito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à </w:t>
      </w:r>
      <w:proofErr w:type="spellStart"/>
      <w:r w:rsidRPr="004645B2">
        <w:rPr>
          <w:rFonts w:cs="Arial"/>
          <w:color w:val="000000" w:themeColor="text1"/>
          <w:szCs w:val="24"/>
        </w:rPr>
        <w:t>liberdade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individual.” Ela </w:t>
      </w:r>
      <w:proofErr w:type="spellStart"/>
      <w:r w:rsidRPr="004645B2">
        <w:rPr>
          <w:rFonts w:cs="Arial"/>
          <w:color w:val="000000" w:themeColor="text1"/>
          <w:szCs w:val="24"/>
        </w:rPr>
        <w:t>representa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tanto um campo </w:t>
      </w:r>
      <w:proofErr w:type="spellStart"/>
      <w:r w:rsidRPr="004645B2">
        <w:rPr>
          <w:rFonts w:cs="Arial"/>
          <w:color w:val="000000" w:themeColor="text1"/>
          <w:szCs w:val="24"/>
        </w:rPr>
        <w:t>teórico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quanto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movimento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que </w:t>
      </w:r>
      <w:proofErr w:type="spellStart"/>
      <w:r w:rsidRPr="004645B2">
        <w:rPr>
          <w:rFonts w:cs="Arial"/>
          <w:color w:val="000000" w:themeColor="text1"/>
          <w:szCs w:val="24"/>
        </w:rPr>
        <w:t>critica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lógica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fundamental do mercado </w:t>
      </w:r>
      <w:proofErr w:type="spellStart"/>
      <w:r w:rsidRPr="004645B2">
        <w:rPr>
          <w:rFonts w:cs="Arial"/>
          <w:color w:val="000000" w:themeColor="text1"/>
          <w:szCs w:val="24"/>
        </w:rPr>
        <w:t>capitalista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propõe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possibilidade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“</w:t>
      </w:r>
      <w:proofErr w:type="spellStart"/>
      <w:r w:rsidRPr="004645B2">
        <w:rPr>
          <w:rFonts w:cs="Arial"/>
          <w:color w:val="000000" w:themeColor="text1"/>
          <w:szCs w:val="24"/>
        </w:rPr>
        <w:t>economia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alternativa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 (Cattani, 2003). Mais </w:t>
      </w:r>
      <w:proofErr w:type="spellStart"/>
      <w:r w:rsidRPr="004645B2">
        <w:rPr>
          <w:rFonts w:cs="Arial"/>
          <w:color w:val="000000" w:themeColor="text1"/>
          <w:szCs w:val="24"/>
        </w:rPr>
        <w:t>próximo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presente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o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sindicatos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está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intimamente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relacionado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as </w:t>
      </w:r>
      <w:proofErr w:type="spellStart"/>
      <w:r w:rsidRPr="004645B2">
        <w:rPr>
          <w:rFonts w:cs="Arial"/>
          <w:color w:val="000000" w:themeColor="text1"/>
          <w:szCs w:val="24"/>
        </w:rPr>
        <w:t>reações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históricas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trabalhadores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choques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infligidos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eles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pela </w:t>
      </w:r>
      <w:proofErr w:type="spellStart"/>
      <w:r w:rsidRPr="004645B2">
        <w:rPr>
          <w:rFonts w:cs="Arial"/>
          <w:color w:val="000000" w:themeColor="text1"/>
          <w:szCs w:val="24"/>
        </w:rPr>
        <w:t>sociedade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século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XIX: a </w:t>
      </w:r>
      <w:proofErr w:type="spellStart"/>
      <w:r w:rsidRPr="004645B2">
        <w:rPr>
          <w:rFonts w:cs="Arial"/>
          <w:color w:val="000000" w:themeColor="text1"/>
          <w:szCs w:val="24"/>
        </w:rPr>
        <w:t>precarização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alienação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causada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exemplo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pela </w:t>
      </w:r>
      <w:proofErr w:type="spellStart"/>
      <w:r w:rsidRPr="004645B2">
        <w:rPr>
          <w:rFonts w:cs="Arial"/>
          <w:color w:val="000000" w:themeColor="text1"/>
          <w:szCs w:val="24"/>
        </w:rPr>
        <w:t>Revolução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Industrial (Singer, 200</w:t>
      </w:r>
      <w:r>
        <w:rPr>
          <w:rFonts w:cs="Arial"/>
          <w:color w:val="000000" w:themeColor="text1"/>
          <w:szCs w:val="24"/>
        </w:rPr>
        <w:t>2</w:t>
      </w:r>
      <w:r w:rsidRPr="004645B2">
        <w:rPr>
          <w:rFonts w:cs="Arial"/>
          <w:color w:val="000000" w:themeColor="text1"/>
          <w:szCs w:val="24"/>
        </w:rPr>
        <w:t xml:space="preserve">). Karl Polanyi (2000) </w:t>
      </w:r>
      <w:proofErr w:type="spellStart"/>
      <w:r w:rsidRPr="004645B2">
        <w:rPr>
          <w:rFonts w:cs="Arial"/>
          <w:color w:val="000000" w:themeColor="text1"/>
          <w:szCs w:val="24"/>
        </w:rPr>
        <w:t>experimentou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análise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revolucionária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foi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“</w:t>
      </w:r>
      <w:proofErr w:type="spellStart"/>
      <w:r w:rsidRPr="004645B2">
        <w:rPr>
          <w:rFonts w:cs="Arial"/>
          <w:color w:val="000000" w:themeColor="text1"/>
          <w:szCs w:val="24"/>
        </w:rPr>
        <w:t>desencaixe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 da </w:t>
      </w:r>
      <w:proofErr w:type="spellStart"/>
      <w:r w:rsidRPr="004645B2">
        <w:rPr>
          <w:rFonts w:cs="Arial"/>
          <w:color w:val="000000" w:themeColor="text1"/>
          <w:szCs w:val="24"/>
        </w:rPr>
        <w:t>economia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abstração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vida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e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autorregulação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fora da </w:t>
      </w:r>
      <w:proofErr w:type="spellStart"/>
      <w:r w:rsidRPr="004645B2">
        <w:rPr>
          <w:rFonts w:cs="Arial"/>
          <w:color w:val="000000" w:themeColor="text1"/>
          <w:szCs w:val="24"/>
        </w:rPr>
        <w:t>vida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social, que </w:t>
      </w:r>
      <w:proofErr w:type="spellStart"/>
      <w:r w:rsidRPr="004645B2">
        <w:rPr>
          <w:rFonts w:cs="Arial"/>
          <w:color w:val="000000" w:themeColor="text1"/>
          <w:szCs w:val="24"/>
        </w:rPr>
        <w:t>transformaram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trabalho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a </w:t>
      </w:r>
      <w:proofErr w:type="spellStart"/>
      <w:r w:rsidRPr="004645B2">
        <w:rPr>
          <w:rFonts w:cs="Arial"/>
          <w:color w:val="000000" w:themeColor="text1"/>
          <w:szCs w:val="24"/>
        </w:rPr>
        <w:t>natureza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mercadorias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ECOSOL, </w:t>
      </w:r>
      <w:proofErr w:type="spellStart"/>
      <w:r w:rsidRPr="004645B2">
        <w:rPr>
          <w:rFonts w:cs="Arial"/>
          <w:color w:val="000000" w:themeColor="text1"/>
          <w:szCs w:val="24"/>
        </w:rPr>
        <w:t>portanto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é um </w:t>
      </w:r>
      <w:proofErr w:type="spellStart"/>
      <w:r w:rsidRPr="004645B2">
        <w:rPr>
          <w:rFonts w:cs="Arial"/>
          <w:color w:val="000000" w:themeColor="text1"/>
          <w:szCs w:val="24"/>
        </w:rPr>
        <w:t>projeto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“</w:t>
      </w:r>
      <w:proofErr w:type="spellStart"/>
      <w:r w:rsidRPr="004645B2">
        <w:rPr>
          <w:rFonts w:cs="Arial"/>
          <w:color w:val="000000" w:themeColor="text1"/>
          <w:szCs w:val="24"/>
        </w:rPr>
        <w:t>reencaixe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”, </w:t>
      </w:r>
      <w:proofErr w:type="spellStart"/>
      <w:r w:rsidRPr="004645B2">
        <w:rPr>
          <w:rFonts w:cs="Arial"/>
          <w:color w:val="000000" w:themeColor="text1"/>
          <w:szCs w:val="24"/>
        </w:rPr>
        <w:t>localizando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-se </w:t>
      </w:r>
      <w:proofErr w:type="spellStart"/>
      <w:r w:rsidRPr="004645B2">
        <w:rPr>
          <w:rFonts w:cs="Arial"/>
          <w:color w:val="000000" w:themeColor="text1"/>
          <w:szCs w:val="24"/>
        </w:rPr>
        <w:t>dentro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um </w:t>
      </w:r>
      <w:proofErr w:type="spellStart"/>
      <w:r w:rsidRPr="004645B2">
        <w:rPr>
          <w:rFonts w:cs="Arial"/>
          <w:color w:val="000000" w:themeColor="text1"/>
          <w:szCs w:val="24"/>
        </w:rPr>
        <w:t>esforço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geral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colocar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econômica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</w:t>
      </w:r>
      <w:proofErr w:type="spellStart"/>
      <w:r w:rsidRPr="004645B2">
        <w:rPr>
          <w:rFonts w:cs="Arial"/>
          <w:color w:val="000000" w:themeColor="text1"/>
          <w:szCs w:val="24"/>
        </w:rPr>
        <w:t>significados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morais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ambientais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3319FB5E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Ao </w:t>
      </w:r>
      <w:proofErr w:type="spellStart"/>
      <w:r w:rsidRPr="004645B2">
        <w:rPr>
          <w:rFonts w:cs="Arial"/>
          <w:color w:val="000000" w:themeColor="text1"/>
          <w:szCs w:val="24"/>
        </w:rPr>
        <w:t>contrário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modelo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dominante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é </w:t>
      </w:r>
      <w:proofErr w:type="spellStart"/>
      <w:r w:rsidRPr="004645B2">
        <w:rPr>
          <w:rFonts w:cs="Arial"/>
          <w:color w:val="000000" w:themeColor="text1"/>
          <w:szCs w:val="24"/>
        </w:rPr>
        <w:t>caracterizado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teoricamente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termos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competição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acúmulo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ECOSOL é </w:t>
      </w:r>
      <w:proofErr w:type="spellStart"/>
      <w:r w:rsidRPr="004645B2">
        <w:rPr>
          <w:rFonts w:cs="Arial"/>
          <w:color w:val="000000" w:themeColor="text1"/>
          <w:szCs w:val="24"/>
        </w:rPr>
        <w:t>organizada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torno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princípios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auto </w:t>
      </w:r>
      <w:proofErr w:type="spellStart"/>
      <w:r w:rsidRPr="004645B2">
        <w:rPr>
          <w:rFonts w:cs="Arial"/>
          <w:color w:val="000000" w:themeColor="text1"/>
          <w:szCs w:val="24"/>
        </w:rPr>
        <w:t>reforçadores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mutuamente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relacionados</w:t>
      </w:r>
      <w:proofErr w:type="spellEnd"/>
      <w:r w:rsidRPr="004645B2">
        <w:rPr>
          <w:rFonts w:cs="Arial"/>
          <w:color w:val="000000" w:themeColor="text1"/>
          <w:szCs w:val="24"/>
        </w:rPr>
        <w:t>:</w:t>
      </w:r>
    </w:p>
    <w:p w14:paraId="06CD07FD" w14:textId="77777777" w:rsidR="00D116AD" w:rsidRPr="004645B2" w:rsidRDefault="00D116AD" w:rsidP="00D116AD">
      <w:pPr>
        <w:pStyle w:val="PargrafodaLista"/>
        <w:numPr>
          <w:ilvl w:val="0"/>
          <w:numId w:val="15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Cooperação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Solidariedade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: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orientação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concorrência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substituída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pela </w:t>
      </w:r>
      <w:proofErr w:type="spellStart"/>
      <w:r w:rsidRPr="004645B2">
        <w:rPr>
          <w:rFonts w:cs="Arial"/>
          <w:color w:val="000000" w:themeColor="text1"/>
          <w:szCs w:val="24"/>
        </w:rPr>
        <w:t>colaboração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as </w:t>
      </w:r>
      <w:proofErr w:type="spellStart"/>
      <w:r w:rsidRPr="004645B2">
        <w:rPr>
          <w:rFonts w:cs="Arial"/>
          <w:color w:val="000000" w:themeColor="text1"/>
          <w:szCs w:val="24"/>
        </w:rPr>
        <w:t>relações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sistêmicas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ajuda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mútua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redes </w:t>
      </w:r>
      <w:proofErr w:type="spellStart"/>
      <w:r w:rsidRPr="004645B2">
        <w:rPr>
          <w:rFonts w:cs="Arial"/>
          <w:color w:val="000000" w:themeColor="text1"/>
          <w:szCs w:val="24"/>
        </w:rPr>
        <w:t>comunitárias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reforçadas</w:t>
      </w:r>
      <w:proofErr w:type="spellEnd"/>
      <w:r w:rsidRPr="004645B2">
        <w:rPr>
          <w:rFonts w:cs="Arial"/>
          <w:color w:val="000000" w:themeColor="text1"/>
          <w:szCs w:val="24"/>
        </w:rPr>
        <w:t>;</w:t>
      </w:r>
    </w:p>
    <w:p w14:paraId="02B8294A" w14:textId="77777777" w:rsidR="00D116AD" w:rsidRPr="004645B2" w:rsidRDefault="00D116AD" w:rsidP="00D116AD">
      <w:pPr>
        <w:pStyle w:val="PargrafodaLista"/>
        <w:numPr>
          <w:ilvl w:val="0"/>
          <w:numId w:val="15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Autogestão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: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trabalhadores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possuem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controle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conjunto dos </w:t>
      </w:r>
      <w:proofErr w:type="spellStart"/>
      <w:r w:rsidRPr="004645B2">
        <w:rPr>
          <w:rFonts w:cs="Arial"/>
          <w:color w:val="000000" w:themeColor="text1"/>
          <w:szCs w:val="24"/>
        </w:rPr>
        <w:t>meios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produção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parceiros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decisões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eliminando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assim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diferença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entre o </w:t>
      </w:r>
      <w:proofErr w:type="spellStart"/>
      <w:r w:rsidRPr="004645B2">
        <w:rPr>
          <w:rFonts w:cs="Arial"/>
          <w:color w:val="000000" w:themeColor="text1"/>
          <w:szCs w:val="24"/>
        </w:rPr>
        <w:t>capitalista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o </w:t>
      </w:r>
      <w:proofErr w:type="spellStart"/>
      <w:r w:rsidRPr="004645B2">
        <w:rPr>
          <w:rFonts w:cs="Arial"/>
          <w:color w:val="000000" w:themeColor="text1"/>
          <w:szCs w:val="24"/>
        </w:rPr>
        <w:t>trabalhador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(Singer, 2002);</w:t>
      </w:r>
    </w:p>
    <w:p w14:paraId="6E14AE15" w14:textId="77777777" w:rsidR="00D116AD" w:rsidRPr="004645B2" w:rsidRDefault="00D116AD" w:rsidP="00D116AD">
      <w:pPr>
        <w:pStyle w:val="PargrafodaLista"/>
        <w:numPr>
          <w:ilvl w:val="0"/>
          <w:numId w:val="15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Sustentabilidade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e Foco Territorial</w:t>
      </w:r>
      <w:r w:rsidRPr="004645B2">
        <w:rPr>
          <w:rFonts w:cs="Arial"/>
          <w:color w:val="000000" w:themeColor="text1"/>
          <w:szCs w:val="24"/>
        </w:rPr>
        <w:t xml:space="preserve">: As </w:t>
      </w:r>
      <w:proofErr w:type="spellStart"/>
      <w:r w:rsidRPr="004645B2">
        <w:rPr>
          <w:rFonts w:cs="Arial"/>
          <w:color w:val="000000" w:themeColor="text1"/>
          <w:szCs w:val="24"/>
        </w:rPr>
        <w:t>iniciativas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buscam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sustentabilidade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econômica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longo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prazo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mas de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forma </w:t>
      </w:r>
      <w:proofErr w:type="spellStart"/>
      <w:r w:rsidRPr="004645B2">
        <w:rPr>
          <w:rFonts w:cs="Arial"/>
          <w:color w:val="000000" w:themeColor="text1"/>
          <w:szCs w:val="24"/>
        </w:rPr>
        <w:t>integrada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r w:rsidRPr="004645B2">
        <w:rPr>
          <w:rFonts w:cs="Arial"/>
          <w:color w:val="000000" w:themeColor="text1"/>
          <w:szCs w:val="24"/>
        </w:rPr>
        <w:lastRenderedPageBreak/>
        <w:t xml:space="preserve">na </w:t>
      </w:r>
      <w:proofErr w:type="spellStart"/>
      <w:r w:rsidRPr="004645B2">
        <w:rPr>
          <w:rFonts w:cs="Arial"/>
          <w:color w:val="000000" w:themeColor="text1"/>
          <w:szCs w:val="24"/>
        </w:rPr>
        <w:t>sustentabilidade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e </w:t>
      </w:r>
      <w:proofErr w:type="spellStart"/>
      <w:r w:rsidRPr="004645B2">
        <w:rPr>
          <w:rFonts w:cs="Arial"/>
          <w:color w:val="000000" w:themeColor="text1"/>
          <w:szCs w:val="24"/>
        </w:rPr>
        <w:t>ecológica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território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que </w:t>
      </w:r>
      <w:proofErr w:type="spellStart"/>
      <w:r w:rsidRPr="004645B2">
        <w:rPr>
          <w:rFonts w:cs="Arial"/>
          <w:color w:val="000000" w:themeColor="text1"/>
          <w:szCs w:val="24"/>
        </w:rPr>
        <w:t>estão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localizados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(Gaiger, 2004).</w:t>
      </w:r>
    </w:p>
    <w:p w14:paraId="2A67504C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No </w:t>
      </w:r>
      <w:proofErr w:type="spellStart"/>
      <w:r w:rsidRPr="004645B2">
        <w:rPr>
          <w:rFonts w:cs="Arial"/>
          <w:color w:val="000000" w:themeColor="text1"/>
          <w:szCs w:val="24"/>
        </w:rPr>
        <w:t>Brasil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ECOSOL </w:t>
      </w:r>
      <w:proofErr w:type="spellStart"/>
      <w:r w:rsidRPr="004645B2">
        <w:rPr>
          <w:rFonts w:cs="Arial"/>
          <w:color w:val="000000" w:themeColor="text1"/>
          <w:szCs w:val="24"/>
        </w:rPr>
        <w:t>ganhou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força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décadas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1980 e 1990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resposta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desemprego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consolidando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-se </w:t>
      </w:r>
      <w:proofErr w:type="spellStart"/>
      <w:r w:rsidRPr="004645B2">
        <w:rPr>
          <w:rFonts w:cs="Arial"/>
          <w:color w:val="000000" w:themeColor="text1"/>
          <w:szCs w:val="24"/>
        </w:rPr>
        <w:t>institucionalmente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a </w:t>
      </w:r>
      <w:proofErr w:type="spellStart"/>
      <w:r w:rsidRPr="004645B2">
        <w:rPr>
          <w:rFonts w:cs="Arial"/>
          <w:color w:val="000000" w:themeColor="text1"/>
          <w:szCs w:val="24"/>
        </w:rPr>
        <w:t>criação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Secretaria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Nacional de Economia </w:t>
      </w:r>
      <w:proofErr w:type="spellStart"/>
      <w:r w:rsidRPr="004645B2">
        <w:rPr>
          <w:rFonts w:cs="Arial"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(SENAES) em 2003. O </w:t>
      </w:r>
      <w:proofErr w:type="spellStart"/>
      <w:r w:rsidRPr="004645B2">
        <w:rPr>
          <w:rFonts w:cs="Arial"/>
          <w:color w:val="000000" w:themeColor="text1"/>
          <w:szCs w:val="24"/>
        </w:rPr>
        <w:t>ecossistema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brasileiro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vasto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apoiado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rede de </w:t>
      </w:r>
      <w:proofErr w:type="spellStart"/>
      <w:r w:rsidRPr="004645B2">
        <w:rPr>
          <w:rFonts w:cs="Arial"/>
          <w:color w:val="000000" w:themeColor="text1"/>
          <w:szCs w:val="24"/>
        </w:rPr>
        <w:t>universidades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incubadoras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ONGs que </w:t>
      </w:r>
      <w:proofErr w:type="spellStart"/>
      <w:r w:rsidRPr="004645B2">
        <w:rPr>
          <w:rFonts w:cs="Arial"/>
          <w:color w:val="000000" w:themeColor="text1"/>
          <w:szCs w:val="24"/>
        </w:rPr>
        <w:t>fomentam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justo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sustentável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(França Filho; Laville, 2004).</w:t>
      </w:r>
    </w:p>
    <w:p w14:paraId="588036F8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>2.1.1</w:t>
      </w:r>
      <w:r w:rsidRPr="004645B2">
        <w:rPr>
          <w:rFonts w:cs="Arial"/>
          <w:b/>
          <w:bCs/>
          <w:color w:val="000000" w:themeColor="text1"/>
          <w:szCs w:val="24"/>
        </w:rPr>
        <w:tab/>
        <w:t xml:space="preserve">O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Ecossistema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da Economia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no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Brasil</w:t>
      </w:r>
      <w:proofErr w:type="spellEnd"/>
    </w:p>
    <w:p w14:paraId="49C9AD3F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No </w:t>
      </w:r>
      <w:proofErr w:type="spellStart"/>
      <w:r w:rsidRPr="004645B2">
        <w:rPr>
          <w:rFonts w:cs="Arial"/>
          <w:color w:val="000000" w:themeColor="text1"/>
          <w:szCs w:val="24"/>
        </w:rPr>
        <w:t>Brasil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o ECOSOL </w:t>
      </w:r>
      <w:proofErr w:type="spellStart"/>
      <w:r w:rsidRPr="004645B2">
        <w:rPr>
          <w:rFonts w:cs="Arial"/>
          <w:color w:val="000000" w:themeColor="text1"/>
          <w:szCs w:val="24"/>
        </w:rPr>
        <w:t>surgiu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resultado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4645B2">
        <w:rPr>
          <w:rFonts w:cs="Arial"/>
          <w:color w:val="000000" w:themeColor="text1"/>
          <w:szCs w:val="24"/>
        </w:rPr>
        <w:t>lutas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4645B2">
        <w:rPr>
          <w:rFonts w:cs="Arial"/>
          <w:color w:val="000000" w:themeColor="text1"/>
          <w:szCs w:val="24"/>
        </w:rPr>
        <w:t>décadas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1980 e 1990, e </w:t>
      </w:r>
      <w:proofErr w:type="spellStart"/>
      <w:r w:rsidRPr="004645B2">
        <w:rPr>
          <w:rFonts w:cs="Arial"/>
          <w:color w:val="000000" w:themeColor="text1"/>
          <w:szCs w:val="24"/>
        </w:rPr>
        <w:t>fortaleceu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visibilidade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resposta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desemprego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estrutural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à </w:t>
      </w:r>
      <w:proofErr w:type="spellStart"/>
      <w:r w:rsidRPr="004645B2">
        <w:rPr>
          <w:rFonts w:cs="Arial"/>
          <w:color w:val="000000" w:themeColor="text1"/>
          <w:szCs w:val="24"/>
        </w:rPr>
        <w:t>exclusão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O </w:t>
      </w:r>
      <w:proofErr w:type="spellStart"/>
      <w:r w:rsidRPr="004645B2">
        <w:rPr>
          <w:rFonts w:cs="Arial"/>
          <w:color w:val="000000" w:themeColor="text1"/>
          <w:szCs w:val="24"/>
        </w:rPr>
        <w:t>movimento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alcançou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marca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institucional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2003 com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instituição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Secretaria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Nacional de Economia </w:t>
      </w:r>
      <w:proofErr w:type="spellStart"/>
      <w:r w:rsidRPr="004645B2">
        <w:rPr>
          <w:rFonts w:cs="Arial"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(SENAES), um </w:t>
      </w:r>
      <w:proofErr w:type="spellStart"/>
      <w:r w:rsidRPr="004645B2">
        <w:rPr>
          <w:rFonts w:cs="Arial"/>
          <w:color w:val="000000" w:themeColor="text1"/>
          <w:szCs w:val="24"/>
        </w:rPr>
        <w:t>órgão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essencial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articulação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eficaz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políticas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públicas </w:t>
      </w:r>
      <w:proofErr w:type="spellStart"/>
      <w:r w:rsidRPr="004645B2">
        <w:rPr>
          <w:rFonts w:cs="Arial"/>
          <w:color w:val="000000" w:themeColor="text1"/>
          <w:szCs w:val="24"/>
        </w:rPr>
        <w:t>externas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à </w:t>
      </w:r>
      <w:proofErr w:type="spellStart"/>
      <w:r w:rsidRPr="004645B2">
        <w:rPr>
          <w:rFonts w:cs="Arial"/>
          <w:color w:val="000000" w:themeColor="text1"/>
          <w:szCs w:val="24"/>
        </w:rPr>
        <w:t>promoção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crédito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mapeamento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setor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(Singer, 2004; Silva, 2018). </w:t>
      </w:r>
      <w:proofErr w:type="spellStart"/>
      <w:r w:rsidRPr="004645B2">
        <w:rPr>
          <w:rFonts w:cs="Arial"/>
          <w:color w:val="000000" w:themeColor="text1"/>
          <w:szCs w:val="24"/>
        </w:rPr>
        <w:t>Instrumentos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Sistema de </w:t>
      </w:r>
      <w:proofErr w:type="spellStart"/>
      <w:r w:rsidRPr="004645B2">
        <w:rPr>
          <w:rFonts w:cs="Arial"/>
          <w:color w:val="000000" w:themeColor="text1"/>
          <w:szCs w:val="24"/>
        </w:rPr>
        <w:t>Informação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Economia </w:t>
      </w:r>
      <w:proofErr w:type="spellStart"/>
      <w:r w:rsidRPr="004645B2">
        <w:rPr>
          <w:rFonts w:cs="Arial"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(SIES) </w:t>
      </w:r>
      <w:proofErr w:type="spellStart"/>
      <w:r w:rsidRPr="004645B2">
        <w:rPr>
          <w:rFonts w:cs="Arial"/>
          <w:color w:val="000000" w:themeColor="text1"/>
          <w:szCs w:val="24"/>
        </w:rPr>
        <w:t>foram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essenciais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dar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visibilidade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à </w:t>
      </w:r>
      <w:proofErr w:type="spellStart"/>
      <w:r w:rsidRPr="004645B2">
        <w:rPr>
          <w:rFonts w:cs="Arial"/>
          <w:color w:val="000000" w:themeColor="text1"/>
          <w:szCs w:val="24"/>
        </w:rPr>
        <w:t>dimensão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robustez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setor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pois </w:t>
      </w:r>
      <w:proofErr w:type="spellStart"/>
      <w:r w:rsidRPr="004645B2">
        <w:rPr>
          <w:rFonts w:cs="Arial"/>
          <w:color w:val="000000" w:themeColor="text1"/>
          <w:szCs w:val="24"/>
        </w:rPr>
        <w:t>já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2013 </w:t>
      </w:r>
      <w:proofErr w:type="spellStart"/>
      <w:r w:rsidRPr="004645B2">
        <w:rPr>
          <w:rFonts w:cs="Arial"/>
          <w:color w:val="000000" w:themeColor="text1"/>
          <w:szCs w:val="24"/>
        </w:rPr>
        <w:t>havia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33 mil </w:t>
      </w:r>
      <w:proofErr w:type="spellStart"/>
      <w:r w:rsidRPr="004645B2">
        <w:rPr>
          <w:rFonts w:cs="Arial"/>
          <w:color w:val="000000" w:themeColor="text1"/>
          <w:szCs w:val="24"/>
        </w:rPr>
        <w:t>Empreendimentos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Econômicos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Solidários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(EES) </w:t>
      </w:r>
      <w:proofErr w:type="spellStart"/>
      <w:r w:rsidRPr="004645B2">
        <w:rPr>
          <w:rFonts w:cs="Arial"/>
          <w:color w:val="000000" w:themeColor="text1"/>
          <w:szCs w:val="24"/>
        </w:rPr>
        <w:t>registrados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todo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país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Senaes</w:t>
      </w:r>
      <w:proofErr w:type="spellEnd"/>
      <w:r w:rsidRPr="004645B2">
        <w:rPr>
          <w:rFonts w:cs="Arial"/>
          <w:color w:val="000000" w:themeColor="text1"/>
          <w:szCs w:val="24"/>
        </w:rPr>
        <w:t>, 2013).</w:t>
      </w:r>
    </w:p>
    <w:p w14:paraId="59082BF7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Este </w:t>
      </w:r>
      <w:proofErr w:type="spellStart"/>
      <w:r w:rsidRPr="004645B2">
        <w:rPr>
          <w:rFonts w:cs="Arial"/>
          <w:color w:val="000000" w:themeColor="text1"/>
          <w:szCs w:val="24"/>
        </w:rPr>
        <w:t>ambiente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sustentado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apenas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empresas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poder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público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mas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vasta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rede de </w:t>
      </w:r>
      <w:proofErr w:type="spellStart"/>
      <w:r w:rsidRPr="004645B2">
        <w:rPr>
          <w:rFonts w:cs="Arial"/>
          <w:color w:val="000000" w:themeColor="text1"/>
          <w:szCs w:val="24"/>
        </w:rPr>
        <w:t>apoio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incluindo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universidades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centros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incubação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tecnológica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organizações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governamentais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capacitação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consultoria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pesquisa</w:t>
      </w:r>
      <w:proofErr w:type="spellEnd"/>
      <w:r w:rsidRPr="004645B2">
        <w:rPr>
          <w:rFonts w:cs="Arial"/>
          <w:color w:val="000000" w:themeColor="text1"/>
          <w:szCs w:val="24"/>
        </w:rPr>
        <w:t>) (França Filho; Laville, 2004).</w:t>
      </w:r>
    </w:p>
    <w:p w14:paraId="298B9A05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</w:p>
    <w:p w14:paraId="6BA06BE2" w14:textId="77777777" w:rsidR="00D116AD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>2.1.2</w:t>
      </w:r>
      <w:r w:rsidRPr="004645B2">
        <w:rPr>
          <w:rFonts w:cs="Arial"/>
          <w:b/>
          <w:bCs/>
          <w:color w:val="000000" w:themeColor="text1"/>
          <w:szCs w:val="24"/>
        </w:rPr>
        <w:tab/>
        <w:t xml:space="preserve">A ECOSOL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Plataforma para um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Justo 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Sustentável</w:t>
      </w:r>
      <w:proofErr w:type="spellEnd"/>
    </w:p>
    <w:p w14:paraId="0457B48B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14:paraId="33B5DA4A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A Economia </w:t>
      </w:r>
      <w:proofErr w:type="spellStart"/>
      <w:r w:rsidRPr="004645B2">
        <w:rPr>
          <w:rFonts w:cs="Arial"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ultrapassa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conceito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um </w:t>
      </w:r>
      <w:proofErr w:type="spellStart"/>
      <w:r w:rsidRPr="004645B2">
        <w:rPr>
          <w:rFonts w:cs="Arial"/>
          <w:color w:val="000000" w:themeColor="text1"/>
          <w:szCs w:val="24"/>
        </w:rPr>
        <w:t>mero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nicho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mercado. É um </w:t>
      </w:r>
      <w:proofErr w:type="spellStart"/>
      <w:r w:rsidRPr="004645B2">
        <w:rPr>
          <w:rFonts w:cs="Arial"/>
          <w:color w:val="000000" w:themeColor="text1"/>
          <w:szCs w:val="24"/>
        </w:rPr>
        <w:t>movimento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político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social </w:t>
      </w:r>
      <w:proofErr w:type="spellStart"/>
      <w:r w:rsidRPr="004645B2">
        <w:rPr>
          <w:rFonts w:cs="Arial"/>
          <w:color w:val="000000" w:themeColor="text1"/>
          <w:szCs w:val="24"/>
        </w:rPr>
        <w:t>abrangente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tenta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promover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ordem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equitativa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sustentável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(Coraggio, 2011). Ao </w:t>
      </w:r>
      <w:proofErr w:type="spellStart"/>
      <w:r w:rsidRPr="004645B2">
        <w:rPr>
          <w:rFonts w:cs="Arial"/>
          <w:color w:val="000000" w:themeColor="text1"/>
          <w:szCs w:val="24"/>
        </w:rPr>
        <w:t>colocar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conhecimento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local no </w:t>
      </w:r>
      <w:proofErr w:type="spellStart"/>
      <w:r w:rsidRPr="004645B2">
        <w:rPr>
          <w:rFonts w:cs="Arial"/>
          <w:color w:val="000000" w:themeColor="text1"/>
          <w:szCs w:val="24"/>
        </w:rPr>
        <w:t>seu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núcleo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apoiar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práticas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responsáveis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produção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consumo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ECOSOL </w:t>
      </w:r>
      <w:proofErr w:type="spellStart"/>
      <w:r w:rsidRPr="004645B2">
        <w:rPr>
          <w:rFonts w:cs="Arial"/>
          <w:color w:val="000000" w:themeColor="text1"/>
          <w:szCs w:val="24"/>
        </w:rPr>
        <w:t>fala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diretamente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à agenda da </w:t>
      </w:r>
      <w:proofErr w:type="spellStart"/>
      <w:r w:rsidRPr="004645B2">
        <w:rPr>
          <w:rFonts w:cs="Arial"/>
          <w:color w:val="000000" w:themeColor="text1"/>
          <w:szCs w:val="24"/>
        </w:rPr>
        <w:t>sustentabilidade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62841FA6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Nesse </w:t>
      </w:r>
      <w:proofErr w:type="spellStart"/>
      <w:r w:rsidRPr="004645B2">
        <w:rPr>
          <w:rFonts w:cs="Arial"/>
          <w:color w:val="000000" w:themeColor="text1"/>
          <w:szCs w:val="24"/>
        </w:rPr>
        <w:t>sentido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parece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interessante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invocar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descrição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Boaventura de Sousa Santos (2007) </w:t>
      </w:r>
      <w:proofErr w:type="spellStart"/>
      <w:r w:rsidRPr="004645B2">
        <w:rPr>
          <w:rFonts w:cs="Arial"/>
          <w:color w:val="000000" w:themeColor="text1"/>
          <w:szCs w:val="24"/>
        </w:rPr>
        <w:t>sobre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“</w:t>
      </w:r>
      <w:proofErr w:type="spellStart"/>
      <w:r w:rsidRPr="004645B2">
        <w:rPr>
          <w:rFonts w:cs="Arial"/>
          <w:color w:val="000000" w:themeColor="text1"/>
          <w:szCs w:val="24"/>
        </w:rPr>
        <w:t>ecologia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saberes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”. A ECOSOL </w:t>
      </w:r>
      <w:proofErr w:type="spellStart"/>
      <w:r w:rsidRPr="004645B2">
        <w:rPr>
          <w:rFonts w:cs="Arial"/>
          <w:color w:val="000000" w:themeColor="text1"/>
          <w:szCs w:val="24"/>
        </w:rPr>
        <w:t>exemplifica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no campo </w:t>
      </w:r>
      <w:proofErr w:type="spellStart"/>
      <w:r w:rsidRPr="004645B2">
        <w:rPr>
          <w:rFonts w:cs="Arial"/>
          <w:color w:val="000000" w:themeColor="text1"/>
          <w:szCs w:val="24"/>
        </w:rPr>
        <w:t>desta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ecologia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recorrendo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levando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conta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saberes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populares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tradicionais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científicos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busca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soluções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problemas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globais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apenas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subverte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modelo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econômico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dominante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mas </w:t>
      </w:r>
      <w:proofErr w:type="spellStart"/>
      <w:r w:rsidRPr="004645B2">
        <w:rPr>
          <w:rFonts w:cs="Arial"/>
          <w:color w:val="000000" w:themeColor="text1"/>
          <w:szCs w:val="24"/>
        </w:rPr>
        <w:t>também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base </w:t>
      </w:r>
      <w:proofErr w:type="spellStart"/>
      <w:r w:rsidRPr="004645B2">
        <w:rPr>
          <w:rFonts w:cs="Arial"/>
          <w:color w:val="000000" w:themeColor="text1"/>
          <w:szCs w:val="24"/>
        </w:rPr>
        <w:t>epistemológica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trás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dele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01BF0A2F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É </w:t>
      </w:r>
      <w:proofErr w:type="spellStart"/>
      <w:r w:rsidRPr="004645B2">
        <w:rPr>
          <w:rFonts w:cs="Arial"/>
          <w:color w:val="000000" w:themeColor="text1"/>
          <w:szCs w:val="24"/>
        </w:rPr>
        <w:t>aí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ECOSOL </w:t>
      </w:r>
      <w:proofErr w:type="spellStart"/>
      <w:r w:rsidRPr="004645B2">
        <w:rPr>
          <w:rFonts w:cs="Arial"/>
          <w:color w:val="000000" w:themeColor="text1"/>
          <w:szCs w:val="24"/>
        </w:rPr>
        <w:t>entra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nova </w:t>
      </w:r>
      <w:proofErr w:type="spellStart"/>
      <w:r w:rsidRPr="004645B2">
        <w:rPr>
          <w:rFonts w:cs="Arial"/>
          <w:color w:val="000000" w:themeColor="text1"/>
          <w:szCs w:val="24"/>
        </w:rPr>
        <w:t>contribuição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a Circular de Economia. </w:t>
      </w:r>
      <w:proofErr w:type="spellStart"/>
      <w:r w:rsidRPr="004645B2">
        <w:rPr>
          <w:rFonts w:cs="Arial"/>
          <w:color w:val="000000" w:themeColor="text1"/>
          <w:szCs w:val="24"/>
        </w:rPr>
        <w:t>Enquanto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CE </w:t>
      </w:r>
      <w:proofErr w:type="spellStart"/>
      <w:r w:rsidRPr="004645B2">
        <w:rPr>
          <w:rFonts w:cs="Arial"/>
          <w:color w:val="000000" w:themeColor="text1"/>
          <w:szCs w:val="24"/>
        </w:rPr>
        <w:t>ameaça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se </w:t>
      </w:r>
      <w:proofErr w:type="spellStart"/>
      <w:r w:rsidRPr="004645B2">
        <w:rPr>
          <w:rFonts w:cs="Arial"/>
          <w:color w:val="000000" w:themeColor="text1"/>
          <w:szCs w:val="24"/>
        </w:rPr>
        <w:t>tornar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muito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tecnocrática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ECOSOL </w:t>
      </w:r>
      <w:proofErr w:type="spellStart"/>
      <w:r w:rsidRPr="004645B2">
        <w:rPr>
          <w:rFonts w:cs="Arial"/>
          <w:color w:val="000000" w:themeColor="text1"/>
          <w:szCs w:val="24"/>
        </w:rPr>
        <w:t>introduz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dimensão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e </w:t>
      </w:r>
      <w:proofErr w:type="spellStart"/>
      <w:r w:rsidRPr="004645B2">
        <w:rPr>
          <w:rFonts w:cs="Arial"/>
          <w:color w:val="000000" w:themeColor="text1"/>
          <w:szCs w:val="24"/>
        </w:rPr>
        <w:t>ética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necessária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“</w:t>
      </w:r>
      <w:proofErr w:type="spellStart"/>
      <w:r w:rsidRPr="004645B2">
        <w:rPr>
          <w:rFonts w:cs="Arial"/>
          <w:color w:val="000000" w:themeColor="text1"/>
          <w:szCs w:val="24"/>
        </w:rPr>
        <w:t>transição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justa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 (Amenta; D’Ambrosio, 2023). </w:t>
      </w:r>
      <w:proofErr w:type="spellStart"/>
      <w:r w:rsidRPr="004645B2">
        <w:rPr>
          <w:rFonts w:cs="Arial"/>
          <w:color w:val="000000" w:themeColor="text1"/>
          <w:szCs w:val="24"/>
        </w:rPr>
        <w:t>Portanto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moedas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EcoGrana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devem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ser vistas </w:t>
      </w:r>
      <w:proofErr w:type="spellStart"/>
      <w:r w:rsidRPr="004645B2">
        <w:rPr>
          <w:rFonts w:cs="Arial"/>
          <w:color w:val="000000" w:themeColor="text1"/>
          <w:szCs w:val="24"/>
        </w:rPr>
        <w:t>simplesmente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instrumentos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financeiros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ECOSOL. Eles </w:t>
      </w:r>
      <w:proofErr w:type="spellStart"/>
      <w:r w:rsidRPr="004645B2">
        <w:rPr>
          <w:rFonts w:cs="Arial"/>
          <w:color w:val="000000" w:themeColor="text1"/>
          <w:szCs w:val="24"/>
        </w:rPr>
        <w:t>incorporam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seus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princípios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: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construir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circuitos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econômicos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democráticos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impulsionados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objetivo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socioambiental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demonstram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lastRenderedPageBreak/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prática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outra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economia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reconcilia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humano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o </w:t>
      </w:r>
      <w:proofErr w:type="spellStart"/>
      <w:r w:rsidRPr="004645B2">
        <w:rPr>
          <w:rFonts w:cs="Arial"/>
          <w:color w:val="000000" w:themeColor="text1"/>
          <w:szCs w:val="24"/>
        </w:rPr>
        <w:t>planeta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tanto </w:t>
      </w:r>
      <w:proofErr w:type="spellStart"/>
      <w:r w:rsidRPr="004645B2">
        <w:rPr>
          <w:rFonts w:cs="Arial"/>
          <w:color w:val="000000" w:themeColor="text1"/>
          <w:szCs w:val="24"/>
        </w:rPr>
        <w:t>possível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quanto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desconfortável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18F66F9D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</w:p>
    <w:p w14:paraId="412498E7" w14:textId="77777777" w:rsidR="00D116AD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>2.2</w:t>
      </w:r>
      <w:r w:rsidRPr="004645B2">
        <w:rPr>
          <w:rFonts w:cs="Arial"/>
          <w:b/>
          <w:bCs/>
          <w:color w:val="000000" w:themeColor="text1"/>
          <w:szCs w:val="24"/>
        </w:rPr>
        <w:tab/>
        <w:t xml:space="preserve">Economia Circular (EC):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Paradigma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Potencial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e o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Desafio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da Justiça Social</w:t>
      </w:r>
    </w:p>
    <w:p w14:paraId="340AAF9C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14:paraId="18FFB769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A Economia Circular (EC) emerge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alternativa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insustentável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modelo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linear de “</w:t>
      </w:r>
      <w:proofErr w:type="spellStart"/>
      <w:r w:rsidRPr="004645B2">
        <w:rPr>
          <w:rFonts w:cs="Arial"/>
          <w:color w:val="000000" w:themeColor="text1"/>
          <w:szCs w:val="24"/>
        </w:rPr>
        <w:t>extrair-produzir-descartar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”.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Ellen MacArthur Foundation (2015),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4645B2">
        <w:rPr>
          <w:rFonts w:cs="Arial"/>
          <w:color w:val="000000" w:themeColor="text1"/>
          <w:szCs w:val="24"/>
        </w:rPr>
        <w:t>principais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referências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globais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no </w:t>
      </w:r>
      <w:proofErr w:type="spellStart"/>
      <w:r w:rsidRPr="004645B2">
        <w:rPr>
          <w:rFonts w:cs="Arial"/>
          <w:color w:val="000000" w:themeColor="text1"/>
          <w:szCs w:val="24"/>
        </w:rPr>
        <w:t>tema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define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“um </w:t>
      </w:r>
      <w:proofErr w:type="spellStart"/>
      <w:r w:rsidRPr="004645B2">
        <w:rPr>
          <w:rFonts w:cs="Arial"/>
          <w:color w:val="000000" w:themeColor="text1"/>
          <w:szCs w:val="24"/>
        </w:rPr>
        <w:t>sistema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industrial que é,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intenção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r w:rsidRPr="004645B2">
        <w:rPr>
          <w:rFonts w:cs="Arial"/>
          <w:i/>
          <w:iCs/>
          <w:color w:val="000000" w:themeColor="text1"/>
          <w:szCs w:val="24"/>
        </w:rPr>
        <w:t>design</w:t>
      </w:r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restaurador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regenerativo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”. O </w:t>
      </w:r>
      <w:proofErr w:type="spellStart"/>
      <w:r w:rsidRPr="004645B2">
        <w:rPr>
          <w:rFonts w:cs="Arial"/>
          <w:color w:val="000000" w:themeColor="text1"/>
          <w:szCs w:val="24"/>
        </w:rPr>
        <w:t>princípio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central da EC é </w:t>
      </w:r>
      <w:proofErr w:type="spellStart"/>
      <w:r w:rsidRPr="004645B2">
        <w:rPr>
          <w:rFonts w:cs="Arial"/>
          <w:color w:val="000000" w:themeColor="text1"/>
          <w:szCs w:val="24"/>
        </w:rPr>
        <w:t>manter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produtos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componentes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materiais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seu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alto </w:t>
      </w:r>
      <w:proofErr w:type="spellStart"/>
      <w:r w:rsidRPr="004645B2">
        <w:rPr>
          <w:rFonts w:cs="Arial"/>
          <w:color w:val="000000" w:themeColor="text1"/>
          <w:szCs w:val="24"/>
        </w:rPr>
        <w:t>nível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utilidade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valor em </w:t>
      </w:r>
      <w:proofErr w:type="spellStart"/>
      <w:r w:rsidRPr="004645B2">
        <w:rPr>
          <w:rFonts w:cs="Arial"/>
          <w:color w:val="000000" w:themeColor="text1"/>
          <w:szCs w:val="24"/>
        </w:rPr>
        <w:t>todos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momentos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distinguindo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entre </w:t>
      </w:r>
      <w:proofErr w:type="spellStart"/>
      <w:r w:rsidRPr="004645B2">
        <w:rPr>
          <w:rFonts w:cs="Arial"/>
          <w:color w:val="000000" w:themeColor="text1"/>
          <w:szCs w:val="24"/>
        </w:rPr>
        <w:t>ciclos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técnicos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materiais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sintéticos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) e </w:t>
      </w:r>
      <w:proofErr w:type="spellStart"/>
      <w:r w:rsidRPr="004645B2">
        <w:rPr>
          <w:rFonts w:cs="Arial"/>
          <w:color w:val="000000" w:themeColor="text1"/>
          <w:szCs w:val="24"/>
        </w:rPr>
        <w:t>biológicos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nutrientes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orgânicos</w:t>
      </w:r>
      <w:proofErr w:type="spellEnd"/>
      <w:r w:rsidRPr="004645B2">
        <w:rPr>
          <w:rFonts w:cs="Arial"/>
          <w:color w:val="000000" w:themeColor="text1"/>
          <w:szCs w:val="24"/>
        </w:rPr>
        <w:t>) (</w:t>
      </w:r>
      <w:proofErr w:type="spellStart"/>
      <w:r w:rsidRPr="004645B2">
        <w:rPr>
          <w:rFonts w:cs="Arial"/>
          <w:color w:val="000000" w:themeColor="text1"/>
          <w:szCs w:val="24"/>
        </w:rPr>
        <w:t>Ghisellini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; </w:t>
      </w:r>
      <w:proofErr w:type="spellStart"/>
      <w:r w:rsidRPr="004645B2">
        <w:rPr>
          <w:rFonts w:cs="Arial"/>
          <w:color w:val="000000" w:themeColor="text1"/>
          <w:szCs w:val="24"/>
        </w:rPr>
        <w:t>Cialani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; </w:t>
      </w:r>
      <w:proofErr w:type="spellStart"/>
      <w:r w:rsidRPr="004645B2">
        <w:rPr>
          <w:rFonts w:cs="Arial"/>
          <w:color w:val="000000" w:themeColor="text1"/>
          <w:szCs w:val="24"/>
        </w:rPr>
        <w:t>Ulgiati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2016). Este </w:t>
      </w:r>
      <w:proofErr w:type="spellStart"/>
      <w:r w:rsidRPr="004645B2">
        <w:rPr>
          <w:rFonts w:cs="Arial"/>
          <w:color w:val="000000" w:themeColor="text1"/>
          <w:szCs w:val="24"/>
        </w:rPr>
        <w:t>paradigma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se </w:t>
      </w:r>
      <w:proofErr w:type="spellStart"/>
      <w:r w:rsidRPr="004645B2">
        <w:rPr>
          <w:rFonts w:cs="Arial"/>
          <w:color w:val="000000" w:themeColor="text1"/>
          <w:szCs w:val="24"/>
        </w:rPr>
        <w:t>inspira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escolas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pensamento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Ecologia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Industrial (Erkman, 2004), o </w:t>
      </w:r>
      <w:r w:rsidRPr="004645B2">
        <w:rPr>
          <w:rFonts w:cs="Arial"/>
          <w:i/>
          <w:iCs/>
          <w:color w:val="000000" w:themeColor="text1"/>
          <w:szCs w:val="24"/>
        </w:rPr>
        <w:t>design Cradle to Cradle</w:t>
      </w:r>
      <w:r w:rsidRPr="004645B2">
        <w:rPr>
          <w:rFonts w:cs="Arial"/>
          <w:color w:val="000000" w:themeColor="text1"/>
          <w:szCs w:val="24"/>
        </w:rPr>
        <w:t xml:space="preserve"> (McDonough; </w:t>
      </w:r>
      <w:proofErr w:type="spellStart"/>
      <w:r w:rsidRPr="004645B2">
        <w:rPr>
          <w:rFonts w:cs="Arial"/>
          <w:color w:val="000000" w:themeColor="text1"/>
          <w:szCs w:val="24"/>
        </w:rPr>
        <w:t>Braungart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2009) e a </w:t>
      </w:r>
      <w:proofErr w:type="spellStart"/>
      <w:r w:rsidRPr="004645B2">
        <w:rPr>
          <w:rFonts w:cs="Arial"/>
          <w:color w:val="000000" w:themeColor="text1"/>
          <w:szCs w:val="24"/>
        </w:rPr>
        <w:t>Biomimética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confia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ciclos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fechados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regenerativos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natureza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cujo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detalhamento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técnico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apresentado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Figura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1) para </w:t>
      </w:r>
      <w:proofErr w:type="spellStart"/>
      <w:r w:rsidRPr="004645B2">
        <w:rPr>
          <w:rFonts w:cs="Arial"/>
          <w:color w:val="000000" w:themeColor="text1"/>
          <w:szCs w:val="24"/>
        </w:rPr>
        <w:t>inventar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novos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dispositivos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(Benyus, 2002). </w:t>
      </w:r>
    </w:p>
    <w:p w14:paraId="252BF26A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color w:val="000000" w:themeColor="text1"/>
          <w:szCs w:val="24"/>
        </w:rPr>
        <w:t>Apesar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seu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potencial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EC </w:t>
      </w:r>
      <w:proofErr w:type="spellStart"/>
      <w:r w:rsidRPr="004645B2">
        <w:rPr>
          <w:rFonts w:cs="Arial"/>
          <w:color w:val="000000" w:themeColor="text1"/>
          <w:szCs w:val="24"/>
        </w:rPr>
        <w:t>tem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sido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criticada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seu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“</w:t>
      </w:r>
      <w:proofErr w:type="spellStart"/>
      <w:r w:rsidRPr="004645B2">
        <w:rPr>
          <w:rFonts w:cs="Arial"/>
          <w:color w:val="000000" w:themeColor="text1"/>
          <w:szCs w:val="24"/>
        </w:rPr>
        <w:t>déficit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social”, </w:t>
      </w:r>
      <w:proofErr w:type="spellStart"/>
      <w:r w:rsidRPr="004645B2">
        <w:rPr>
          <w:rFonts w:cs="Arial"/>
          <w:color w:val="000000" w:themeColor="text1"/>
          <w:szCs w:val="24"/>
        </w:rPr>
        <w:t>definido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crítica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aponta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o </w:t>
      </w:r>
      <w:proofErr w:type="spellStart"/>
      <w:r w:rsidRPr="004645B2">
        <w:rPr>
          <w:rFonts w:cs="Arial"/>
          <w:color w:val="000000" w:themeColor="text1"/>
          <w:szCs w:val="24"/>
        </w:rPr>
        <w:t>foco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excessivo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modelo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soluções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técnicas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de </w:t>
      </w:r>
      <w:proofErr w:type="spellStart"/>
      <w:r w:rsidRPr="004645B2">
        <w:rPr>
          <w:rFonts w:cs="Arial"/>
          <w:color w:val="000000" w:themeColor="text1"/>
          <w:szCs w:val="24"/>
        </w:rPr>
        <w:t>negócios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frequentemente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acabam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negligenciar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aspectos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justiça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e </w:t>
      </w:r>
      <w:proofErr w:type="spellStart"/>
      <w:r w:rsidRPr="004645B2">
        <w:rPr>
          <w:rFonts w:cs="Arial"/>
          <w:color w:val="000000" w:themeColor="text1"/>
          <w:szCs w:val="24"/>
        </w:rPr>
        <w:t>equidade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(Moreau et al., 2017; Hobson, 2021). O </w:t>
      </w:r>
      <w:proofErr w:type="spellStart"/>
      <w:r w:rsidRPr="004645B2">
        <w:rPr>
          <w:rFonts w:cs="Arial"/>
          <w:color w:val="000000" w:themeColor="text1"/>
          <w:szCs w:val="24"/>
        </w:rPr>
        <w:t>discurso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muitas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vezes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tecnocrático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focado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otimização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negócios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pode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negligenciar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até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aprofundar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desigualdades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precarização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“</w:t>
      </w:r>
      <w:proofErr w:type="spellStart"/>
      <w:r w:rsidRPr="004645B2">
        <w:rPr>
          <w:rFonts w:cs="Arial"/>
          <w:color w:val="000000" w:themeColor="text1"/>
          <w:szCs w:val="24"/>
        </w:rPr>
        <w:t>empregos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verdes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 </w:t>
      </w:r>
      <w:proofErr w:type="spellStart"/>
      <w:r w:rsidRPr="004645B2">
        <w:rPr>
          <w:rFonts w:cs="Arial"/>
          <w:color w:val="000000" w:themeColor="text1"/>
          <w:szCs w:val="24"/>
        </w:rPr>
        <w:t>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exclusão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catadores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materiais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recicláveis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(Velis, 2021; Gutberlet, 2015). Surge, </w:t>
      </w:r>
      <w:proofErr w:type="spellStart"/>
      <w:r w:rsidRPr="004645B2">
        <w:rPr>
          <w:rFonts w:cs="Arial"/>
          <w:color w:val="000000" w:themeColor="text1"/>
          <w:szCs w:val="24"/>
        </w:rPr>
        <w:t>então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</w:t>
      </w:r>
      <w:proofErr w:type="spellStart"/>
      <w:r w:rsidRPr="004645B2">
        <w:rPr>
          <w:rFonts w:cs="Arial"/>
          <w:color w:val="000000" w:themeColor="text1"/>
          <w:szCs w:val="24"/>
        </w:rPr>
        <w:t>necessidade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transição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justa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que, </w:t>
      </w:r>
      <w:proofErr w:type="spellStart"/>
      <w:r w:rsidRPr="004645B2">
        <w:rPr>
          <w:rFonts w:cs="Arial"/>
          <w:color w:val="000000" w:themeColor="text1"/>
          <w:szCs w:val="24"/>
        </w:rPr>
        <w:t>segundo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Amenta et al. (2023), </w:t>
      </w:r>
      <w:proofErr w:type="spellStart"/>
      <w:r w:rsidRPr="004645B2">
        <w:rPr>
          <w:rFonts w:cs="Arial"/>
          <w:color w:val="000000" w:themeColor="text1"/>
          <w:szCs w:val="24"/>
        </w:rPr>
        <w:t>pode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ser </w:t>
      </w:r>
      <w:proofErr w:type="spellStart"/>
      <w:r w:rsidRPr="004645B2">
        <w:rPr>
          <w:rFonts w:cs="Arial"/>
          <w:color w:val="000000" w:themeColor="text1"/>
          <w:szCs w:val="24"/>
        </w:rPr>
        <w:t>entendida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processo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busca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garantir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benefícios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transição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economia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baixo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carbono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sejam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compartilhados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amplamente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enquanto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custos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recaiam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indevidamente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sobre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vulneráveis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É </w:t>
      </w:r>
      <w:proofErr w:type="spellStart"/>
      <w:r w:rsidRPr="004645B2">
        <w:rPr>
          <w:rFonts w:cs="Arial"/>
          <w:color w:val="000000" w:themeColor="text1"/>
          <w:szCs w:val="24"/>
        </w:rPr>
        <w:t>nesse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a </w:t>
      </w:r>
      <w:proofErr w:type="spellStart"/>
      <w:r w:rsidRPr="004645B2">
        <w:rPr>
          <w:rFonts w:cs="Arial"/>
          <w:color w:val="000000" w:themeColor="text1"/>
          <w:szCs w:val="24"/>
        </w:rPr>
        <w:t>sinergia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a ECOSOL se </w:t>
      </w:r>
      <w:proofErr w:type="spellStart"/>
      <w:r w:rsidRPr="004645B2">
        <w:rPr>
          <w:rFonts w:cs="Arial"/>
          <w:color w:val="000000" w:themeColor="text1"/>
          <w:szCs w:val="24"/>
        </w:rPr>
        <w:t>torna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crucial, pois </w:t>
      </w:r>
      <w:proofErr w:type="spellStart"/>
      <w:r w:rsidRPr="004645B2">
        <w:rPr>
          <w:rFonts w:cs="Arial"/>
          <w:color w:val="000000" w:themeColor="text1"/>
          <w:szCs w:val="24"/>
        </w:rPr>
        <w:t>ela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oferece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arcabouço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e </w:t>
      </w:r>
      <w:proofErr w:type="spellStart"/>
      <w:r w:rsidRPr="004645B2">
        <w:rPr>
          <w:rFonts w:cs="Arial"/>
          <w:color w:val="000000" w:themeColor="text1"/>
          <w:szCs w:val="24"/>
        </w:rPr>
        <w:t>ético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que a </w:t>
      </w:r>
      <w:proofErr w:type="spellStart"/>
      <w:r w:rsidRPr="004645B2">
        <w:rPr>
          <w:rFonts w:cs="Arial"/>
          <w:color w:val="000000" w:themeColor="text1"/>
          <w:szCs w:val="24"/>
        </w:rPr>
        <w:t>circularidade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seja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processo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inclusivo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de base </w:t>
      </w:r>
      <w:proofErr w:type="spellStart"/>
      <w:r w:rsidRPr="004645B2">
        <w:rPr>
          <w:rFonts w:cs="Arial"/>
          <w:color w:val="000000" w:themeColor="text1"/>
          <w:szCs w:val="24"/>
        </w:rPr>
        <w:t>comunitária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(Gaiger; Laville, 2019).</w:t>
      </w:r>
    </w:p>
    <w:p w14:paraId="21FF99FC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color w:val="000000" w:themeColor="text1"/>
          <w:szCs w:val="24"/>
        </w:rPr>
        <w:t>Adotar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modelo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potencial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desbloquear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ecossistema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novos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modelos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negócios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Sistemas de Serviço de </w:t>
      </w:r>
      <w:proofErr w:type="spellStart"/>
      <w:r w:rsidRPr="004645B2">
        <w:rPr>
          <w:rFonts w:cs="Arial"/>
          <w:color w:val="000000" w:themeColor="text1"/>
          <w:szCs w:val="24"/>
        </w:rPr>
        <w:t>Produto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frequentemente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referido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pela sigla </w:t>
      </w:r>
      <w:r w:rsidRPr="004645B2">
        <w:rPr>
          <w:rFonts w:cs="Arial"/>
          <w:i/>
          <w:iCs/>
          <w:color w:val="000000" w:themeColor="text1"/>
          <w:szCs w:val="24"/>
        </w:rPr>
        <w:t xml:space="preserve">PSS, </w:t>
      </w:r>
      <w:r w:rsidRPr="004645B2">
        <w:rPr>
          <w:rFonts w:cs="Arial"/>
          <w:color w:val="000000" w:themeColor="text1"/>
          <w:szCs w:val="24"/>
        </w:rPr>
        <w:t>de</w:t>
      </w:r>
      <w:r w:rsidRPr="004645B2">
        <w:rPr>
          <w:rFonts w:cs="Arial"/>
          <w:i/>
          <w:iCs/>
          <w:color w:val="000000" w:themeColor="text1"/>
          <w:szCs w:val="24"/>
        </w:rPr>
        <w:t xml:space="preserve"> Product Service System</w:t>
      </w:r>
      <w:r w:rsidRPr="004645B2">
        <w:rPr>
          <w:rFonts w:cs="Arial"/>
          <w:color w:val="000000" w:themeColor="text1"/>
          <w:szCs w:val="24"/>
        </w:rPr>
        <w:t xml:space="preserve">), que </w:t>
      </w:r>
      <w:proofErr w:type="spellStart"/>
      <w:r w:rsidRPr="004645B2">
        <w:rPr>
          <w:rFonts w:cs="Arial"/>
          <w:color w:val="000000" w:themeColor="text1"/>
          <w:szCs w:val="24"/>
        </w:rPr>
        <w:t>movem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ênfase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posse para o </w:t>
      </w:r>
      <w:proofErr w:type="spellStart"/>
      <w:r w:rsidRPr="004645B2">
        <w:rPr>
          <w:rFonts w:cs="Arial"/>
          <w:color w:val="000000" w:themeColor="text1"/>
          <w:szCs w:val="24"/>
        </w:rPr>
        <w:t>uso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produtos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promovem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durabilidade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(Tukker, 2015), </w:t>
      </w:r>
      <w:proofErr w:type="spellStart"/>
      <w:r w:rsidRPr="004645B2">
        <w:rPr>
          <w:rFonts w:cs="Arial"/>
          <w:color w:val="000000" w:themeColor="text1"/>
          <w:szCs w:val="24"/>
        </w:rPr>
        <w:t>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economia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compartilhamento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voltada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o </w:t>
      </w:r>
      <w:proofErr w:type="spellStart"/>
      <w:r w:rsidRPr="004645B2">
        <w:rPr>
          <w:rFonts w:cs="Arial"/>
          <w:color w:val="000000" w:themeColor="text1"/>
          <w:szCs w:val="24"/>
        </w:rPr>
        <w:t>uso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racional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bens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utilizados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(Lacy; </w:t>
      </w:r>
      <w:proofErr w:type="spellStart"/>
      <w:r w:rsidRPr="004645B2">
        <w:rPr>
          <w:rFonts w:cs="Arial"/>
          <w:color w:val="000000" w:themeColor="text1"/>
          <w:szCs w:val="24"/>
        </w:rPr>
        <w:t>Rutqvist</w:t>
      </w:r>
      <w:proofErr w:type="spellEnd"/>
      <w:r w:rsidRPr="004645B2">
        <w:rPr>
          <w:rFonts w:cs="Arial"/>
          <w:color w:val="000000" w:themeColor="text1"/>
          <w:szCs w:val="24"/>
        </w:rPr>
        <w:t>, 2015).</w:t>
      </w:r>
    </w:p>
    <w:p w14:paraId="65C32B57" w14:textId="77777777" w:rsidR="00D116AD" w:rsidRPr="004645B2" w:rsidRDefault="00D116AD" w:rsidP="00D116AD">
      <w:pPr>
        <w:tabs>
          <w:tab w:val="left" w:pos="709"/>
        </w:tabs>
        <w:spacing w:after="120" w:line="240" w:lineRule="auto"/>
        <w:jc w:val="center"/>
        <w:rPr>
          <w:rFonts w:cs="Arial"/>
          <w:color w:val="000000" w:themeColor="text1"/>
          <w:szCs w:val="24"/>
        </w:rPr>
      </w:pPr>
      <w:r w:rsidRPr="004645B2">
        <w:rPr>
          <w:rFonts w:cs="Arial"/>
          <w:noProof/>
          <w:color w:val="000000" w:themeColor="text1"/>
          <w:szCs w:val="24"/>
        </w:rPr>
        <w:lastRenderedPageBreak/>
        <w:drawing>
          <wp:inline distT="0" distB="0" distL="0" distR="0" wp14:anchorId="67C0B5A1" wp14:editId="6704C750">
            <wp:extent cx="5745480" cy="3390900"/>
            <wp:effectExtent l="0" t="0" r="7620" b="0"/>
            <wp:docPr id="1626373154" name="Imagem 1" descr="Diagrama, Linha do 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73154" name="Imagem 1" descr="Diagrama, Linha do temp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81" cy="339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9DCC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color w:val="000000" w:themeColor="text1"/>
          <w:sz w:val="20"/>
          <w:szCs w:val="20"/>
        </w:rPr>
      </w:pPr>
    </w:p>
    <w:p w14:paraId="614C51E1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color w:val="000000" w:themeColor="text1"/>
          <w:sz w:val="20"/>
          <w:szCs w:val="20"/>
        </w:rPr>
      </w:pPr>
      <w:proofErr w:type="spellStart"/>
      <w:r w:rsidRPr="004645B2">
        <w:rPr>
          <w:rFonts w:cs="Arial"/>
          <w:color w:val="000000" w:themeColor="text1"/>
          <w:sz w:val="20"/>
          <w:szCs w:val="20"/>
        </w:rPr>
        <w:t>Figura</w:t>
      </w:r>
      <w:proofErr w:type="spellEnd"/>
      <w:r w:rsidRPr="004645B2">
        <w:rPr>
          <w:rFonts w:cs="Arial"/>
          <w:color w:val="000000" w:themeColor="text1"/>
          <w:sz w:val="20"/>
          <w:szCs w:val="20"/>
        </w:rPr>
        <w:t xml:space="preserve"> 1 – </w:t>
      </w:r>
      <w:proofErr w:type="spellStart"/>
      <w:r w:rsidRPr="004645B2">
        <w:rPr>
          <w:rFonts w:cs="Arial"/>
          <w:color w:val="000000" w:themeColor="text1"/>
          <w:sz w:val="20"/>
          <w:szCs w:val="20"/>
        </w:rPr>
        <w:t>Biomimética</w:t>
      </w:r>
      <w:proofErr w:type="spellEnd"/>
      <w:r w:rsidRPr="004645B2">
        <w:rPr>
          <w:rFonts w:cs="Arial"/>
          <w:color w:val="000000" w:themeColor="text1"/>
          <w:sz w:val="20"/>
          <w:szCs w:val="20"/>
        </w:rPr>
        <w:t xml:space="preserve"> da Economia Circular</w:t>
      </w:r>
    </w:p>
    <w:p w14:paraId="47EE1C79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color w:val="000000" w:themeColor="text1"/>
          <w:sz w:val="20"/>
          <w:szCs w:val="20"/>
        </w:rPr>
      </w:pPr>
      <w:r w:rsidRPr="004645B2">
        <w:rPr>
          <w:rFonts w:cs="Arial"/>
          <w:color w:val="000000" w:themeColor="text1"/>
          <w:sz w:val="20"/>
          <w:szCs w:val="20"/>
        </w:rPr>
        <w:t xml:space="preserve">Fonte: Blog </w:t>
      </w:r>
      <w:proofErr w:type="spellStart"/>
      <w:r w:rsidRPr="004645B2">
        <w:rPr>
          <w:rFonts w:cs="Arial"/>
          <w:color w:val="000000" w:themeColor="text1"/>
          <w:sz w:val="20"/>
          <w:szCs w:val="20"/>
        </w:rPr>
        <w:t>Realixo</w:t>
      </w:r>
      <w:proofErr w:type="spellEnd"/>
      <w:r w:rsidRPr="004645B2">
        <w:rPr>
          <w:rFonts w:cs="Arial"/>
          <w:color w:val="000000" w:themeColor="text1"/>
          <w:sz w:val="20"/>
          <w:szCs w:val="20"/>
        </w:rPr>
        <w:t>, 2024</w:t>
      </w:r>
    </w:p>
    <w:p w14:paraId="14C731D7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rPr>
          <w:rFonts w:cs="Arial"/>
          <w:color w:val="000000" w:themeColor="text1"/>
          <w:szCs w:val="24"/>
        </w:rPr>
      </w:pPr>
    </w:p>
    <w:p w14:paraId="38CFBD74" w14:textId="77777777" w:rsidR="00D116AD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>2.2.1</w:t>
      </w:r>
      <w:r w:rsidRPr="004645B2">
        <w:rPr>
          <w:rFonts w:cs="Arial"/>
          <w:b/>
          <w:bCs/>
          <w:color w:val="000000" w:themeColor="text1"/>
          <w:szCs w:val="24"/>
        </w:rPr>
        <w:tab/>
        <w:t xml:space="preserve">O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Déficit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Social da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Circularidade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e a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Necessidade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uma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Transição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Justa</w:t>
      </w:r>
    </w:p>
    <w:p w14:paraId="14A3D566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14:paraId="6C3E5DC1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Como </w:t>
      </w:r>
      <w:proofErr w:type="spellStart"/>
      <w:r w:rsidRPr="004645B2">
        <w:rPr>
          <w:rFonts w:cs="Arial"/>
          <w:color w:val="000000" w:themeColor="text1"/>
          <w:szCs w:val="24"/>
        </w:rPr>
        <w:t>resultado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apesar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horizonte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otimista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EC, </w:t>
      </w:r>
      <w:proofErr w:type="spellStart"/>
      <w:r w:rsidRPr="004645B2">
        <w:rPr>
          <w:rFonts w:cs="Arial"/>
          <w:color w:val="000000" w:themeColor="text1"/>
          <w:szCs w:val="24"/>
        </w:rPr>
        <w:t>seu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caminho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problemático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apenas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barreiras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tecnológicas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regulatórias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(Kirchherr; </w:t>
      </w:r>
      <w:proofErr w:type="spellStart"/>
      <w:r w:rsidRPr="004645B2">
        <w:rPr>
          <w:rFonts w:cs="Arial"/>
          <w:color w:val="000000" w:themeColor="text1"/>
          <w:szCs w:val="24"/>
        </w:rPr>
        <w:t>Reike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; Hekkert, 2017). As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fortes </w:t>
      </w:r>
      <w:proofErr w:type="spellStart"/>
      <w:r w:rsidRPr="004645B2">
        <w:rPr>
          <w:rFonts w:cs="Arial"/>
          <w:color w:val="000000" w:themeColor="text1"/>
          <w:szCs w:val="24"/>
        </w:rPr>
        <w:t>observações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acadêmicas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modelo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dominante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EC </w:t>
      </w:r>
      <w:proofErr w:type="spellStart"/>
      <w:r w:rsidRPr="004645B2">
        <w:rPr>
          <w:rFonts w:cs="Arial"/>
          <w:color w:val="000000" w:themeColor="text1"/>
          <w:szCs w:val="24"/>
        </w:rPr>
        <w:t>podem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ser </w:t>
      </w:r>
      <w:proofErr w:type="spellStart"/>
      <w:r w:rsidRPr="004645B2">
        <w:rPr>
          <w:rFonts w:cs="Arial"/>
          <w:color w:val="000000" w:themeColor="text1"/>
          <w:szCs w:val="24"/>
        </w:rPr>
        <w:t>atribuídas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marcante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déficit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que </w:t>
      </w:r>
      <w:proofErr w:type="spellStart"/>
      <w:r w:rsidRPr="004645B2">
        <w:rPr>
          <w:rFonts w:cs="Arial"/>
          <w:color w:val="000000" w:themeColor="text1"/>
          <w:szCs w:val="24"/>
        </w:rPr>
        <w:t>ele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inclui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(Moreau et al., 2017; Hobson, 2021). Mais </w:t>
      </w:r>
      <w:proofErr w:type="spellStart"/>
      <w:r w:rsidRPr="004645B2">
        <w:rPr>
          <w:rFonts w:cs="Arial"/>
          <w:color w:val="000000" w:themeColor="text1"/>
          <w:szCs w:val="24"/>
        </w:rPr>
        <w:t>comumente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enquadrado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linguagem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tecnocrática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meio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otimização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negócios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EC </w:t>
      </w:r>
      <w:proofErr w:type="spellStart"/>
      <w:r w:rsidRPr="004645B2">
        <w:rPr>
          <w:rFonts w:cs="Arial"/>
          <w:color w:val="000000" w:themeColor="text1"/>
          <w:szCs w:val="24"/>
        </w:rPr>
        <w:t>pode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abordar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até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amplificar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as </w:t>
      </w:r>
      <w:proofErr w:type="spellStart"/>
      <w:r w:rsidRPr="004645B2">
        <w:rPr>
          <w:rFonts w:cs="Arial"/>
          <w:color w:val="000000" w:themeColor="text1"/>
          <w:szCs w:val="24"/>
        </w:rPr>
        <w:t>desigualdades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existentes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2F9F9BB1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Por </w:t>
      </w:r>
      <w:proofErr w:type="spellStart"/>
      <w:r w:rsidRPr="004645B2">
        <w:rPr>
          <w:rFonts w:cs="Arial"/>
          <w:color w:val="000000" w:themeColor="text1"/>
          <w:szCs w:val="24"/>
        </w:rPr>
        <w:t>exemplo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discussão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torno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“</w:t>
      </w:r>
      <w:proofErr w:type="spellStart"/>
      <w:r w:rsidRPr="004645B2">
        <w:rPr>
          <w:rFonts w:cs="Arial"/>
          <w:color w:val="000000" w:themeColor="text1"/>
          <w:szCs w:val="24"/>
        </w:rPr>
        <w:t>empregos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verdes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 que </w:t>
      </w:r>
      <w:proofErr w:type="spellStart"/>
      <w:r w:rsidRPr="004645B2">
        <w:rPr>
          <w:rFonts w:cs="Arial"/>
          <w:color w:val="000000" w:themeColor="text1"/>
          <w:szCs w:val="24"/>
        </w:rPr>
        <w:t>podem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ser </w:t>
      </w:r>
      <w:proofErr w:type="spellStart"/>
      <w:r w:rsidRPr="004645B2">
        <w:rPr>
          <w:rFonts w:cs="Arial"/>
          <w:color w:val="000000" w:themeColor="text1"/>
          <w:szCs w:val="24"/>
        </w:rPr>
        <w:t>criados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áreas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conserto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remanufatura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reciclagem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é </w:t>
      </w:r>
      <w:proofErr w:type="spellStart"/>
      <w:r w:rsidRPr="004645B2">
        <w:rPr>
          <w:rFonts w:cs="Arial"/>
          <w:color w:val="000000" w:themeColor="text1"/>
          <w:szCs w:val="24"/>
        </w:rPr>
        <w:t>frequentemente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silenciosa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sobre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qualidade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a </w:t>
      </w:r>
      <w:proofErr w:type="spellStart"/>
      <w:r w:rsidRPr="004645B2">
        <w:rPr>
          <w:rFonts w:cs="Arial"/>
          <w:color w:val="000000" w:themeColor="text1"/>
          <w:szCs w:val="24"/>
        </w:rPr>
        <w:t>dignidade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desses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empregos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spellStart"/>
      <w:r w:rsidRPr="004645B2">
        <w:rPr>
          <w:rFonts w:cs="Arial"/>
          <w:color w:val="000000" w:themeColor="text1"/>
          <w:szCs w:val="24"/>
        </w:rPr>
        <w:t>Mesmo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contextos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Brasil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onde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setor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informal é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proeminente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que </w:t>
      </w:r>
      <w:proofErr w:type="spellStart"/>
      <w:r w:rsidRPr="004645B2">
        <w:rPr>
          <w:rFonts w:cs="Arial"/>
          <w:color w:val="000000" w:themeColor="text1"/>
          <w:szCs w:val="24"/>
        </w:rPr>
        <w:t>nos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países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desenvolvidos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importância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central do </w:t>
      </w:r>
      <w:proofErr w:type="spellStart"/>
      <w:r w:rsidRPr="004645B2">
        <w:rPr>
          <w:rFonts w:cs="Arial"/>
          <w:color w:val="000000" w:themeColor="text1"/>
          <w:szCs w:val="24"/>
        </w:rPr>
        <w:t>vasto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exército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catadores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materiais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recicláveis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praticam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circularidade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há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décadas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mas em </w:t>
      </w:r>
      <w:proofErr w:type="spellStart"/>
      <w:r w:rsidRPr="004645B2">
        <w:rPr>
          <w:rFonts w:cs="Arial"/>
          <w:color w:val="000000" w:themeColor="text1"/>
          <w:szCs w:val="24"/>
        </w:rPr>
        <w:t>condições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extrema </w:t>
      </w:r>
      <w:proofErr w:type="spellStart"/>
      <w:r w:rsidRPr="004645B2">
        <w:rPr>
          <w:rFonts w:cs="Arial"/>
          <w:color w:val="000000" w:themeColor="text1"/>
          <w:szCs w:val="24"/>
        </w:rPr>
        <w:t>precariedade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baixo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reconhecimento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discursivo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carece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reconhecimento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(Velis, 2021). Uma </w:t>
      </w:r>
      <w:proofErr w:type="spellStart"/>
      <w:r w:rsidRPr="004645B2">
        <w:rPr>
          <w:rFonts w:cs="Arial"/>
          <w:color w:val="000000" w:themeColor="text1"/>
          <w:szCs w:val="24"/>
        </w:rPr>
        <w:t>transição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EC que </w:t>
      </w:r>
      <w:proofErr w:type="spellStart"/>
      <w:r w:rsidRPr="004645B2">
        <w:rPr>
          <w:rFonts w:cs="Arial"/>
          <w:color w:val="000000" w:themeColor="text1"/>
          <w:szCs w:val="24"/>
        </w:rPr>
        <w:t>instala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institucionaliza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essas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práticas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envolver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diretamente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esses </w:t>
      </w:r>
      <w:proofErr w:type="spellStart"/>
      <w:r w:rsidRPr="004645B2">
        <w:rPr>
          <w:rFonts w:cs="Arial"/>
          <w:color w:val="000000" w:themeColor="text1"/>
          <w:szCs w:val="24"/>
        </w:rPr>
        <w:t>atores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criar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outras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exclusões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(Gutberlet, 2015).</w:t>
      </w:r>
    </w:p>
    <w:p w14:paraId="1924A268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color w:val="000000" w:themeColor="text1"/>
          <w:szCs w:val="24"/>
        </w:rPr>
        <w:t>Então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</w:t>
      </w:r>
      <w:proofErr w:type="spellStart"/>
      <w:r w:rsidRPr="004645B2">
        <w:rPr>
          <w:rFonts w:cs="Arial"/>
          <w:color w:val="000000" w:themeColor="text1"/>
          <w:szCs w:val="24"/>
        </w:rPr>
        <w:t>questão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apenas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se a </w:t>
      </w:r>
      <w:proofErr w:type="spellStart"/>
      <w:r w:rsidRPr="004645B2">
        <w:rPr>
          <w:rFonts w:cs="Arial"/>
          <w:color w:val="000000" w:themeColor="text1"/>
          <w:szCs w:val="24"/>
        </w:rPr>
        <w:t>mudança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ocorrerá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mas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para </w:t>
      </w:r>
      <w:proofErr w:type="spellStart"/>
      <w:r w:rsidRPr="004645B2">
        <w:rPr>
          <w:rFonts w:cs="Arial"/>
          <w:color w:val="000000" w:themeColor="text1"/>
          <w:szCs w:val="24"/>
        </w:rPr>
        <w:t>quem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passará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spellStart"/>
      <w:r w:rsidRPr="004645B2">
        <w:rPr>
          <w:rFonts w:cs="Arial"/>
          <w:color w:val="000000" w:themeColor="text1"/>
          <w:szCs w:val="24"/>
        </w:rPr>
        <w:t>Isso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requer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“</w:t>
      </w:r>
      <w:proofErr w:type="spellStart"/>
      <w:r w:rsidRPr="004645B2">
        <w:rPr>
          <w:rFonts w:cs="Arial"/>
          <w:color w:val="000000" w:themeColor="text1"/>
          <w:szCs w:val="24"/>
        </w:rPr>
        <w:t>transição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justa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 e a </w:t>
      </w:r>
      <w:proofErr w:type="spellStart"/>
      <w:r w:rsidRPr="004645B2">
        <w:rPr>
          <w:rFonts w:cs="Arial"/>
          <w:color w:val="000000" w:themeColor="text1"/>
          <w:szCs w:val="24"/>
        </w:rPr>
        <w:t>distribuição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benefícios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EC, </w:t>
      </w:r>
      <w:proofErr w:type="spellStart"/>
      <w:r w:rsidRPr="004645B2">
        <w:rPr>
          <w:rFonts w:cs="Arial"/>
          <w:color w:val="000000" w:themeColor="text1"/>
          <w:szCs w:val="24"/>
        </w:rPr>
        <w:t>incluindo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acesso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produtos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contidos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um </w:t>
      </w:r>
      <w:proofErr w:type="spellStart"/>
      <w:r w:rsidRPr="004645B2">
        <w:rPr>
          <w:rFonts w:cs="Arial"/>
          <w:color w:val="000000" w:themeColor="text1"/>
          <w:szCs w:val="24"/>
        </w:rPr>
        <w:t>meio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lastRenderedPageBreak/>
        <w:t>ambiente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limpo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e, </w:t>
      </w:r>
      <w:proofErr w:type="spellStart"/>
      <w:r w:rsidRPr="004645B2">
        <w:rPr>
          <w:rFonts w:cs="Arial"/>
          <w:color w:val="000000" w:themeColor="text1"/>
          <w:szCs w:val="24"/>
        </w:rPr>
        <w:t>frequentemente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novos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recursos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de forma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equitativa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(Amenta et al., 2023).</w:t>
      </w:r>
    </w:p>
    <w:p w14:paraId="2D771FBD" w14:textId="77777777" w:rsidR="00D116AD" w:rsidRPr="004645B2" w:rsidRDefault="00D116AD" w:rsidP="00D116AD">
      <w:pPr>
        <w:spacing w:after="120" w:line="240" w:lineRule="auto"/>
        <w:jc w:val="center"/>
        <w:rPr>
          <w:rFonts w:cs="Arial"/>
          <w:color w:val="000000" w:themeColor="text1"/>
          <w:szCs w:val="24"/>
        </w:rPr>
      </w:pPr>
    </w:p>
    <w:p w14:paraId="4E0952BA" w14:textId="77777777" w:rsidR="00D116AD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>2.2.2</w:t>
      </w:r>
      <w:r w:rsidRPr="004645B2">
        <w:rPr>
          <w:rFonts w:cs="Arial"/>
          <w:b/>
          <w:bCs/>
          <w:color w:val="000000" w:themeColor="text1"/>
          <w:szCs w:val="24"/>
        </w:rPr>
        <w:tab/>
        <w:t xml:space="preserve">A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Sinergia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Necessária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: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Articulando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Economia Circular e Economia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Solidária</w:t>
      </w:r>
      <w:proofErr w:type="spellEnd"/>
    </w:p>
    <w:p w14:paraId="56B784D5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14:paraId="596FC25C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É </w:t>
      </w:r>
      <w:proofErr w:type="spellStart"/>
      <w:r w:rsidRPr="004645B2">
        <w:rPr>
          <w:rFonts w:cs="Arial"/>
          <w:color w:val="000000" w:themeColor="text1"/>
          <w:szCs w:val="24"/>
        </w:rPr>
        <w:t>exatamente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lidar com </w:t>
      </w:r>
      <w:proofErr w:type="spellStart"/>
      <w:r w:rsidRPr="004645B2">
        <w:rPr>
          <w:rFonts w:cs="Arial"/>
          <w:color w:val="000000" w:themeColor="text1"/>
          <w:szCs w:val="24"/>
        </w:rPr>
        <w:t>esse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déficit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que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integração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EC com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princípios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ECOSOL é vista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rota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promissória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humanizadora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spellStart"/>
      <w:r w:rsidRPr="004645B2">
        <w:rPr>
          <w:rFonts w:cs="Arial"/>
          <w:color w:val="000000" w:themeColor="text1"/>
          <w:szCs w:val="24"/>
        </w:rPr>
        <w:t>Enquanto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modelos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EC </w:t>
      </w:r>
      <w:proofErr w:type="spellStart"/>
      <w:r w:rsidRPr="004645B2">
        <w:rPr>
          <w:rFonts w:cs="Arial"/>
          <w:color w:val="000000" w:themeColor="text1"/>
          <w:szCs w:val="24"/>
        </w:rPr>
        <w:t>podem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fornecer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layout </w:t>
      </w:r>
      <w:proofErr w:type="spellStart"/>
      <w:r w:rsidRPr="004645B2">
        <w:rPr>
          <w:rFonts w:cs="Arial"/>
          <w:color w:val="000000" w:themeColor="text1"/>
          <w:szCs w:val="24"/>
        </w:rPr>
        <w:t>técnico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redesenhar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fluxos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materiais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ECOSOL </w:t>
      </w:r>
      <w:proofErr w:type="spellStart"/>
      <w:r w:rsidRPr="004645B2">
        <w:rPr>
          <w:rFonts w:cs="Arial"/>
          <w:color w:val="000000" w:themeColor="text1"/>
          <w:szCs w:val="24"/>
        </w:rPr>
        <w:t>apresenta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layout social e </w:t>
      </w:r>
      <w:proofErr w:type="spellStart"/>
      <w:r w:rsidRPr="004645B2">
        <w:rPr>
          <w:rFonts w:cs="Arial"/>
          <w:color w:val="000000" w:themeColor="text1"/>
          <w:szCs w:val="24"/>
        </w:rPr>
        <w:t>ético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que </w:t>
      </w:r>
      <w:proofErr w:type="spellStart"/>
      <w:r w:rsidRPr="004645B2">
        <w:rPr>
          <w:rFonts w:cs="Arial"/>
          <w:color w:val="000000" w:themeColor="text1"/>
          <w:szCs w:val="24"/>
        </w:rPr>
        <w:t>essa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transição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seja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processo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justo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inclusivo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de </w:t>
      </w:r>
      <w:proofErr w:type="spellStart"/>
      <w:r w:rsidRPr="004645B2">
        <w:rPr>
          <w:rFonts w:cs="Arial"/>
          <w:color w:val="000000" w:themeColor="text1"/>
          <w:szCs w:val="24"/>
        </w:rPr>
        <w:t>baixo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cima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baseado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>) (Gaiger; Laville, 2019).</w:t>
      </w:r>
    </w:p>
    <w:p w14:paraId="2F801B3D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As </w:t>
      </w:r>
      <w:proofErr w:type="spellStart"/>
      <w:r w:rsidRPr="004645B2">
        <w:rPr>
          <w:rFonts w:cs="Arial"/>
          <w:color w:val="000000" w:themeColor="text1"/>
          <w:szCs w:val="24"/>
        </w:rPr>
        <w:t>características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ECOSOL </w:t>
      </w:r>
      <w:proofErr w:type="spellStart"/>
      <w:r w:rsidRPr="004645B2">
        <w:rPr>
          <w:rFonts w:cs="Arial"/>
          <w:color w:val="000000" w:themeColor="text1"/>
          <w:szCs w:val="24"/>
        </w:rPr>
        <w:t>relacionadas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à </w:t>
      </w:r>
      <w:proofErr w:type="spellStart"/>
      <w:r w:rsidRPr="004645B2">
        <w:rPr>
          <w:rFonts w:cs="Arial"/>
          <w:color w:val="000000" w:themeColor="text1"/>
          <w:szCs w:val="24"/>
        </w:rPr>
        <w:t>autogestão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organização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democrática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produção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local </w:t>
      </w:r>
      <w:proofErr w:type="spellStart"/>
      <w:r w:rsidRPr="004645B2">
        <w:rPr>
          <w:rFonts w:cs="Arial"/>
          <w:color w:val="000000" w:themeColor="text1"/>
          <w:szCs w:val="24"/>
        </w:rPr>
        <w:t>também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elementos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podem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ser </w:t>
      </w:r>
      <w:proofErr w:type="spellStart"/>
      <w:r w:rsidRPr="004645B2">
        <w:rPr>
          <w:rFonts w:cs="Arial"/>
          <w:color w:val="000000" w:themeColor="text1"/>
          <w:szCs w:val="24"/>
        </w:rPr>
        <w:t>úteis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para:</w:t>
      </w:r>
    </w:p>
    <w:p w14:paraId="60A1C880" w14:textId="77777777" w:rsidR="00D116AD" w:rsidRPr="004645B2" w:rsidRDefault="00D116AD" w:rsidP="00D116AD">
      <w:pPr>
        <w:pStyle w:val="PargrafodaLista"/>
        <w:numPr>
          <w:ilvl w:val="0"/>
          <w:numId w:val="16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Empoderar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atores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cooperativas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catadores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para que se </w:t>
      </w:r>
      <w:proofErr w:type="spellStart"/>
      <w:r w:rsidRPr="004645B2">
        <w:rPr>
          <w:rFonts w:cs="Arial"/>
          <w:color w:val="000000" w:themeColor="text1"/>
          <w:szCs w:val="24"/>
        </w:rPr>
        <w:t>formem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protagonistas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beneficiários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diretos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valorização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resíduos</w:t>
      </w:r>
      <w:proofErr w:type="spellEnd"/>
      <w:r w:rsidRPr="004645B2">
        <w:rPr>
          <w:rFonts w:cs="Arial"/>
          <w:color w:val="000000" w:themeColor="text1"/>
          <w:szCs w:val="24"/>
        </w:rPr>
        <w:t>;</w:t>
      </w:r>
    </w:p>
    <w:p w14:paraId="3995D26F" w14:textId="77777777" w:rsidR="00D116AD" w:rsidRPr="004645B2" w:rsidRDefault="00D116AD" w:rsidP="00D116AD">
      <w:pPr>
        <w:pStyle w:val="PargrafodaLista"/>
        <w:numPr>
          <w:ilvl w:val="0"/>
          <w:numId w:val="16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Distribuir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valor </w:t>
      </w:r>
      <w:proofErr w:type="spellStart"/>
      <w:r w:rsidRPr="004645B2">
        <w:rPr>
          <w:rFonts w:cs="Arial"/>
          <w:color w:val="000000" w:themeColor="text1"/>
          <w:szCs w:val="24"/>
        </w:rPr>
        <w:t>gerado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forma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equitativa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dentro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em </w:t>
      </w:r>
      <w:proofErr w:type="spellStart"/>
      <w:r w:rsidRPr="004645B2">
        <w:rPr>
          <w:rFonts w:cs="Arial"/>
          <w:color w:val="000000" w:themeColor="text1"/>
          <w:szCs w:val="24"/>
        </w:rPr>
        <w:t>vez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concentrá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-lo em </w:t>
      </w:r>
      <w:proofErr w:type="spellStart"/>
      <w:r w:rsidRPr="004645B2">
        <w:rPr>
          <w:rFonts w:cs="Arial"/>
          <w:color w:val="000000" w:themeColor="text1"/>
          <w:szCs w:val="24"/>
        </w:rPr>
        <w:t>grandes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empresas</w:t>
      </w:r>
      <w:proofErr w:type="spellEnd"/>
      <w:r w:rsidRPr="004645B2">
        <w:rPr>
          <w:rFonts w:cs="Arial"/>
          <w:color w:val="000000" w:themeColor="text1"/>
          <w:szCs w:val="24"/>
        </w:rPr>
        <w:t>;</w:t>
      </w:r>
    </w:p>
    <w:p w14:paraId="43B6B06F" w14:textId="77777777" w:rsidR="00D116AD" w:rsidRDefault="00D116AD" w:rsidP="00D116AD">
      <w:pPr>
        <w:pStyle w:val="PargrafodaLista"/>
        <w:numPr>
          <w:ilvl w:val="0"/>
          <w:numId w:val="16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Promover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cultura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circularidade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baseada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princípios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cooperação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responsabilidade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conjunta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vez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incentivos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mercado.</w:t>
      </w:r>
    </w:p>
    <w:p w14:paraId="529B706F" w14:textId="77777777" w:rsidR="00D116AD" w:rsidRPr="004645B2" w:rsidRDefault="00D116AD" w:rsidP="00D116AD">
      <w:pPr>
        <w:pStyle w:val="PargrafodaLista"/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</w:p>
    <w:p w14:paraId="3035318F" w14:textId="77777777" w:rsidR="00D116AD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>2.3</w:t>
      </w:r>
      <w:r w:rsidRPr="004645B2">
        <w:rPr>
          <w:rFonts w:cs="Arial"/>
          <w:b/>
          <w:bCs/>
          <w:color w:val="000000" w:themeColor="text1"/>
          <w:szCs w:val="24"/>
        </w:rPr>
        <w:tab/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Bancos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Comunitários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(BCDs):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Inovações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Financeiras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para o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Território</w:t>
      </w:r>
      <w:proofErr w:type="spellEnd"/>
    </w:p>
    <w:p w14:paraId="03BB0F9F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14:paraId="3A5303FB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Bancos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Comunitários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(BCDs)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definidos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França Filho (2013)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“</w:t>
      </w:r>
      <w:proofErr w:type="spellStart"/>
      <w:r w:rsidRPr="004645B2">
        <w:rPr>
          <w:rFonts w:cs="Arial"/>
          <w:color w:val="000000" w:themeColor="text1"/>
          <w:szCs w:val="24"/>
        </w:rPr>
        <w:t>serviços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financeiros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solidários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de </w:t>
      </w:r>
      <w:proofErr w:type="spellStart"/>
      <w:r w:rsidRPr="004645B2">
        <w:rPr>
          <w:rFonts w:cs="Arial"/>
          <w:color w:val="000000" w:themeColor="text1"/>
          <w:szCs w:val="24"/>
        </w:rPr>
        <w:t>natureza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associativa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comunitária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voltados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a </w:t>
      </w:r>
      <w:proofErr w:type="spellStart"/>
      <w:r w:rsidRPr="004645B2">
        <w:rPr>
          <w:rFonts w:cs="Arial"/>
          <w:color w:val="000000" w:themeColor="text1"/>
          <w:szCs w:val="24"/>
        </w:rPr>
        <w:t>geração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trabalho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renda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perspectiva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reorganização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4645B2">
        <w:rPr>
          <w:rFonts w:cs="Arial"/>
          <w:color w:val="000000" w:themeColor="text1"/>
          <w:szCs w:val="24"/>
        </w:rPr>
        <w:t>economias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”. </w:t>
      </w:r>
      <w:proofErr w:type="spellStart"/>
      <w:r w:rsidRPr="004645B2">
        <w:rPr>
          <w:rFonts w:cs="Arial"/>
          <w:color w:val="000000" w:themeColor="text1"/>
          <w:szCs w:val="24"/>
        </w:rPr>
        <w:t>Inspirados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experiência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pioneira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Banco Palmas (1998),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BCDs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instituições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geridas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pela </w:t>
      </w:r>
      <w:proofErr w:type="spellStart"/>
      <w:r w:rsidRPr="004645B2">
        <w:rPr>
          <w:rFonts w:cs="Arial"/>
          <w:color w:val="000000" w:themeColor="text1"/>
          <w:szCs w:val="24"/>
        </w:rPr>
        <w:t>própria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cujo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objetivo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o </w:t>
      </w:r>
      <w:proofErr w:type="spellStart"/>
      <w:r w:rsidRPr="004645B2">
        <w:rPr>
          <w:rFonts w:cs="Arial"/>
          <w:color w:val="000000" w:themeColor="text1"/>
          <w:szCs w:val="24"/>
        </w:rPr>
        <w:t>lucro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mas o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territorial </w:t>
      </w:r>
      <w:proofErr w:type="spellStart"/>
      <w:r w:rsidRPr="004645B2">
        <w:rPr>
          <w:rFonts w:cs="Arial"/>
          <w:color w:val="000000" w:themeColor="text1"/>
          <w:szCs w:val="24"/>
        </w:rPr>
        <w:t>endógeno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(Moraes et al., 2014).</w:t>
      </w:r>
    </w:p>
    <w:p w14:paraId="1DCC7706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No </w:t>
      </w:r>
      <w:proofErr w:type="spellStart"/>
      <w:r w:rsidRPr="004645B2">
        <w:rPr>
          <w:rFonts w:cs="Arial"/>
          <w:color w:val="000000" w:themeColor="text1"/>
          <w:szCs w:val="24"/>
        </w:rPr>
        <w:t>cerne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um BCD é um </w:t>
      </w:r>
      <w:proofErr w:type="spellStart"/>
      <w:r w:rsidRPr="004645B2">
        <w:rPr>
          <w:rFonts w:cs="Arial"/>
          <w:color w:val="000000" w:themeColor="text1"/>
          <w:szCs w:val="24"/>
        </w:rPr>
        <w:t>instrumento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financeiro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associativo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comunitário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cuja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propriedade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governança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mantidas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pelos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habitantes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território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Ao </w:t>
      </w:r>
      <w:proofErr w:type="spellStart"/>
      <w:r w:rsidRPr="004645B2">
        <w:rPr>
          <w:rFonts w:cs="Arial"/>
          <w:color w:val="000000" w:themeColor="text1"/>
          <w:szCs w:val="24"/>
        </w:rPr>
        <w:t>contrário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bancos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tradicionais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este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banco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busca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maximizar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lucros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mas </w:t>
      </w:r>
      <w:proofErr w:type="spellStart"/>
      <w:r w:rsidRPr="004645B2">
        <w:rPr>
          <w:rFonts w:cs="Arial"/>
          <w:color w:val="000000" w:themeColor="text1"/>
          <w:szCs w:val="24"/>
        </w:rPr>
        <w:t>fomentar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territorial </w:t>
      </w:r>
      <w:proofErr w:type="spellStart"/>
      <w:r w:rsidRPr="004645B2">
        <w:rPr>
          <w:rFonts w:cs="Arial"/>
          <w:color w:val="000000" w:themeColor="text1"/>
          <w:szCs w:val="24"/>
        </w:rPr>
        <w:t>endógeno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solidário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(Moraes et al., 2014).</w:t>
      </w:r>
    </w:p>
    <w:p w14:paraId="47FED58E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</w:p>
    <w:p w14:paraId="16538127" w14:textId="77777777" w:rsidR="00D116AD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>2.3.1</w:t>
      </w:r>
      <w:r w:rsidRPr="004645B2">
        <w:rPr>
          <w:rFonts w:cs="Arial"/>
          <w:b/>
          <w:bCs/>
          <w:color w:val="000000" w:themeColor="text1"/>
          <w:szCs w:val="24"/>
        </w:rPr>
        <w:tab/>
        <w:t xml:space="preserve">A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Tríade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Operações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: Moeda Social,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Microcrédito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e Fomento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Comunitário</w:t>
      </w:r>
      <w:proofErr w:type="spellEnd"/>
    </w:p>
    <w:p w14:paraId="1C8E8378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14:paraId="22566551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proofErr w:type="gramStart"/>
      <w:r w:rsidRPr="004645B2">
        <w:rPr>
          <w:rFonts w:cs="Arial"/>
          <w:color w:val="000000" w:themeColor="text1"/>
          <w:szCs w:val="24"/>
        </w:rPr>
        <w:lastRenderedPageBreak/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abordagem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BCDs </w:t>
      </w:r>
      <w:proofErr w:type="spellStart"/>
      <w:r w:rsidRPr="004645B2">
        <w:rPr>
          <w:rFonts w:cs="Arial"/>
          <w:color w:val="000000" w:themeColor="text1"/>
          <w:szCs w:val="24"/>
        </w:rPr>
        <w:t>gira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torno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três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instrumentos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atuam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forma </w:t>
      </w:r>
      <w:proofErr w:type="spellStart"/>
      <w:r w:rsidRPr="004645B2">
        <w:rPr>
          <w:rFonts w:cs="Arial"/>
          <w:color w:val="000000" w:themeColor="text1"/>
          <w:szCs w:val="24"/>
        </w:rPr>
        <w:t>coordenada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estimular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econômico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área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local:</w:t>
      </w:r>
    </w:p>
    <w:p w14:paraId="67799C48" w14:textId="77777777" w:rsidR="00D116AD" w:rsidRPr="004645B2" w:rsidRDefault="00D116AD" w:rsidP="00D116AD">
      <w:pPr>
        <w:pStyle w:val="PargrafodaLista"/>
        <w:numPr>
          <w:ilvl w:val="0"/>
          <w:numId w:val="17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>Moeda Social</w:t>
      </w:r>
      <w:r w:rsidRPr="004645B2">
        <w:rPr>
          <w:rFonts w:cs="Arial"/>
          <w:color w:val="000000" w:themeColor="text1"/>
          <w:szCs w:val="24"/>
        </w:rPr>
        <w:t xml:space="preserve">: É o principal </w:t>
      </w:r>
      <w:proofErr w:type="spellStart"/>
      <w:r w:rsidRPr="004645B2">
        <w:rPr>
          <w:rFonts w:cs="Arial"/>
          <w:color w:val="000000" w:themeColor="text1"/>
          <w:szCs w:val="24"/>
        </w:rPr>
        <w:t>dispositivo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BCD e </w:t>
      </w:r>
      <w:proofErr w:type="spellStart"/>
      <w:r w:rsidRPr="004645B2">
        <w:rPr>
          <w:rFonts w:cs="Arial"/>
          <w:color w:val="000000" w:themeColor="text1"/>
          <w:szCs w:val="24"/>
        </w:rPr>
        <w:t>seu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diferencial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A </w:t>
      </w:r>
      <w:proofErr w:type="spellStart"/>
      <w:r w:rsidRPr="004645B2">
        <w:rPr>
          <w:rFonts w:cs="Arial"/>
          <w:color w:val="000000" w:themeColor="text1"/>
          <w:szCs w:val="24"/>
        </w:rPr>
        <w:t>moeda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social, com </w:t>
      </w:r>
      <w:proofErr w:type="spellStart"/>
      <w:r w:rsidRPr="004645B2">
        <w:rPr>
          <w:rFonts w:cs="Arial"/>
          <w:color w:val="000000" w:themeColor="text1"/>
          <w:szCs w:val="24"/>
        </w:rPr>
        <w:t>circulação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restrita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território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garante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a </w:t>
      </w:r>
      <w:proofErr w:type="spellStart"/>
      <w:r w:rsidRPr="004645B2">
        <w:rPr>
          <w:rFonts w:cs="Arial"/>
          <w:color w:val="000000" w:themeColor="text1"/>
          <w:szCs w:val="24"/>
        </w:rPr>
        <w:t>riqueza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gerada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localmente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permaneça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circule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própria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fortalecendo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comércio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pequenos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produtores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Ela </w:t>
      </w:r>
      <w:proofErr w:type="spellStart"/>
      <w:r w:rsidRPr="004645B2">
        <w:rPr>
          <w:rFonts w:cs="Arial"/>
          <w:color w:val="000000" w:themeColor="text1"/>
          <w:szCs w:val="24"/>
        </w:rPr>
        <w:t>funciona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catalisador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redes de </w:t>
      </w:r>
      <w:proofErr w:type="spellStart"/>
      <w:r w:rsidRPr="004645B2">
        <w:rPr>
          <w:rFonts w:cs="Arial"/>
          <w:color w:val="000000" w:themeColor="text1"/>
          <w:szCs w:val="24"/>
        </w:rPr>
        <w:t>produção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consumo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estimulando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solidariedade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o </w:t>
      </w:r>
      <w:proofErr w:type="spellStart"/>
      <w:r w:rsidRPr="004645B2">
        <w:rPr>
          <w:rFonts w:cs="Arial"/>
          <w:color w:val="000000" w:themeColor="text1"/>
          <w:szCs w:val="24"/>
        </w:rPr>
        <w:t>sentimento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pertencimento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Lietaer</w:t>
      </w:r>
      <w:proofErr w:type="spellEnd"/>
      <w:r w:rsidRPr="004645B2">
        <w:rPr>
          <w:rFonts w:cs="Arial"/>
          <w:color w:val="000000" w:themeColor="text1"/>
          <w:szCs w:val="24"/>
        </w:rPr>
        <w:t>; Kennedy, 2018);</w:t>
      </w:r>
    </w:p>
    <w:p w14:paraId="3F6D576A" w14:textId="77777777" w:rsidR="00D116AD" w:rsidRPr="004645B2" w:rsidRDefault="00D116AD" w:rsidP="00D116AD">
      <w:pPr>
        <w:pStyle w:val="PargrafodaLista"/>
        <w:numPr>
          <w:ilvl w:val="0"/>
          <w:numId w:val="17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Microcrédito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Solidário</w:t>
      </w:r>
      <w:r w:rsidRPr="004645B2">
        <w:rPr>
          <w:rFonts w:cs="Arial"/>
          <w:color w:val="000000" w:themeColor="text1"/>
          <w:szCs w:val="24"/>
        </w:rPr>
        <w:t xml:space="preserve">: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BCDs </w:t>
      </w:r>
      <w:proofErr w:type="spellStart"/>
      <w:r w:rsidRPr="004645B2">
        <w:rPr>
          <w:rFonts w:cs="Arial"/>
          <w:color w:val="000000" w:themeColor="text1"/>
          <w:szCs w:val="24"/>
        </w:rPr>
        <w:t>oferecem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linhas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crédito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moeda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oficial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em </w:t>
      </w:r>
      <w:proofErr w:type="spellStart"/>
      <w:r w:rsidRPr="004645B2">
        <w:rPr>
          <w:rFonts w:cs="Arial"/>
          <w:color w:val="000000" w:themeColor="text1"/>
          <w:szCs w:val="24"/>
        </w:rPr>
        <w:t>moeda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social, a </w:t>
      </w:r>
      <w:proofErr w:type="spellStart"/>
      <w:r w:rsidRPr="004645B2">
        <w:rPr>
          <w:rFonts w:cs="Arial"/>
          <w:color w:val="000000" w:themeColor="text1"/>
          <w:szCs w:val="24"/>
        </w:rPr>
        <w:t>juros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baixos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nulos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para </w:t>
      </w:r>
      <w:proofErr w:type="spellStart"/>
      <w:r w:rsidRPr="004645B2">
        <w:rPr>
          <w:rFonts w:cs="Arial"/>
          <w:color w:val="000000" w:themeColor="text1"/>
          <w:szCs w:val="24"/>
        </w:rPr>
        <w:t>pequenos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empreendedores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crédito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produtivo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) e para o </w:t>
      </w:r>
      <w:proofErr w:type="spellStart"/>
      <w:r w:rsidRPr="004645B2">
        <w:rPr>
          <w:rFonts w:cs="Arial"/>
          <w:color w:val="000000" w:themeColor="text1"/>
          <w:szCs w:val="24"/>
        </w:rPr>
        <w:t>consumo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4645B2">
        <w:rPr>
          <w:rFonts w:cs="Arial"/>
          <w:color w:val="000000" w:themeColor="text1"/>
          <w:szCs w:val="24"/>
        </w:rPr>
        <w:t>famílias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Esse </w:t>
      </w:r>
      <w:proofErr w:type="spellStart"/>
      <w:r w:rsidRPr="004645B2">
        <w:rPr>
          <w:rFonts w:cs="Arial"/>
          <w:color w:val="000000" w:themeColor="text1"/>
          <w:szCs w:val="24"/>
        </w:rPr>
        <w:t>crédito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concedido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base na </w:t>
      </w:r>
      <w:proofErr w:type="spellStart"/>
      <w:r w:rsidRPr="004645B2">
        <w:rPr>
          <w:rFonts w:cs="Arial"/>
          <w:color w:val="000000" w:themeColor="text1"/>
          <w:szCs w:val="24"/>
        </w:rPr>
        <w:t>confiança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no “aval </w:t>
      </w:r>
      <w:proofErr w:type="spellStart"/>
      <w:r w:rsidRPr="004645B2">
        <w:rPr>
          <w:rFonts w:cs="Arial"/>
          <w:color w:val="000000" w:themeColor="text1"/>
          <w:szCs w:val="24"/>
        </w:rPr>
        <w:t>solidário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 da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em </w:t>
      </w:r>
      <w:proofErr w:type="spellStart"/>
      <w:r w:rsidRPr="004645B2">
        <w:rPr>
          <w:rFonts w:cs="Arial"/>
          <w:color w:val="000000" w:themeColor="text1"/>
          <w:szCs w:val="24"/>
        </w:rPr>
        <w:t>oposição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às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garantias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exigidas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sistema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financeiro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tradicional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(Barone et al., 2002);</w:t>
      </w:r>
    </w:p>
    <w:p w14:paraId="60BF4E81" w14:textId="77777777" w:rsidR="00D116AD" w:rsidRPr="004645B2" w:rsidRDefault="00D116AD" w:rsidP="00D116AD">
      <w:pPr>
        <w:pStyle w:val="PargrafodaLista"/>
        <w:numPr>
          <w:ilvl w:val="0"/>
          <w:numId w:val="17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Ações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de Fomento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Comunitário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: </w:t>
      </w:r>
      <w:proofErr w:type="spellStart"/>
      <w:r w:rsidRPr="004645B2">
        <w:rPr>
          <w:rFonts w:cs="Arial"/>
          <w:color w:val="000000" w:themeColor="text1"/>
          <w:szCs w:val="24"/>
        </w:rPr>
        <w:t>Além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serviços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financeiros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BCDs </w:t>
      </w:r>
      <w:proofErr w:type="spellStart"/>
      <w:r w:rsidRPr="004645B2">
        <w:rPr>
          <w:rFonts w:cs="Arial"/>
          <w:color w:val="000000" w:themeColor="text1"/>
          <w:szCs w:val="24"/>
        </w:rPr>
        <w:t>atuam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agentes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oferecendo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capacitação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treinamento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), </w:t>
      </w:r>
      <w:proofErr w:type="spellStart"/>
      <w:r w:rsidRPr="004645B2">
        <w:rPr>
          <w:rFonts w:cs="Arial"/>
          <w:color w:val="000000" w:themeColor="text1"/>
          <w:szCs w:val="24"/>
        </w:rPr>
        <w:t>educação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financeira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apoio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projetos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culturais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ambientais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Este </w:t>
      </w:r>
      <w:proofErr w:type="spellStart"/>
      <w:r w:rsidRPr="004645B2">
        <w:rPr>
          <w:rFonts w:cs="Arial"/>
          <w:color w:val="000000" w:themeColor="text1"/>
          <w:szCs w:val="24"/>
        </w:rPr>
        <w:t>aspecto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formativo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particularmente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importante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constituir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cidadania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financeira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autônoma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(Freire, 2011).</w:t>
      </w:r>
    </w:p>
    <w:p w14:paraId="26339244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A </w:t>
      </w:r>
      <w:proofErr w:type="spellStart"/>
      <w:r w:rsidRPr="004645B2">
        <w:rPr>
          <w:rFonts w:cs="Arial"/>
          <w:color w:val="000000" w:themeColor="text1"/>
          <w:szCs w:val="24"/>
        </w:rPr>
        <w:t>Figura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3 </w:t>
      </w:r>
      <w:proofErr w:type="spellStart"/>
      <w:r w:rsidRPr="004645B2">
        <w:rPr>
          <w:rFonts w:cs="Arial"/>
          <w:color w:val="000000" w:themeColor="text1"/>
          <w:szCs w:val="24"/>
        </w:rPr>
        <w:t>além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representar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Tríade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Operações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reflete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forma </w:t>
      </w:r>
      <w:proofErr w:type="spellStart"/>
      <w:r w:rsidRPr="004645B2">
        <w:rPr>
          <w:rFonts w:cs="Arial"/>
          <w:color w:val="000000" w:themeColor="text1"/>
          <w:szCs w:val="24"/>
        </w:rPr>
        <w:t>geral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Fluxograma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maioria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Bancos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Comunitários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no </w:t>
      </w:r>
      <w:proofErr w:type="spellStart"/>
      <w:r w:rsidRPr="004645B2">
        <w:rPr>
          <w:rFonts w:cs="Arial"/>
          <w:color w:val="000000" w:themeColor="text1"/>
          <w:szCs w:val="24"/>
        </w:rPr>
        <w:t>Brasil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composto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237F07A8" w14:textId="77777777" w:rsidR="00D116AD" w:rsidRPr="004645B2" w:rsidRDefault="00D116AD" w:rsidP="00D116AD">
      <w:pPr>
        <w:spacing w:after="120" w:line="240" w:lineRule="auto"/>
        <w:jc w:val="center"/>
        <w:rPr>
          <w:rFonts w:cs="Arial"/>
          <w:color w:val="000000" w:themeColor="text1"/>
          <w:szCs w:val="24"/>
        </w:rPr>
      </w:pPr>
      <w:r w:rsidRPr="004645B2">
        <w:rPr>
          <w:rFonts w:cs="Arial"/>
          <w:noProof/>
        </w:rPr>
        <w:drawing>
          <wp:inline distT="0" distB="0" distL="0" distR="0" wp14:anchorId="3D5F427F" wp14:editId="0A86D456">
            <wp:extent cx="4670425" cy="4122420"/>
            <wp:effectExtent l="0" t="0" r="0" b="0"/>
            <wp:docPr id="1454966047" name="Imagem 1" descr="Di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66047" name="Imagem 1" descr="Diagra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58069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color w:val="000000" w:themeColor="text1"/>
          <w:sz w:val="20"/>
          <w:szCs w:val="20"/>
        </w:rPr>
      </w:pPr>
    </w:p>
    <w:p w14:paraId="7A2C27D0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color w:val="000000" w:themeColor="text1"/>
          <w:sz w:val="20"/>
          <w:szCs w:val="20"/>
        </w:rPr>
      </w:pPr>
      <w:proofErr w:type="spellStart"/>
      <w:r w:rsidRPr="004645B2">
        <w:rPr>
          <w:rFonts w:cs="Arial"/>
          <w:color w:val="000000" w:themeColor="text1"/>
          <w:sz w:val="20"/>
          <w:szCs w:val="20"/>
        </w:rPr>
        <w:t>Figura</w:t>
      </w:r>
      <w:proofErr w:type="spellEnd"/>
      <w:r w:rsidRPr="004645B2">
        <w:rPr>
          <w:rFonts w:cs="Arial"/>
          <w:color w:val="000000" w:themeColor="text1"/>
          <w:sz w:val="20"/>
          <w:szCs w:val="20"/>
        </w:rPr>
        <w:t xml:space="preserve"> </w:t>
      </w:r>
      <w:r>
        <w:rPr>
          <w:rFonts w:cs="Arial"/>
          <w:color w:val="000000" w:themeColor="text1"/>
          <w:sz w:val="20"/>
          <w:szCs w:val="20"/>
        </w:rPr>
        <w:t xml:space="preserve">2 </w:t>
      </w:r>
      <w:r w:rsidRPr="004645B2">
        <w:rPr>
          <w:rFonts w:cs="Arial"/>
          <w:color w:val="000000" w:themeColor="text1"/>
          <w:sz w:val="20"/>
          <w:szCs w:val="20"/>
        </w:rPr>
        <w:t xml:space="preserve">– </w:t>
      </w:r>
      <w:proofErr w:type="spellStart"/>
      <w:r w:rsidRPr="004645B2">
        <w:rPr>
          <w:rFonts w:cs="Arial"/>
          <w:color w:val="000000" w:themeColor="text1"/>
          <w:sz w:val="20"/>
          <w:szCs w:val="20"/>
        </w:rPr>
        <w:t>Fluxograma</w:t>
      </w:r>
      <w:proofErr w:type="spellEnd"/>
      <w:r w:rsidRPr="004645B2">
        <w:rPr>
          <w:rFonts w:cs="Arial"/>
          <w:color w:val="000000" w:themeColor="text1"/>
          <w:sz w:val="20"/>
          <w:szCs w:val="20"/>
        </w:rPr>
        <w:t xml:space="preserve"> da </w:t>
      </w:r>
      <w:proofErr w:type="spellStart"/>
      <w:r w:rsidRPr="004645B2">
        <w:rPr>
          <w:rFonts w:cs="Arial"/>
          <w:color w:val="000000" w:themeColor="text1"/>
          <w:sz w:val="20"/>
          <w:szCs w:val="20"/>
        </w:rPr>
        <w:t>Maioria</w:t>
      </w:r>
      <w:proofErr w:type="spellEnd"/>
      <w:r w:rsidRPr="004645B2">
        <w:rPr>
          <w:rFonts w:cs="Arial"/>
          <w:color w:val="000000" w:themeColor="text1"/>
          <w:sz w:val="20"/>
          <w:szCs w:val="20"/>
        </w:rPr>
        <w:t xml:space="preserve"> dos </w:t>
      </w:r>
      <w:proofErr w:type="spellStart"/>
      <w:r w:rsidRPr="004645B2">
        <w:rPr>
          <w:rFonts w:cs="Arial"/>
          <w:color w:val="000000" w:themeColor="text1"/>
          <w:sz w:val="20"/>
          <w:szCs w:val="20"/>
        </w:rPr>
        <w:t>Bancos</w:t>
      </w:r>
      <w:proofErr w:type="spellEnd"/>
      <w:r w:rsidRPr="004645B2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4645B2">
        <w:rPr>
          <w:rFonts w:cs="Arial"/>
          <w:color w:val="000000" w:themeColor="text1"/>
          <w:sz w:val="20"/>
          <w:szCs w:val="20"/>
        </w:rPr>
        <w:t>Comunitários</w:t>
      </w:r>
      <w:proofErr w:type="spellEnd"/>
      <w:r w:rsidRPr="004645B2">
        <w:rPr>
          <w:rFonts w:cs="Arial"/>
          <w:color w:val="000000" w:themeColor="text1"/>
          <w:sz w:val="20"/>
          <w:szCs w:val="20"/>
        </w:rPr>
        <w:t xml:space="preserve"> de </w:t>
      </w:r>
      <w:proofErr w:type="spellStart"/>
      <w:r w:rsidRPr="004645B2">
        <w:rPr>
          <w:rFonts w:cs="Arial"/>
          <w:color w:val="000000" w:themeColor="text1"/>
          <w:sz w:val="20"/>
          <w:szCs w:val="20"/>
        </w:rPr>
        <w:t>Desenvolvimento</w:t>
      </w:r>
      <w:proofErr w:type="spellEnd"/>
      <w:r w:rsidRPr="004645B2">
        <w:rPr>
          <w:rFonts w:cs="Arial"/>
          <w:color w:val="000000" w:themeColor="text1"/>
          <w:sz w:val="20"/>
          <w:szCs w:val="20"/>
        </w:rPr>
        <w:t xml:space="preserve"> no </w:t>
      </w:r>
      <w:proofErr w:type="spellStart"/>
      <w:r w:rsidRPr="004645B2">
        <w:rPr>
          <w:rFonts w:cs="Arial"/>
          <w:color w:val="000000" w:themeColor="text1"/>
          <w:sz w:val="20"/>
          <w:szCs w:val="20"/>
        </w:rPr>
        <w:t>Brasil</w:t>
      </w:r>
      <w:proofErr w:type="spellEnd"/>
    </w:p>
    <w:p w14:paraId="0B005771" w14:textId="77777777" w:rsidR="00D116AD" w:rsidRPr="004645B2" w:rsidRDefault="00D116AD" w:rsidP="00D116AD">
      <w:pPr>
        <w:spacing w:after="120" w:line="240" w:lineRule="auto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 w:val="20"/>
          <w:szCs w:val="20"/>
        </w:rPr>
        <w:t>Fonte: Instituto Banco Palmas (2013)</w:t>
      </w:r>
    </w:p>
    <w:p w14:paraId="27274DB6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left="360"/>
        <w:jc w:val="both"/>
        <w:rPr>
          <w:rFonts w:cs="Arial"/>
          <w:color w:val="000000" w:themeColor="text1"/>
          <w:szCs w:val="24"/>
        </w:rPr>
      </w:pPr>
    </w:p>
    <w:p w14:paraId="29DD19C8" w14:textId="77777777" w:rsidR="00D116AD" w:rsidRPr="004645B2" w:rsidRDefault="00D116AD" w:rsidP="00D116AD">
      <w:pPr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 xml:space="preserve">3.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Métodos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técnicas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pesquisa</w:t>
      </w:r>
      <w:proofErr w:type="spellEnd"/>
    </w:p>
    <w:p w14:paraId="2232DF41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A </w:t>
      </w:r>
      <w:proofErr w:type="spellStart"/>
      <w:r w:rsidRPr="004645B2">
        <w:rPr>
          <w:rFonts w:cs="Arial"/>
          <w:color w:val="000000" w:themeColor="text1"/>
          <w:szCs w:val="24"/>
        </w:rPr>
        <w:t>Revisão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Literatura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etapa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fundamental de </w:t>
      </w:r>
      <w:proofErr w:type="spellStart"/>
      <w:r w:rsidRPr="004645B2">
        <w:rPr>
          <w:rFonts w:cs="Arial"/>
          <w:color w:val="000000" w:themeColor="text1"/>
          <w:szCs w:val="24"/>
        </w:rPr>
        <w:t>qualquer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investigação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científica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consistindo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análise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aprofundada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criteriosa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estudos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já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existentes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sobre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determinado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(Gil, 2019). Longe de ser um </w:t>
      </w:r>
      <w:proofErr w:type="spellStart"/>
      <w:r w:rsidRPr="004645B2">
        <w:rPr>
          <w:rFonts w:cs="Arial"/>
          <w:color w:val="000000" w:themeColor="text1"/>
          <w:szCs w:val="24"/>
        </w:rPr>
        <w:t>mero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inventário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teorias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conceitos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</w:t>
      </w:r>
      <w:proofErr w:type="spellStart"/>
      <w:r w:rsidRPr="004645B2">
        <w:rPr>
          <w:rFonts w:cs="Arial"/>
          <w:color w:val="000000" w:themeColor="text1"/>
          <w:szCs w:val="24"/>
        </w:rPr>
        <w:t>revisão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literatura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constitui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alicerce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sustenta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justifica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pesquisa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permitindo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pesquisador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compreender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“</w:t>
      </w:r>
      <w:proofErr w:type="spellStart"/>
      <w:r w:rsidRPr="004645B2">
        <w:rPr>
          <w:rFonts w:cs="Arial"/>
          <w:color w:val="000000" w:themeColor="text1"/>
          <w:szCs w:val="24"/>
        </w:rPr>
        <w:t>estado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arte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 de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área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identificar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lacunas e, </w:t>
      </w:r>
      <w:proofErr w:type="spellStart"/>
      <w:r w:rsidRPr="004645B2">
        <w:rPr>
          <w:rFonts w:cs="Arial"/>
          <w:color w:val="000000" w:themeColor="text1"/>
          <w:szCs w:val="24"/>
        </w:rPr>
        <w:t>assim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delimitar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</w:t>
      </w:r>
      <w:proofErr w:type="spellStart"/>
      <w:r w:rsidRPr="004645B2">
        <w:rPr>
          <w:rFonts w:cs="Arial"/>
          <w:color w:val="000000" w:themeColor="text1"/>
          <w:szCs w:val="24"/>
        </w:rPr>
        <w:t>clareza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contribuição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original.</w:t>
      </w:r>
    </w:p>
    <w:p w14:paraId="14AB930A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Neste </w:t>
      </w:r>
      <w:proofErr w:type="spellStart"/>
      <w:r w:rsidRPr="004645B2">
        <w:rPr>
          <w:rFonts w:cs="Arial"/>
          <w:color w:val="000000" w:themeColor="text1"/>
          <w:szCs w:val="24"/>
        </w:rPr>
        <w:t>trabalho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optou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-se pela </w:t>
      </w:r>
      <w:proofErr w:type="spellStart"/>
      <w:r w:rsidRPr="004645B2">
        <w:rPr>
          <w:rFonts w:cs="Arial"/>
          <w:color w:val="000000" w:themeColor="text1"/>
          <w:szCs w:val="24"/>
        </w:rPr>
        <w:t>Revisão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Narrativa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Literatura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(RNL),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modalidade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revisão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se </w:t>
      </w:r>
      <w:proofErr w:type="spellStart"/>
      <w:r w:rsidRPr="004645B2">
        <w:rPr>
          <w:rFonts w:cs="Arial"/>
          <w:color w:val="000000" w:themeColor="text1"/>
          <w:szCs w:val="24"/>
        </w:rPr>
        <w:t>caracteriza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pela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flexibilidade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profundidade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interpretativa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spellStart"/>
      <w:r w:rsidRPr="004645B2">
        <w:rPr>
          <w:rFonts w:cs="Arial"/>
          <w:color w:val="000000" w:themeColor="text1"/>
          <w:szCs w:val="24"/>
        </w:rPr>
        <w:t>Diferentemente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abordagens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estruturadas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RNL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se </w:t>
      </w:r>
      <w:proofErr w:type="spellStart"/>
      <w:r w:rsidRPr="004645B2">
        <w:rPr>
          <w:rFonts w:cs="Arial"/>
          <w:color w:val="000000" w:themeColor="text1"/>
          <w:szCs w:val="24"/>
        </w:rPr>
        <w:t>prende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protocolo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rígido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busca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extração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dados. Seu valor </w:t>
      </w:r>
      <w:proofErr w:type="gramStart"/>
      <w:r w:rsidRPr="004645B2">
        <w:rPr>
          <w:rFonts w:cs="Arial"/>
          <w:color w:val="000000" w:themeColor="text1"/>
          <w:szCs w:val="24"/>
        </w:rPr>
        <w:t>reside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habilidade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pesquisador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selecionar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de forma </w:t>
      </w:r>
      <w:proofErr w:type="spellStart"/>
      <w:r w:rsidRPr="004645B2">
        <w:rPr>
          <w:rFonts w:cs="Arial"/>
          <w:color w:val="000000" w:themeColor="text1"/>
          <w:szCs w:val="24"/>
        </w:rPr>
        <w:t>criteriosa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reflexiva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as </w:t>
      </w:r>
      <w:proofErr w:type="spellStart"/>
      <w:r w:rsidRPr="004645B2">
        <w:rPr>
          <w:rFonts w:cs="Arial"/>
          <w:color w:val="000000" w:themeColor="text1"/>
          <w:szCs w:val="24"/>
        </w:rPr>
        <w:t>fontes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pertinentes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a </w:t>
      </w:r>
      <w:proofErr w:type="spellStart"/>
      <w:r w:rsidRPr="004645B2">
        <w:rPr>
          <w:rFonts w:cs="Arial"/>
          <w:color w:val="000000" w:themeColor="text1"/>
          <w:szCs w:val="24"/>
        </w:rPr>
        <w:t>construção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um panorama </w:t>
      </w:r>
      <w:proofErr w:type="spellStart"/>
      <w:r w:rsidRPr="004645B2">
        <w:rPr>
          <w:rFonts w:cs="Arial"/>
          <w:color w:val="000000" w:themeColor="text1"/>
          <w:szCs w:val="24"/>
        </w:rPr>
        <w:t>teórico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coeso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abrangente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sobre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tema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questão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(Rother, 2007). Essa </w:t>
      </w:r>
      <w:proofErr w:type="spellStart"/>
      <w:r w:rsidRPr="004645B2">
        <w:rPr>
          <w:rFonts w:cs="Arial"/>
          <w:color w:val="000000" w:themeColor="text1"/>
          <w:szCs w:val="24"/>
        </w:rPr>
        <w:t>abordagem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permite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tecer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narrativa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conecta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diferentes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autores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conceitos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perspectivas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oferecendo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entendimento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amplo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contextualizado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objeto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estudo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1534929E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A RNL, </w:t>
      </w:r>
      <w:proofErr w:type="spellStart"/>
      <w:r w:rsidRPr="004645B2">
        <w:rPr>
          <w:rFonts w:cs="Arial"/>
          <w:color w:val="000000" w:themeColor="text1"/>
          <w:szCs w:val="24"/>
        </w:rPr>
        <w:t>portanto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é a ferramenta que </w:t>
      </w:r>
      <w:proofErr w:type="spellStart"/>
      <w:r w:rsidRPr="004645B2">
        <w:rPr>
          <w:rFonts w:cs="Arial"/>
          <w:color w:val="000000" w:themeColor="text1"/>
          <w:szCs w:val="24"/>
        </w:rPr>
        <w:t>permite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pesquisador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apenas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resumir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que </w:t>
      </w:r>
      <w:proofErr w:type="spellStart"/>
      <w:r w:rsidRPr="004645B2">
        <w:rPr>
          <w:rFonts w:cs="Arial"/>
          <w:color w:val="000000" w:themeColor="text1"/>
          <w:szCs w:val="24"/>
        </w:rPr>
        <w:t>já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foi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mas </w:t>
      </w:r>
      <w:proofErr w:type="spellStart"/>
      <w:r w:rsidRPr="004645B2">
        <w:rPr>
          <w:rFonts w:cs="Arial"/>
          <w:color w:val="000000" w:themeColor="text1"/>
          <w:szCs w:val="24"/>
        </w:rPr>
        <w:t>também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interpretar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analisar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criticar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conhecimento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acumulado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construindo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diálogo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entre a </w:t>
      </w:r>
      <w:proofErr w:type="spellStart"/>
      <w:r w:rsidRPr="004645B2">
        <w:rPr>
          <w:rFonts w:cs="Arial"/>
          <w:color w:val="000000" w:themeColor="text1"/>
          <w:szCs w:val="24"/>
        </w:rPr>
        <w:t>literatura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existente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objetivos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própria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pesquisa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(Gaspar; Gomes, 2020). É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meio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dela que se </w:t>
      </w:r>
      <w:proofErr w:type="spellStart"/>
      <w:r w:rsidRPr="004645B2">
        <w:rPr>
          <w:rFonts w:cs="Arial"/>
          <w:color w:val="000000" w:themeColor="text1"/>
          <w:szCs w:val="24"/>
        </w:rPr>
        <w:t>estabelece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base </w:t>
      </w:r>
      <w:proofErr w:type="spellStart"/>
      <w:r w:rsidRPr="004645B2">
        <w:rPr>
          <w:rFonts w:cs="Arial"/>
          <w:color w:val="000000" w:themeColor="text1"/>
          <w:szCs w:val="24"/>
        </w:rPr>
        <w:t>conceitual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iluminará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análise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dados e a </w:t>
      </w:r>
      <w:proofErr w:type="spellStart"/>
      <w:r w:rsidRPr="004645B2">
        <w:rPr>
          <w:rFonts w:cs="Arial"/>
          <w:color w:val="000000" w:themeColor="text1"/>
          <w:szCs w:val="24"/>
        </w:rPr>
        <w:t>discussão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resultados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No </w:t>
      </w:r>
      <w:proofErr w:type="spellStart"/>
      <w:r w:rsidRPr="004645B2">
        <w:rPr>
          <w:rFonts w:cs="Arial"/>
          <w:color w:val="000000" w:themeColor="text1"/>
          <w:szCs w:val="24"/>
        </w:rPr>
        <w:t>contexto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pesquisa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RNL assume um </w:t>
      </w:r>
      <w:proofErr w:type="spellStart"/>
      <w:r w:rsidRPr="004645B2">
        <w:rPr>
          <w:rFonts w:cs="Arial"/>
          <w:color w:val="000000" w:themeColor="text1"/>
          <w:szCs w:val="24"/>
        </w:rPr>
        <w:t>papel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multifacetado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estratégico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sendo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crucial para:</w:t>
      </w:r>
    </w:p>
    <w:p w14:paraId="1CE982C7" w14:textId="77777777" w:rsidR="00D116AD" w:rsidRPr="004645B2" w:rsidRDefault="00D116AD" w:rsidP="00D116AD">
      <w:pPr>
        <w:pStyle w:val="PargrafodaLista"/>
        <w:numPr>
          <w:ilvl w:val="0"/>
          <w:numId w:val="14"/>
        </w:numPr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Mapear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Contextualizar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o Campo de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Estudo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: </w:t>
      </w:r>
      <w:r w:rsidRPr="004645B2">
        <w:rPr>
          <w:rFonts w:cs="Arial"/>
          <w:color w:val="000000" w:themeColor="text1"/>
          <w:szCs w:val="24"/>
        </w:rPr>
        <w:t xml:space="preserve">A </w:t>
      </w:r>
      <w:proofErr w:type="spellStart"/>
      <w:r w:rsidRPr="004645B2">
        <w:rPr>
          <w:rFonts w:cs="Arial"/>
          <w:color w:val="000000" w:themeColor="text1"/>
          <w:szCs w:val="24"/>
        </w:rPr>
        <w:t>revisão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narrativa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permitirá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explorar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panorama </w:t>
      </w:r>
      <w:proofErr w:type="spellStart"/>
      <w:r w:rsidRPr="004645B2">
        <w:rPr>
          <w:rFonts w:cs="Arial"/>
          <w:color w:val="000000" w:themeColor="text1"/>
          <w:szCs w:val="24"/>
        </w:rPr>
        <w:t>acadêmico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também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conhecido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“</w:t>
      </w:r>
      <w:proofErr w:type="spellStart"/>
      <w:r w:rsidRPr="004645B2">
        <w:rPr>
          <w:rFonts w:cs="Arial"/>
          <w:color w:val="000000" w:themeColor="text1"/>
          <w:szCs w:val="24"/>
        </w:rPr>
        <w:t>estudo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arte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”) </w:t>
      </w:r>
      <w:proofErr w:type="spellStart"/>
      <w:r w:rsidRPr="004645B2">
        <w:rPr>
          <w:rFonts w:cs="Arial"/>
          <w:color w:val="000000" w:themeColor="text1"/>
          <w:szCs w:val="24"/>
        </w:rPr>
        <w:t>sobre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moedas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Economia </w:t>
      </w:r>
      <w:proofErr w:type="spellStart"/>
      <w:r w:rsidRPr="004645B2">
        <w:rPr>
          <w:rFonts w:cs="Arial"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Economia Circular;</w:t>
      </w:r>
    </w:p>
    <w:p w14:paraId="454ADBCB" w14:textId="77777777" w:rsidR="00D116AD" w:rsidRPr="004645B2" w:rsidRDefault="00D116AD" w:rsidP="00D116AD">
      <w:pPr>
        <w:pStyle w:val="PargrafodaLista"/>
        <w:numPr>
          <w:ilvl w:val="0"/>
          <w:numId w:val="14"/>
        </w:numPr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Estruturação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Analítica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: A </w:t>
      </w:r>
      <w:proofErr w:type="spellStart"/>
      <w:r w:rsidRPr="004645B2">
        <w:rPr>
          <w:rFonts w:cs="Arial"/>
          <w:color w:val="000000" w:themeColor="text1"/>
          <w:szCs w:val="24"/>
        </w:rPr>
        <w:t>partir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mapeamento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realizado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RNL </w:t>
      </w:r>
      <w:proofErr w:type="spellStart"/>
      <w:r w:rsidRPr="004645B2">
        <w:rPr>
          <w:rFonts w:cs="Arial"/>
          <w:color w:val="000000" w:themeColor="text1"/>
          <w:szCs w:val="24"/>
        </w:rPr>
        <w:t>será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base para a </w:t>
      </w:r>
      <w:proofErr w:type="spellStart"/>
      <w:r w:rsidRPr="004645B2">
        <w:rPr>
          <w:rFonts w:cs="Arial"/>
          <w:color w:val="000000" w:themeColor="text1"/>
          <w:szCs w:val="24"/>
        </w:rPr>
        <w:t>construção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referencial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teórico-analítico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trabalho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spellStart"/>
      <w:r w:rsidRPr="004645B2">
        <w:rPr>
          <w:rFonts w:cs="Arial"/>
          <w:color w:val="000000" w:themeColor="text1"/>
          <w:szCs w:val="24"/>
        </w:rPr>
        <w:t>Conceitos-chave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capital social, </w:t>
      </w:r>
      <w:proofErr w:type="spellStart"/>
      <w:r w:rsidRPr="004645B2">
        <w:rPr>
          <w:rFonts w:cs="Arial"/>
          <w:color w:val="000000" w:themeColor="text1"/>
          <w:szCs w:val="24"/>
        </w:rPr>
        <w:t>governança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bens </w:t>
      </w:r>
      <w:proofErr w:type="spellStart"/>
      <w:r w:rsidRPr="004645B2">
        <w:rPr>
          <w:rFonts w:cs="Arial"/>
          <w:color w:val="000000" w:themeColor="text1"/>
          <w:szCs w:val="24"/>
        </w:rPr>
        <w:t>comuns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inovação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</w:t>
      </w:r>
      <w:proofErr w:type="spellStart"/>
      <w:r w:rsidRPr="004645B2">
        <w:rPr>
          <w:rFonts w:cs="Arial"/>
          <w:color w:val="000000" w:themeColor="text1"/>
          <w:szCs w:val="24"/>
        </w:rPr>
        <w:t>serão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aprofundados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articulados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formando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lente </w:t>
      </w:r>
      <w:proofErr w:type="spellStart"/>
      <w:r w:rsidRPr="004645B2">
        <w:rPr>
          <w:rFonts w:cs="Arial"/>
          <w:color w:val="000000" w:themeColor="text1"/>
          <w:szCs w:val="24"/>
        </w:rPr>
        <w:t>teórica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guiará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coleta e, </w:t>
      </w:r>
      <w:proofErr w:type="spellStart"/>
      <w:r w:rsidRPr="004645B2">
        <w:rPr>
          <w:rFonts w:cs="Arial"/>
          <w:color w:val="000000" w:themeColor="text1"/>
          <w:szCs w:val="24"/>
        </w:rPr>
        <w:t>principalmente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interpretação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dados </w:t>
      </w:r>
      <w:proofErr w:type="spellStart"/>
      <w:r w:rsidRPr="004645B2">
        <w:rPr>
          <w:rFonts w:cs="Arial"/>
          <w:color w:val="000000" w:themeColor="text1"/>
          <w:szCs w:val="24"/>
        </w:rPr>
        <w:t>empíricos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coletados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no </w:t>
      </w:r>
      <w:proofErr w:type="spellStart"/>
      <w:r w:rsidRPr="004645B2">
        <w:rPr>
          <w:rFonts w:cs="Arial"/>
          <w:color w:val="000000" w:themeColor="text1"/>
          <w:szCs w:val="24"/>
        </w:rPr>
        <w:t>estudo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caso</w:t>
      </w:r>
      <w:proofErr w:type="spellEnd"/>
      <w:r w:rsidRPr="004645B2">
        <w:rPr>
          <w:rFonts w:cs="Arial"/>
          <w:color w:val="000000" w:themeColor="text1"/>
          <w:szCs w:val="24"/>
        </w:rPr>
        <w:t>;</w:t>
      </w:r>
    </w:p>
    <w:p w14:paraId="63DEC9DE" w14:textId="77777777" w:rsidR="00D116AD" w:rsidRPr="004645B2" w:rsidRDefault="00D116AD" w:rsidP="00D116AD">
      <w:pPr>
        <w:pStyle w:val="PargrafodaLista"/>
        <w:numPr>
          <w:ilvl w:val="0"/>
          <w:numId w:val="14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Fomentar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Diálogo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e a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Interpretação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Resultados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: </w:t>
      </w:r>
      <w:r w:rsidRPr="004645B2">
        <w:rPr>
          <w:rFonts w:cs="Arial"/>
          <w:color w:val="000000" w:themeColor="text1"/>
          <w:szCs w:val="24"/>
        </w:rPr>
        <w:t xml:space="preserve">Por </w:t>
      </w:r>
      <w:proofErr w:type="spellStart"/>
      <w:r w:rsidRPr="004645B2">
        <w:rPr>
          <w:rFonts w:cs="Arial"/>
          <w:color w:val="000000" w:themeColor="text1"/>
          <w:szCs w:val="24"/>
        </w:rPr>
        <w:t>fim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base </w:t>
      </w:r>
      <w:proofErr w:type="spellStart"/>
      <w:r w:rsidRPr="004645B2">
        <w:rPr>
          <w:rFonts w:cs="Arial"/>
          <w:color w:val="000000" w:themeColor="text1"/>
          <w:szCs w:val="24"/>
        </w:rPr>
        <w:t>teórica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consolidada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pela RNL </w:t>
      </w:r>
      <w:proofErr w:type="spellStart"/>
      <w:r w:rsidRPr="004645B2">
        <w:rPr>
          <w:rFonts w:cs="Arial"/>
          <w:color w:val="000000" w:themeColor="text1"/>
          <w:szCs w:val="24"/>
        </w:rPr>
        <w:t>será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fundamental na </w:t>
      </w:r>
      <w:proofErr w:type="spellStart"/>
      <w:r w:rsidRPr="004645B2">
        <w:rPr>
          <w:rFonts w:cs="Arial"/>
          <w:color w:val="000000" w:themeColor="text1"/>
          <w:szCs w:val="24"/>
        </w:rPr>
        <w:t>etapa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discussão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resultados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Ela </w:t>
      </w:r>
      <w:proofErr w:type="spellStart"/>
      <w:r w:rsidRPr="004645B2">
        <w:rPr>
          <w:rFonts w:cs="Arial"/>
          <w:color w:val="000000" w:themeColor="text1"/>
          <w:szCs w:val="24"/>
        </w:rPr>
        <w:t>permitirá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estabelecer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diálogo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consistente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crítico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entre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achados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caso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EcoGrana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o </w:t>
      </w:r>
      <w:proofErr w:type="spellStart"/>
      <w:r w:rsidRPr="004645B2">
        <w:rPr>
          <w:rFonts w:cs="Arial"/>
          <w:color w:val="000000" w:themeColor="text1"/>
          <w:szCs w:val="24"/>
        </w:rPr>
        <w:t>conhecimento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já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consolidado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literatura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enriquecendo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análise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conferindo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robustez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validade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às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conclusões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estudo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74F342A8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color w:val="000000" w:themeColor="text1"/>
          <w:szCs w:val="24"/>
        </w:rPr>
        <w:t>Resumindo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</w:t>
      </w:r>
      <w:proofErr w:type="spellStart"/>
      <w:r w:rsidRPr="004645B2">
        <w:rPr>
          <w:rFonts w:cs="Arial"/>
          <w:color w:val="000000" w:themeColor="text1"/>
          <w:szCs w:val="24"/>
        </w:rPr>
        <w:t>Revisão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Narrativa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Literatura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(RNL) é o </w:t>
      </w:r>
      <w:proofErr w:type="spellStart"/>
      <w:r w:rsidRPr="004645B2">
        <w:rPr>
          <w:rFonts w:cs="Arial"/>
          <w:color w:val="000000" w:themeColor="text1"/>
          <w:szCs w:val="24"/>
        </w:rPr>
        <w:t>fio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condutor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une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problema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pesquisa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</w:t>
      </w:r>
      <w:proofErr w:type="spellStart"/>
      <w:r w:rsidRPr="004645B2">
        <w:rPr>
          <w:rFonts w:cs="Arial"/>
          <w:color w:val="000000" w:themeColor="text1"/>
          <w:szCs w:val="24"/>
        </w:rPr>
        <w:t>fundamentação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teórica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análise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lastRenderedPageBreak/>
        <w:t>empírica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garantindo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solidez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</w:t>
      </w:r>
      <w:proofErr w:type="spellStart"/>
      <w:r w:rsidRPr="004645B2">
        <w:rPr>
          <w:rFonts w:cs="Arial"/>
          <w:color w:val="000000" w:themeColor="text1"/>
          <w:szCs w:val="24"/>
        </w:rPr>
        <w:t>coerência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a </w:t>
      </w:r>
      <w:proofErr w:type="spellStart"/>
      <w:r w:rsidRPr="004645B2">
        <w:rPr>
          <w:rFonts w:cs="Arial"/>
          <w:color w:val="000000" w:themeColor="text1"/>
          <w:szCs w:val="24"/>
        </w:rPr>
        <w:t>profundidade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necessárias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trabalho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33510E49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 xml:space="preserve">4.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Resultados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discussão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: Instituto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e Moeda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Ecograna</w:t>
      </w:r>
      <w:proofErr w:type="spellEnd"/>
    </w:p>
    <w:p w14:paraId="479DC5AF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color w:val="000000" w:themeColor="text1"/>
          <w:szCs w:val="24"/>
        </w:rPr>
        <w:t>Fundado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2017 na </w:t>
      </w:r>
      <w:proofErr w:type="spellStart"/>
      <w:r w:rsidRPr="004645B2">
        <w:rPr>
          <w:rFonts w:cs="Arial"/>
          <w:color w:val="000000" w:themeColor="text1"/>
          <w:szCs w:val="24"/>
        </w:rPr>
        <w:t>Região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Administrativa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Guará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(DF), o Instituto </w:t>
      </w:r>
      <w:proofErr w:type="spellStart"/>
      <w:r w:rsidRPr="004645B2">
        <w:rPr>
          <w:rFonts w:cs="Arial"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transcende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definição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organização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sociedade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civil para se </w:t>
      </w:r>
      <w:proofErr w:type="spellStart"/>
      <w:r w:rsidRPr="004645B2">
        <w:rPr>
          <w:rFonts w:cs="Arial"/>
          <w:color w:val="000000" w:themeColor="text1"/>
          <w:szCs w:val="24"/>
        </w:rPr>
        <w:t>firmar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hub de </w:t>
      </w:r>
      <w:proofErr w:type="spellStart"/>
      <w:r w:rsidRPr="004645B2">
        <w:rPr>
          <w:rFonts w:cs="Arial"/>
          <w:color w:val="000000" w:themeColor="text1"/>
          <w:szCs w:val="24"/>
        </w:rPr>
        <w:t>inovação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</w:t>
      </w:r>
      <w:proofErr w:type="spellStart"/>
      <w:r w:rsidRPr="004645B2">
        <w:rPr>
          <w:rFonts w:cs="Arial"/>
          <w:color w:val="000000" w:themeColor="text1"/>
          <w:szCs w:val="24"/>
        </w:rPr>
        <w:t>transformadora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spellStart"/>
      <w:r w:rsidRPr="004645B2">
        <w:rPr>
          <w:rFonts w:cs="Arial"/>
          <w:color w:val="000000" w:themeColor="text1"/>
          <w:szCs w:val="24"/>
        </w:rPr>
        <w:t>Trata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-se de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iniciativa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base </w:t>
      </w:r>
      <w:proofErr w:type="spellStart"/>
      <w:r w:rsidRPr="004645B2">
        <w:rPr>
          <w:rFonts w:cs="Arial"/>
          <w:color w:val="000000" w:themeColor="text1"/>
          <w:szCs w:val="24"/>
        </w:rPr>
        <w:t>comunitária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articula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engajamento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cívico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o </w:t>
      </w:r>
      <w:proofErr w:type="spellStart"/>
      <w:r w:rsidRPr="004645B2">
        <w:rPr>
          <w:rFonts w:cs="Arial"/>
          <w:color w:val="000000" w:themeColor="text1"/>
          <w:szCs w:val="24"/>
        </w:rPr>
        <w:t>conhecimento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técnico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gerar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soluções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(Avelino et al., 2017). Sua </w:t>
      </w:r>
      <w:proofErr w:type="spellStart"/>
      <w:r w:rsidRPr="004645B2">
        <w:rPr>
          <w:rFonts w:cs="Arial"/>
          <w:color w:val="000000" w:themeColor="text1"/>
          <w:szCs w:val="24"/>
        </w:rPr>
        <w:t>missão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central é </w:t>
      </w:r>
      <w:proofErr w:type="spellStart"/>
      <w:r w:rsidRPr="004645B2">
        <w:rPr>
          <w:rFonts w:cs="Arial"/>
          <w:color w:val="000000" w:themeColor="text1"/>
          <w:szCs w:val="24"/>
        </w:rPr>
        <w:t>fomentar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endógeno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seja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um </w:t>
      </w:r>
      <w:proofErr w:type="spellStart"/>
      <w:r w:rsidRPr="004645B2">
        <w:rPr>
          <w:rFonts w:cs="Arial"/>
          <w:color w:val="000000" w:themeColor="text1"/>
          <w:szCs w:val="24"/>
        </w:rPr>
        <w:t>crescimento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emerge 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potencialidades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próprio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território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Essa </w:t>
      </w:r>
      <w:proofErr w:type="spellStart"/>
      <w:r w:rsidRPr="004645B2">
        <w:rPr>
          <w:rFonts w:cs="Arial"/>
          <w:color w:val="000000" w:themeColor="text1"/>
          <w:szCs w:val="24"/>
        </w:rPr>
        <w:t>missão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alcançada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meio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um </w:t>
      </w:r>
      <w:proofErr w:type="spellStart"/>
      <w:r w:rsidRPr="004645B2">
        <w:rPr>
          <w:rFonts w:cs="Arial"/>
          <w:color w:val="000000" w:themeColor="text1"/>
          <w:szCs w:val="24"/>
        </w:rPr>
        <w:t>modelo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governança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rede (Moura; De Paula, 2021), que </w:t>
      </w:r>
      <w:proofErr w:type="spellStart"/>
      <w:r w:rsidRPr="004645B2">
        <w:rPr>
          <w:rFonts w:cs="Arial"/>
          <w:color w:val="000000" w:themeColor="text1"/>
          <w:szCs w:val="24"/>
        </w:rPr>
        <w:t>orquestra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colaboração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entre </w:t>
      </w:r>
      <w:proofErr w:type="spellStart"/>
      <w:r w:rsidRPr="004645B2">
        <w:rPr>
          <w:rFonts w:cs="Arial"/>
          <w:color w:val="000000" w:themeColor="text1"/>
          <w:szCs w:val="24"/>
        </w:rPr>
        <w:t>atores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diversos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Administração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Regional, a </w:t>
      </w:r>
      <w:proofErr w:type="spellStart"/>
      <w:r w:rsidRPr="004645B2">
        <w:rPr>
          <w:rFonts w:cs="Arial"/>
          <w:color w:val="000000" w:themeColor="text1"/>
          <w:szCs w:val="24"/>
        </w:rPr>
        <w:t>Secti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-DF, o SLU, a </w:t>
      </w:r>
      <w:proofErr w:type="spellStart"/>
      <w:r w:rsidRPr="004645B2">
        <w:rPr>
          <w:rFonts w:cs="Arial"/>
          <w:color w:val="000000" w:themeColor="text1"/>
          <w:szCs w:val="24"/>
        </w:rPr>
        <w:t>Emater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-DF e a </w:t>
      </w:r>
      <w:proofErr w:type="spellStart"/>
      <w:r w:rsidRPr="004645B2">
        <w:rPr>
          <w:rFonts w:cs="Arial"/>
          <w:color w:val="000000" w:themeColor="text1"/>
          <w:szCs w:val="24"/>
        </w:rPr>
        <w:t>Faculdade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Projeção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Guará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todos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unidos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estimular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sustentabilidade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local (Instituto </w:t>
      </w:r>
      <w:proofErr w:type="spellStart"/>
      <w:r w:rsidRPr="004645B2">
        <w:rPr>
          <w:rFonts w:cs="Arial"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color w:val="000000" w:themeColor="text1"/>
          <w:szCs w:val="24"/>
        </w:rPr>
        <w:t>, 2023).</w:t>
      </w:r>
    </w:p>
    <w:p w14:paraId="0AB5A923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Esse </w:t>
      </w:r>
      <w:proofErr w:type="spellStart"/>
      <w:r w:rsidRPr="004645B2">
        <w:rPr>
          <w:rFonts w:cs="Arial"/>
          <w:color w:val="000000" w:themeColor="text1"/>
          <w:szCs w:val="24"/>
        </w:rPr>
        <w:t>modelo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governança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cooperativa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se </w:t>
      </w:r>
      <w:proofErr w:type="spellStart"/>
      <w:r w:rsidRPr="004645B2">
        <w:rPr>
          <w:rFonts w:cs="Arial"/>
          <w:color w:val="000000" w:themeColor="text1"/>
          <w:szCs w:val="24"/>
        </w:rPr>
        <w:t>materializa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reuniões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mensais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realizadas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no Jardim </w:t>
      </w:r>
      <w:proofErr w:type="spellStart"/>
      <w:r w:rsidRPr="004645B2">
        <w:rPr>
          <w:rFonts w:cs="Arial"/>
          <w:color w:val="000000" w:themeColor="text1"/>
          <w:szCs w:val="24"/>
        </w:rPr>
        <w:t>Comunitário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Guará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Nesses </w:t>
      </w:r>
      <w:proofErr w:type="spellStart"/>
      <w:r w:rsidRPr="004645B2">
        <w:rPr>
          <w:rFonts w:cs="Arial"/>
          <w:color w:val="000000" w:themeColor="text1"/>
          <w:szCs w:val="24"/>
        </w:rPr>
        <w:t>encontros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pratica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gestão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compartilhada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bens </w:t>
      </w:r>
      <w:proofErr w:type="spellStart"/>
      <w:r w:rsidRPr="004645B2">
        <w:rPr>
          <w:rFonts w:cs="Arial"/>
          <w:color w:val="000000" w:themeColor="text1"/>
          <w:szCs w:val="24"/>
        </w:rPr>
        <w:t>comuns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um </w:t>
      </w:r>
      <w:proofErr w:type="spellStart"/>
      <w:r w:rsidRPr="004645B2">
        <w:rPr>
          <w:rFonts w:cs="Arial"/>
          <w:color w:val="000000" w:themeColor="text1"/>
          <w:szCs w:val="24"/>
        </w:rPr>
        <w:t>princípio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fundamental para a </w:t>
      </w:r>
      <w:proofErr w:type="spellStart"/>
      <w:r w:rsidRPr="004645B2">
        <w:rPr>
          <w:rFonts w:cs="Arial"/>
          <w:color w:val="000000" w:themeColor="text1"/>
          <w:szCs w:val="24"/>
        </w:rPr>
        <w:t>sustentabilidade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recursos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coletivos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conforme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teorizado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Elinor Ostrom (1990). Tais </w:t>
      </w:r>
      <w:proofErr w:type="spellStart"/>
      <w:r w:rsidRPr="004645B2">
        <w:rPr>
          <w:rFonts w:cs="Arial"/>
          <w:color w:val="000000" w:themeColor="text1"/>
          <w:szCs w:val="24"/>
        </w:rPr>
        <w:t>procedimentos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democráticos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participativos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refletem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base </w:t>
      </w:r>
      <w:proofErr w:type="spellStart"/>
      <w:r w:rsidRPr="004645B2">
        <w:rPr>
          <w:rFonts w:cs="Arial"/>
          <w:color w:val="000000" w:themeColor="text1"/>
          <w:szCs w:val="24"/>
        </w:rPr>
        <w:t>filosófica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organização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profundamente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enraizada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princípios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Economia </w:t>
      </w:r>
      <w:proofErr w:type="spellStart"/>
      <w:r w:rsidRPr="004645B2">
        <w:rPr>
          <w:rFonts w:cs="Arial"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(Singer, 2002, p. 45), que </w:t>
      </w:r>
      <w:proofErr w:type="spellStart"/>
      <w:r w:rsidRPr="004645B2">
        <w:rPr>
          <w:rFonts w:cs="Arial"/>
          <w:color w:val="000000" w:themeColor="text1"/>
          <w:szCs w:val="24"/>
        </w:rPr>
        <w:t>valoriza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autogestão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a </w:t>
      </w:r>
      <w:proofErr w:type="spellStart"/>
      <w:r w:rsidRPr="004645B2">
        <w:rPr>
          <w:rFonts w:cs="Arial"/>
          <w:color w:val="000000" w:themeColor="text1"/>
          <w:szCs w:val="24"/>
        </w:rPr>
        <w:t>cooperação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a </w:t>
      </w:r>
      <w:proofErr w:type="spellStart"/>
      <w:r w:rsidRPr="004645B2">
        <w:rPr>
          <w:rFonts w:cs="Arial"/>
          <w:color w:val="000000" w:themeColor="text1"/>
          <w:szCs w:val="24"/>
        </w:rPr>
        <w:t>solidariedade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76266007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As </w:t>
      </w:r>
      <w:proofErr w:type="spellStart"/>
      <w:r w:rsidRPr="004645B2">
        <w:rPr>
          <w:rFonts w:cs="Arial"/>
          <w:color w:val="000000" w:themeColor="text1"/>
          <w:szCs w:val="24"/>
        </w:rPr>
        <w:t>ações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Instituto se </w:t>
      </w:r>
      <w:proofErr w:type="spellStart"/>
      <w:r w:rsidRPr="004645B2">
        <w:rPr>
          <w:rFonts w:cs="Arial"/>
          <w:color w:val="000000" w:themeColor="text1"/>
          <w:szCs w:val="24"/>
        </w:rPr>
        <w:t>desdobram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quatro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dimensões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estratégicas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interligadas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: </w:t>
      </w:r>
      <w:proofErr w:type="spellStart"/>
      <w:r w:rsidRPr="004645B2">
        <w:rPr>
          <w:rFonts w:cs="Arial"/>
          <w:color w:val="000000" w:themeColor="text1"/>
          <w:szCs w:val="24"/>
        </w:rPr>
        <w:t>agricultura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urbana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gestão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resíduos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inclusão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digital e </w:t>
      </w:r>
      <w:proofErr w:type="spellStart"/>
      <w:r w:rsidRPr="004645B2">
        <w:rPr>
          <w:rFonts w:cs="Arial"/>
          <w:color w:val="000000" w:themeColor="text1"/>
          <w:szCs w:val="24"/>
        </w:rPr>
        <w:t>economia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solidária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spellStart"/>
      <w:r w:rsidRPr="004645B2">
        <w:rPr>
          <w:rFonts w:cs="Arial"/>
          <w:color w:val="000000" w:themeColor="text1"/>
          <w:szCs w:val="24"/>
        </w:rPr>
        <w:t>Essas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dimensões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compõem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ecossistema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integrado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projetos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Jardim </w:t>
      </w:r>
      <w:proofErr w:type="spellStart"/>
      <w:r w:rsidRPr="004645B2">
        <w:rPr>
          <w:rFonts w:cs="Arial"/>
          <w:color w:val="000000" w:themeColor="text1"/>
          <w:szCs w:val="24"/>
        </w:rPr>
        <w:t>Comunitário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Guará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Escola </w:t>
      </w:r>
      <w:proofErr w:type="spellStart"/>
      <w:r w:rsidRPr="004645B2">
        <w:rPr>
          <w:rFonts w:cs="Arial"/>
          <w:color w:val="000000" w:themeColor="text1"/>
          <w:szCs w:val="24"/>
        </w:rPr>
        <w:t>Sustentável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Tais </w:t>
      </w:r>
      <w:proofErr w:type="spellStart"/>
      <w:r w:rsidRPr="004645B2">
        <w:rPr>
          <w:rFonts w:cs="Arial"/>
          <w:color w:val="000000" w:themeColor="text1"/>
          <w:szCs w:val="24"/>
        </w:rPr>
        <w:t>iniciativas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funcionam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potentes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instrumentos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aprendizagem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 (Reed et al., 2010), tendo </w:t>
      </w:r>
      <w:proofErr w:type="spellStart"/>
      <w:r w:rsidRPr="004645B2">
        <w:rPr>
          <w:rFonts w:cs="Arial"/>
          <w:color w:val="000000" w:themeColor="text1"/>
          <w:szCs w:val="24"/>
        </w:rPr>
        <w:t>impactado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diretamente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500 </w:t>
      </w:r>
      <w:proofErr w:type="spellStart"/>
      <w:r w:rsidRPr="004645B2">
        <w:rPr>
          <w:rFonts w:cs="Arial"/>
          <w:color w:val="000000" w:themeColor="text1"/>
          <w:szCs w:val="24"/>
        </w:rPr>
        <w:t>famílias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cerca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1.200 </w:t>
      </w:r>
      <w:proofErr w:type="spellStart"/>
      <w:r w:rsidRPr="004645B2">
        <w:rPr>
          <w:rFonts w:cs="Arial"/>
          <w:color w:val="000000" w:themeColor="text1"/>
          <w:szCs w:val="24"/>
        </w:rPr>
        <w:t>estudantes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até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2023 (Jornal do </w:t>
      </w:r>
      <w:proofErr w:type="spellStart"/>
      <w:r w:rsidRPr="004645B2">
        <w:rPr>
          <w:rFonts w:cs="Arial"/>
          <w:color w:val="000000" w:themeColor="text1"/>
          <w:szCs w:val="24"/>
        </w:rPr>
        <w:t>Guará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2021; Instituto </w:t>
      </w:r>
      <w:proofErr w:type="spellStart"/>
      <w:r w:rsidRPr="004645B2">
        <w:rPr>
          <w:rFonts w:cs="Arial"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2023). Como </w:t>
      </w:r>
      <w:proofErr w:type="spellStart"/>
      <w:r w:rsidRPr="004645B2">
        <w:rPr>
          <w:rFonts w:cs="Arial"/>
          <w:color w:val="000000" w:themeColor="text1"/>
          <w:szCs w:val="24"/>
        </w:rPr>
        <w:t>destaca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coordenadora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Simone Vaz, o </w:t>
      </w:r>
      <w:proofErr w:type="spellStart"/>
      <w:r w:rsidRPr="004645B2">
        <w:rPr>
          <w:rFonts w:cs="Arial"/>
          <w:color w:val="000000" w:themeColor="text1"/>
          <w:szCs w:val="24"/>
        </w:rPr>
        <w:t>jardim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“</w:t>
      </w:r>
      <w:proofErr w:type="spellStart"/>
      <w:r w:rsidRPr="004645B2">
        <w:rPr>
          <w:rFonts w:cs="Arial"/>
          <w:color w:val="000000" w:themeColor="text1"/>
          <w:szCs w:val="24"/>
        </w:rPr>
        <w:t>fomenta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”, </w:t>
      </w:r>
      <w:proofErr w:type="spellStart"/>
      <w:r w:rsidRPr="004645B2">
        <w:rPr>
          <w:rFonts w:cs="Arial"/>
          <w:color w:val="000000" w:themeColor="text1"/>
          <w:szCs w:val="24"/>
        </w:rPr>
        <w:t>confirmando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papel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Instituto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construtor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capital social e </w:t>
      </w:r>
      <w:proofErr w:type="spellStart"/>
      <w:r w:rsidRPr="004645B2">
        <w:rPr>
          <w:rFonts w:cs="Arial"/>
          <w:color w:val="000000" w:themeColor="text1"/>
          <w:szCs w:val="24"/>
        </w:rPr>
        <w:t>ambiental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Agência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Brasília, 2022).</w:t>
      </w:r>
    </w:p>
    <w:p w14:paraId="393EF537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A Moeda Social </w:t>
      </w:r>
      <w:proofErr w:type="spellStart"/>
      <w:r w:rsidRPr="004645B2">
        <w:rPr>
          <w:rFonts w:cs="Arial"/>
          <w:color w:val="000000" w:themeColor="text1"/>
          <w:szCs w:val="24"/>
        </w:rPr>
        <w:t>EcoGrana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criada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Instituto </w:t>
      </w:r>
      <w:proofErr w:type="spellStart"/>
      <w:r w:rsidRPr="004645B2">
        <w:rPr>
          <w:rFonts w:cs="Arial"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31 de </w:t>
      </w:r>
      <w:proofErr w:type="spellStart"/>
      <w:r w:rsidRPr="004645B2">
        <w:rPr>
          <w:rFonts w:cs="Arial"/>
          <w:color w:val="000000" w:themeColor="text1"/>
          <w:szCs w:val="24"/>
        </w:rPr>
        <w:t>outubro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2020, em </w:t>
      </w:r>
      <w:proofErr w:type="spellStart"/>
      <w:r w:rsidRPr="004645B2">
        <w:rPr>
          <w:rFonts w:cs="Arial"/>
          <w:color w:val="000000" w:themeColor="text1"/>
          <w:szCs w:val="24"/>
        </w:rPr>
        <w:t>assembleia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reunida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Jardim </w:t>
      </w:r>
      <w:proofErr w:type="spellStart"/>
      <w:r w:rsidRPr="004645B2">
        <w:rPr>
          <w:rFonts w:cs="Arial"/>
          <w:color w:val="000000" w:themeColor="text1"/>
          <w:szCs w:val="24"/>
        </w:rPr>
        <w:t>Guará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é a principal </w:t>
      </w:r>
      <w:proofErr w:type="spellStart"/>
      <w:r w:rsidRPr="004645B2">
        <w:rPr>
          <w:rFonts w:cs="Arial"/>
          <w:color w:val="000000" w:themeColor="text1"/>
          <w:szCs w:val="24"/>
        </w:rPr>
        <w:t>gestora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4645B2">
        <w:rPr>
          <w:rFonts w:cs="Arial"/>
          <w:color w:val="000000" w:themeColor="text1"/>
          <w:szCs w:val="24"/>
        </w:rPr>
        <w:t>ações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organização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spellStart"/>
      <w:r w:rsidRPr="004645B2">
        <w:rPr>
          <w:rFonts w:cs="Arial"/>
          <w:color w:val="000000" w:themeColor="text1"/>
          <w:szCs w:val="24"/>
        </w:rPr>
        <w:t>Inspirada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experiências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do Banco Palmas (Singer, 2002) e </w:t>
      </w:r>
      <w:proofErr w:type="spellStart"/>
      <w:r w:rsidRPr="004645B2">
        <w:rPr>
          <w:rFonts w:cs="Arial"/>
          <w:color w:val="000000" w:themeColor="text1"/>
          <w:szCs w:val="24"/>
        </w:rPr>
        <w:t>intimamente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ligada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Objetivos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Sustentável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Organização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4645B2">
        <w:rPr>
          <w:rFonts w:cs="Arial"/>
          <w:color w:val="000000" w:themeColor="text1"/>
          <w:szCs w:val="24"/>
        </w:rPr>
        <w:t>Nações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Unidas (ONU) – </w:t>
      </w:r>
      <w:proofErr w:type="spellStart"/>
      <w:r w:rsidRPr="004645B2">
        <w:rPr>
          <w:rFonts w:cs="Arial"/>
          <w:color w:val="000000" w:themeColor="text1"/>
          <w:szCs w:val="24"/>
        </w:rPr>
        <w:t>especialmente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ODS 11 (Cidades Sustentáveis) e o 12 (</w:t>
      </w:r>
      <w:proofErr w:type="spellStart"/>
      <w:r w:rsidRPr="004645B2">
        <w:rPr>
          <w:rFonts w:cs="Arial"/>
          <w:color w:val="000000" w:themeColor="text1"/>
          <w:szCs w:val="24"/>
        </w:rPr>
        <w:t>Consumo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Produção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Responsáveis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) – a </w:t>
      </w:r>
      <w:proofErr w:type="spellStart"/>
      <w:r w:rsidRPr="004645B2">
        <w:rPr>
          <w:rFonts w:cs="Arial"/>
          <w:color w:val="000000" w:themeColor="text1"/>
          <w:szCs w:val="24"/>
        </w:rPr>
        <w:t>EcoGrana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apresentada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dispositivo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inovação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socioecológica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moderna. Ela </w:t>
      </w:r>
      <w:proofErr w:type="spellStart"/>
      <w:r w:rsidRPr="004645B2">
        <w:rPr>
          <w:rFonts w:cs="Arial"/>
          <w:color w:val="000000" w:themeColor="text1"/>
          <w:szCs w:val="24"/>
        </w:rPr>
        <w:t>transforma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resíduos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sólidos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recicláveis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considerados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ônus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ambiental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um </w:t>
      </w:r>
      <w:proofErr w:type="spellStart"/>
      <w:r w:rsidRPr="004645B2">
        <w:rPr>
          <w:rFonts w:cs="Arial"/>
          <w:color w:val="000000" w:themeColor="text1"/>
          <w:szCs w:val="24"/>
        </w:rPr>
        <w:t>sistema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antigo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em um </w:t>
      </w:r>
      <w:proofErr w:type="spellStart"/>
      <w:r w:rsidRPr="004645B2">
        <w:rPr>
          <w:rFonts w:cs="Arial"/>
          <w:color w:val="000000" w:themeColor="text1"/>
          <w:szCs w:val="24"/>
        </w:rPr>
        <w:t>meio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economias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locais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negociarem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acumularem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capitais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(Instituto </w:t>
      </w:r>
      <w:proofErr w:type="spellStart"/>
      <w:r w:rsidRPr="004645B2">
        <w:rPr>
          <w:rFonts w:cs="Arial"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color w:val="000000" w:themeColor="text1"/>
          <w:szCs w:val="24"/>
        </w:rPr>
        <w:t>, 2023).</w:t>
      </w:r>
    </w:p>
    <w:p w14:paraId="3F51FE72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O </w:t>
      </w:r>
      <w:proofErr w:type="spellStart"/>
      <w:r w:rsidRPr="004645B2">
        <w:rPr>
          <w:rFonts w:cs="Arial"/>
          <w:color w:val="000000" w:themeColor="text1"/>
          <w:szCs w:val="24"/>
        </w:rPr>
        <w:t>coração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operacional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iniciativa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pulsa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partir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um Banco </w:t>
      </w:r>
      <w:proofErr w:type="spellStart"/>
      <w:r w:rsidRPr="004645B2">
        <w:rPr>
          <w:rFonts w:cs="Arial"/>
          <w:color w:val="000000" w:themeColor="text1"/>
          <w:szCs w:val="24"/>
        </w:rPr>
        <w:t>Comunitário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gerido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Instituto </w:t>
      </w:r>
      <w:proofErr w:type="spellStart"/>
      <w:r w:rsidRPr="004645B2">
        <w:rPr>
          <w:rFonts w:cs="Arial"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estabeleceu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troca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locais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estratégicos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Jardim </w:t>
      </w:r>
      <w:proofErr w:type="spellStart"/>
      <w:r w:rsidRPr="004645B2">
        <w:rPr>
          <w:rFonts w:cs="Arial"/>
          <w:color w:val="000000" w:themeColor="text1"/>
          <w:szCs w:val="24"/>
        </w:rPr>
        <w:t>Comunitário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Guará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o Parque JK. Nesses </w:t>
      </w:r>
      <w:proofErr w:type="spellStart"/>
      <w:r w:rsidRPr="004645B2">
        <w:rPr>
          <w:rFonts w:cs="Arial"/>
          <w:color w:val="000000" w:themeColor="text1"/>
          <w:szCs w:val="24"/>
        </w:rPr>
        <w:lastRenderedPageBreak/>
        <w:t>espaços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funcionam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diariamente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exceto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domingos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feriados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membros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entregam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gama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diversificada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resíduos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cujo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catálogo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materiais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aceitos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visualmente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apresentado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Figura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14. Esses </w:t>
      </w:r>
      <w:proofErr w:type="spellStart"/>
      <w:r w:rsidRPr="004645B2">
        <w:rPr>
          <w:rFonts w:cs="Arial"/>
          <w:color w:val="000000" w:themeColor="text1"/>
          <w:szCs w:val="24"/>
        </w:rPr>
        <w:t>resíduos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incluem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plásticos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PEAD e PET, </w:t>
      </w:r>
      <w:proofErr w:type="spellStart"/>
      <w:r w:rsidRPr="004645B2">
        <w:rPr>
          <w:rFonts w:cs="Arial"/>
          <w:color w:val="000000" w:themeColor="text1"/>
          <w:szCs w:val="24"/>
        </w:rPr>
        <w:t>papelão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metais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óleo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cozinha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então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encaminhados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cooperativas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parceiras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Cooperativa </w:t>
      </w:r>
      <w:proofErr w:type="spellStart"/>
      <w:r w:rsidRPr="004645B2">
        <w:rPr>
          <w:rFonts w:cs="Arial"/>
          <w:color w:val="000000" w:themeColor="text1"/>
          <w:szCs w:val="24"/>
        </w:rPr>
        <w:t>Recicla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— </w:t>
      </w:r>
      <w:proofErr w:type="spellStart"/>
      <w:r w:rsidRPr="004645B2">
        <w:rPr>
          <w:rFonts w:cs="Arial"/>
          <w:color w:val="000000" w:themeColor="text1"/>
          <w:szCs w:val="24"/>
        </w:rPr>
        <w:t>notavelmente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desenvolvida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ex-</w:t>
      </w:r>
      <w:proofErr w:type="spellStart"/>
      <w:r w:rsidRPr="004645B2">
        <w:rPr>
          <w:rFonts w:cs="Arial"/>
          <w:color w:val="000000" w:themeColor="text1"/>
          <w:szCs w:val="24"/>
        </w:rPr>
        <w:t>catador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antigo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lixão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Estrutural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Ali,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materiais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devidamente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tratados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reincorporação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produtiva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economia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um </w:t>
      </w:r>
      <w:proofErr w:type="spellStart"/>
      <w:r w:rsidRPr="004645B2">
        <w:rPr>
          <w:rFonts w:cs="Arial"/>
          <w:color w:val="000000" w:themeColor="text1"/>
          <w:szCs w:val="24"/>
        </w:rPr>
        <w:t>exemplo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prático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princípios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Ecologia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Industrial e da Economia Circular (Er</w:t>
      </w:r>
      <w:r>
        <w:rPr>
          <w:rFonts w:cs="Arial"/>
          <w:color w:val="000000" w:themeColor="text1"/>
          <w:szCs w:val="24"/>
        </w:rPr>
        <w:t>k</w:t>
      </w:r>
      <w:r w:rsidRPr="004645B2">
        <w:rPr>
          <w:rFonts w:cs="Arial"/>
          <w:color w:val="000000" w:themeColor="text1"/>
          <w:szCs w:val="24"/>
        </w:rPr>
        <w:t>man, 2004; Ellen MacArthur Foundation, 2015).</w:t>
      </w:r>
    </w:p>
    <w:p w14:paraId="479B2F7C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A </w:t>
      </w:r>
      <w:proofErr w:type="spellStart"/>
      <w:r w:rsidRPr="004645B2">
        <w:rPr>
          <w:rFonts w:cs="Arial"/>
          <w:color w:val="000000" w:themeColor="text1"/>
          <w:szCs w:val="24"/>
        </w:rPr>
        <w:t>geração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valor </w:t>
      </w:r>
      <w:proofErr w:type="spellStart"/>
      <w:r w:rsidRPr="004645B2">
        <w:rPr>
          <w:rFonts w:cs="Arial"/>
          <w:color w:val="000000" w:themeColor="text1"/>
          <w:szCs w:val="24"/>
        </w:rPr>
        <w:t>nesse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sistema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aleatória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seguindo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tabela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precificação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clara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transparente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cujos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valores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conversão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detalhados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Figura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15. Essa </w:t>
      </w:r>
      <w:proofErr w:type="spellStart"/>
      <w:r w:rsidRPr="004645B2">
        <w:rPr>
          <w:rFonts w:cs="Arial"/>
          <w:color w:val="000000" w:themeColor="text1"/>
          <w:szCs w:val="24"/>
        </w:rPr>
        <w:t>tabela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estipula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exemplo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2 kg de PET </w:t>
      </w:r>
      <w:proofErr w:type="spellStart"/>
      <w:r w:rsidRPr="004645B2">
        <w:rPr>
          <w:rFonts w:cs="Arial"/>
          <w:color w:val="000000" w:themeColor="text1"/>
          <w:szCs w:val="24"/>
        </w:rPr>
        <w:t>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1 </w:t>
      </w:r>
      <w:proofErr w:type="spellStart"/>
      <w:r w:rsidRPr="004645B2">
        <w:rPr>
          <w:rFonts w:cs="Arial"/>
          <w:color w:val="000000" w:themeColor="text1"/>
          <w:szCs w:val="24"/>
        </w:rPr>
        <w:t>litro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óleo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cozinha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usado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equivalem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r w:rsidRPr="004645B2">
        <w:rPr>
          <w:rFonts w:cs="Arial"/>
          <w:b/>
          <w:bCs/>
          <w:color w:val="000000" w:themeColor="text1"/>
          <w:szCs w:val="24"/>
        </w:rPr>
        <w:t xml:space="preserve">1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EcoGrana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(G1 Distrito Federal, 2021). Essa nova </w:t>
      </w:r>
      <w:proofErr w:type="spellStart"/>
      <w:r w:rsidRPr="004645B2">
        <w:rPr>
          <w:rFonts w:cs="Arial"/>
          <w:color w:val="000000" w:themeColor="text1"/>
          <w:szCs w:val="24"/>
        </w:rPr>
        <w:t>riqueza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nascida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que antes era </w:t>
      </w:r>
      <w:proofErr w:type="spellStart"/>
      <w:r w:rsidRPr="004645B2">
        <w:rPr>
          <w:rFonts w:cs="Arial"/>
          <w:color w:val="000000" w:themeColor="text1"/>
          <w:szCs w:val="24"/>
        </w:rPr>
        <w:t>descartado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é </w:t>
      </w:r>
      <w:proofErr w:type="spellStart"/>
      <w:r w:rsidRPr="004645B2">
        <w:rPr>
          <w:rFonts w:cs="Arial"/>
          <w:color w:val="000000" w:themeColor="text1"/>
          <w:szCs w:val="24"/>
        </w:rPr>
        <w:t>então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injetada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diretamente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economia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local, </w:t>
      </w:r>
      <w:proofErr w:type="spellStart"/>
      <w:r w:rsidRPr="004645B2">
        <w:rPr>
          <w:rFonts w:cs="Arial"/>
          <w:color w:val="000000" w:themeColor="text1"/>
          <w:szCs w:val="24"/>
        </w:rPr>
        <w:t>sendo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aceita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rede </w:t>
      </w:r>
      <w:proofErr w:type="spellStart"/>
      <w:r w:rsidRPr="004645B2">
        <w:rPr>
          <w:rFonts w:cs="Arial"/>
          <w:color w:val="000000" w:themeColor="text1"/>
          <w:szCs w:val="24"/>
        </w:rPr>
        <w:t>crescente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estabelecimentos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comerciais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no </w:t>
      </w:r>
      <w:proofErr w:type="spellStart"/>
      <w:r w:rsidRPr="004645B2">
        <w:rPr>
          <w:rFonts w:cs="Arial"/>
          <w:color w:val="000000" w:themeColor="text1"/>
          <w:szCs w:val="24"/>
        </w:rPr>
        <w:t>Guará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spellStart"/>
      <w:r w:rsidRPr="004645B2">
        <w:rPr>
          <w:rFonts w:cs="Arial"/>
          <w:color w:val="000000" w:themeColor="text1"/>
          <w:szCs w:val="24"/>
        </w:rPr>
        <w:t>Liderada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voluntários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iniciativa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salto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inovação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2025, </w:t>
      </w:r>
      <w:proofErr w:type="spellStart"/>
      <w:r w:rsidRPr="004645B2">
        <w:rPr>
          <w:rFonts w:cs="Arial"/>
          <w:color w:val="000000" w:themeColor="text1"/>
          <w:szCs w:val="24"/>
        </w:rPr>
        <w:t>fruto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cooperação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a </w:t>
      </w:r>
      <w:proofErr w:type="spellStart"/>
      <w:r w:rsidRPr="004645B2">
        <w:rPr>
          <w:rFonts w:cs="Arial"/>
          <w:color w:val="000000" w:themeColor="text1"/>
          <w:szCs w:val="24"/>
        </w:rPr>
        <w:t>Faculdade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Projeção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Guará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Essa </w:t>
      </w:r>
      <w:proofErr w:type="spellStart"/>
      <w:r w:rsidRPr="004645B2">
        <w:rPr>
          <w:rFonts w:cs="Arial"/>
          <w:color w:val="000000" w:themeColor="text1"/>
          <w:szCs w:val="24"/>
        </w:rPr>
        <w:t>parceria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exemplifica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modelo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inovação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Hélice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Quádrupla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unir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sociedade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civil, </w:t>
      </w:r>
      <w:proofErr w:type="spellStart"/>
      <w:r w:rsidRPr="004645B2">
        <w:rPr>
          <w:rFonts w:cs="Arial"/>
          <w:color w:val="000000" w:themeColor="text1"/>
          <w:szCs w:val="24"/>
        </w:rPr>
        <w:t>setor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produtivo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academia (</w:t>
      </w:r>
      <w:proofErr w:type="spellStart"/>
      <w:r w:rsidRPr="004645B2">
        <w:rPr>
          <w:rFonts w:cs="Arial"/>
          <w:color w:val="000000" w:themeColor="text1"/>
          <w:szCs w:val="24"/>
        </w:rPr>
        <w:t>Carayannis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; Campbell, 2009), </w:t>
      </w:r>
      <w:proofErr w:type="spellStart"/>
      <w:r w:rsidRPr="004645B2">
        <w:rPr>
          <w:rFonts w:cs="Arial"/>
          <w:color w:val="000000" w:themeColor="text1"/>
          <w:szCs w:val="24"/>
        </w:rPr>
        <w:t>resultou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tecnologia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4645B2">
        <w:rPr>
          <w:rFonts w:cs="Arial"/>
          <w:color w:val="000000" w:themeColor="text1"/>
          <w:szCs w:val="24"/>
        </w:rPr>
        <w:t>converte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resíduos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recompensas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digitais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um </w:t>
      </w:r>
      <w:proofErr w:type="spellStart"/>
      <w:r w:rsidRPr="004645B2">
        <w:rPr>
          <w:rFonts w:cs="Arial"/>
          <w:color w:val="000000" w:themeColor="text1"/>
          <w:szCs w:val="24"/>
        </w:rPr>
        <w:t>passo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fundamental para </w:t>
      </w:r>
      <w:proofErr w:type="spellStart"/>
      <w:r w:rsidRPr="004645B2">
        <w:rPr>
          <w:rFonts w:cs="Arial"/>
          <w:color w:val="000000" w:themeColor="text1"/>
          <w:szCs w:val="24"/>
        </w:rPr>
        <w:t>garantir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escalabilidade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o </w:t>
      </w:r>
      <w:proofErr w:type="spellStart"/>
      <w:r w:rsidRPr="004645B2">
        <w:rPr>
          <w:rFonts w:cs="Arial"/>
          <w:color w:val="000000" w:themeColor="text1"/>
          <w:szCs w:val="24"/>
        </w:rPr>
        <w:t>futuro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programa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Agência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Brasília, 2025).</w:t>
      </w:r>
    </w:p>
    <w:p w14:paraId="27797A3F" w14:textId="77777777" w:rsidR="00D116AD" w:rsidRPr="004645B2" w:rsidRDefault="00D116AD" w:rsidP="00D116AD">
      <w:pPr>
        <w:tabs>
          <w:tab w:val="left" w:pos="1276"/>
        </w:tabs>
        <w:spacing w:line="360" w:lineRule="auto"/>
        <w:ind w:firstLine="851"/>
        <w:jc w:val="both"/>
        <w:rPr>
          <w:rFonts w:cs="Arial"/>
          <w:color w:val="000000" w:themeColor="text1"/>
          <w:szCs w:val="24"/>
        </w:rPr>
      </w:pPr>
    </w:p>
    <w:p w14:paraId="7A538053" w14:textId="77777777" w:rsidR="00D116AD" w:rsidRPr="004645B2" w:rsidRDefault="00D116AD" w:rsidP="00D116AD">
      <w:pPr>
        <w:tabs>
          <w:tab w:val="left" w:pos="1276"/>
        </w:tabs>
        <w:spacing w:after="0" w:line="240" w:lineRule="auto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noProof/>
        </w:rPr>
        <w:lastRenderedPageBreak/>
        <w:drawing>
          <wp:inline distT="0" distB="0" distL="0" distR="0" wp14:anchorId="718CA4AE" wp14:editId="3B96A551">
            <wp:extent cx="2368204" cy="2923361"/>
            <wp:effectExtent l="0" t="0" r="0" b="0"/>
            <wp:docPr id="955746585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46585" name="Imagem 1" descr="Interface gráfica do usuário, Aplicativ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72" cy="29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5B2">
        <w:rPr>
          <w:rFonts w:cs="Arial"/>
          <w:color w:val="000000" w:themeColor="text1"/>
          <w:szCs w:val="24"/>
        </w:rPr>
        <w:t xml:space="preserve">              </w:t>
      </w:r>
      <w:r w:rsidRPr="004645B2">
        <w:rPr>
          <w:rFonts w:cs="Arial"/>
          <w:noProof/>
        </w:rPr>
        <w:t xml:space="preserve">  </w:t>
      </w:r>
      <w:r w:rsidRPr="004645B2">
        <w:rPr>
          <w:rFonts w:cs="Arial"/>
          <w:noProof/>
        </w:rPr>
        <w:drawing>
          <wp:inline distT="0" distB="0" distL="0" distR="0" wp14:anchorId="1D50E2E1" wp14:editId="431C8C08">
            <wp:extent cx="2502770" cy="3072928"/>
            <wp:effectExtent l="0" t="0" r="0" b="0"/>
            <wp:docPr id="217903816" name="Imagem 2" descr="Interface gráfica do usuário, Texto, Aplicativo, chat ou mensagem de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03816" name="Imagem 2" descr="Interface gráfica do usuário, Texto, Aplicativo, chat ou mensagem de tex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05" cy="310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EE41" w14:textId="77777777" w:rsidR="00D116AD" w:rsidRPr="004645B2" w:rsidRDefault="00D116AD" w:rsidP="00D116AD">
      <w:pPr>
        <w:tabs>
          <w:tab w:val="left" w:pos="1276"/>
        </w:tabs>
        <w:spacing w:after="0"/>
        <w:jc w:val="both"/>
        <w:rPr>
          <w:rFonts w:cs="Arial"/>
          <w:sz w:val="20"/>
          <w:szCs w:val="20"/>
        </w:rPr>
      </w:pPr>
      <w:proofErr w:type="spellStart"/>
      <w:r w:rsidRPr="004645B2">
        <w:rPr>
          <w:rFonts w:cs="Arial"/>
          <w:sz w:val="20"/>
          <w:szCs w:val="20"/>
        </w:rPr>
        <w:t>Figura</w:t>
      </w:r>
      <w:proofErr w:type="spellEnd"/>
      <w:r w:rsidRPr="004645B2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3</w:t>
      </w:r>
      <w:r w:rsidRPr="004645B2">
        <w:rPr>
          <w:rFonts w:cs="Arial"/>
          <w:sz w:val="20"/>
          <w:szCs w:val="20"/>
        </w:rPr>
        <w:t xml:space="preserve"> – </w:t>
      </w:r>
      <w:proofErr w:type="spellStart"/>
      <w:r w:rsidRPr="004645B2">
        <w:rPr>
          <w:rFonts w:cs="Arial"/>
          <w:sz w:val="20"/>
          <w:szCs w:val="20"/>
        </w:rPr>
        <w:t>Materiais</w:t>
      </w:r>
      <w:proofErr w:type="spellEnd"/>
      <w:r w:rsidRPr="004645B2">
        <w:rPr>
          <w:rFonts w:cs="Arial"/>
          <w:sz w:val="20"/>
          <w:szCs w:val="20"/>
        </w:rPr>
        <w:t xml:space="preserve"> </w:t>
      </w:r>
      <w:proofErr w:type="spellStart"/>
      <w:r w:rsidRPr="004645B2">
        <w:rPr>
          <w:rFonts w:cs="Arial"/>
          <w:sz w:val="20"/>
          <w:szCs w:val="20"/>
        </w:rPr>
        <w:t>Recicláveis</w:t>
      </w:r>
      <w:proofErr w:type="spellEnd"/>
      <w:r w:rsidRPr="004645B2">
        <w:rPr>
          <w:rFonts w:cs="Arial"/>
          <w:sz w:val="20"/>
          <w:szCs w:val="20"/>
        </w:rPr>
        <w:t xml:space="preserve"> </w:t>
      </w:r>
      <w:proofErr w:type="spellStart"/>
      <w:r w:rsidRPr="004645B2">
        <w:rPr>
          <w:rFonts w:cs="Arial"/>
          <w:sz w:val="20"/>
          <w:szCs w:val="20"/>
        </w:rPr>
        <w:t>Aceitos</w:t>
      </w:r>
      <w:proofErr w:type="spellEnd"/>
      <w:r w:rsidRPr="004645B2">
        <w:rPr>
          <w:rFonts w:cs="Arial"/>
          <w:sz w:val="20"/>
          <w:szCs w:val="20"/>
        </w:rPr>
        <w:t xml:space="preserve"> na </w:t>
      </w:r>
      <w:r w:rsidRPr="004645B2">
        <w:rPr>
          <w:rFonts w:cs="Arial"/>
          <w:sz w:val="20"/>
          <w:szCs w:val="20"/>
        </w:rPr>
        <w:tab/>
      </w:r>
      <w:r w:rsidRPr="004645B2">
        <w:rPr>
          <w:rFonts w:cs="Arial"/>
          <w:sz w:val="20"/>
          <w:szCs w:val="20"/>
        </w:rPr>
        <w:tab/>
        <w:t xml:space="preserve"> </w:t>
      </w:r>
      <w:proofErr w:type="spellStart"/>
      <w:r w:rsidRPr="004645B2">
        <w:rPr>
          <w:rFonts w:cs="Arial"/>
          <w:sz w:val="20"/>
          <w:szCs w:val="20"/>
        </w:rPr>
        <w:t>Figura</w:t>
      </w:r>
      <w:proofErr w:type="spellEnd"/>
      <w:r w:rsidRPr="004645B2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4</w:t>
      </w:r>
      <w:r w:rsidRPr="004645B2">
        <w:rPr>
          <w:rFonts w:cs="Arial"/>
          <w:sz w:val="20"/>
          <w:szCs w:val="20"/>
        </w:rPr>
        <w:t xml:space="preserve"> – </w:t>
      </w:r>
      <w:proofErr w:type="spellStart"/>
      <w:r w:rsidRPr="004645B2">
        <w:rPr>
          <w:rFonts w:cs="Arial"/>
          <w:sz w:val="20"/>
          <w:szCs w:val="20"/>
        </w:rPr>
        <w:t>Precificação</w:t>
      </w:r>
      <w:proofErr w:type="spellEnd"/>
      <w:r w:rsidRPr="004645B2">
        <w:rPr>
          <w:rFonts w:cs="Arial"/>
          <w:sz w:val="20"/>
          <w:szCs w:val="20"/>
        </w:rPr>
        <w:t xml:space="preserve"> do </w:t>
      </w:r>
      <w:proofErr w:type="spellStart"/>
      <w:r w:rsidRPr="004645B2">
        <w:rPr>
          <w:rFonts w:cs="Arial"/>
          <w:sz w:val="20"/>
          <w:szCs w:val="20"/>
        </w:rPr>
        <w:t>EcoGrana</w:t>
      </w:r>
      <w:proofErr w:type="spellEnd"/>
    </w:p>
    <w:p w14:paraId="6AB7286D" w14:textId="77777777" w:rsidR="00D116AD" w:rsidRPr="004645B2" w:rsidRDefault="00D116AD" w:rsidP="00D116AD">
      <w:pPr>
        <w:tabs>
          <w:tab w:val="left" w:pos="1276"/>
        </w:tabs>
        <w:spacing w:after="0"/>
        <w:jc w:val="both"/>
        <w:rPr>
          <w:rFonts w:cs="Arial"/>
          <w:sz w:val="20"/>
          <w:szCs w:val="20"/>
        </w:rPr>
      </w:pPr>
      <w:proofErr w:type="spellStart"/>
      <w:r w:rsidRPr="004645B2">
        <w:rPr>
          <w:rFonts w:cs="Arial"/>
          <w:sz w:val="20"/>
          <w:szCs w:val="20"/>
        </w:rPr>
        <w:t>Troca</w:t>
      </w:r>
      <w:proofErr w:type="spellEnd"/>
      <w:r w:rsidRPr="004645B2">
        <w:rPr>
          <w:rFonts w:cs="Arial"/>
          <w:sz w:val="20"/>
          <w:szCs w:val="20"/>
        </w:rPr>
        <w:t xml:space="preserve"> </w:t>
      </w:r>
      <w:proofErr w:type="spellStart"/>
      <w:r w:rsidRPr="004645B2">
        <w:rPr>
          <w:rFonts w:cs="Arial"/>
          <w:sz w:val="20"/>
          <w:szCs w:val="20"/>
        </w:rPr>
        <w:t>pelo</w:t>
      </w:r>
      <w:proofErr w:type="spellEnd"/>
      <w:r w:rsidRPr="004645B2">
        <w:rPr>
          <w:rFonts w:cs="Arial"/>
          <w:sz w:val="20"/>
          <w:szCs w:val="20"/>
        </w:rPr>
        <w:t xml:space="preserve"> </w:t>
      </w:r>
      <w:proofErr w:type="spellStart"/>
      <w:r w:rsidRPr="004645B2">
        <w:rPr>
          <w:rFonts w:cs="Arial"/>
          <w:sz w:val="20"/>
          <w:szCs w:val="20"/>
        </w:rPr>
        <w:t>EcoGrana</w:t>
      </w:r>
      <w:proofErr w:type="spellEnd"/>
      <w:r w:rsidRPr="004645B2">
        <w:rPr>
          <w:rFonts w:cs="Arial"/>
          <w:sz w:val="20"/>
          <w:szCs w:val="20"/>
        </w:rPr>
        <w:t xml:space="preserve"> </w:t>
      </w:r>
      <w:r w:rsidRPr="004645B2">
        <w:rPr>
          <w:rFonts w:cs="Arial"/>
          <w:sz w:val="20"/>
          <w:szCs w:val="20"/>
        </w:rPr>
        <w:tab/>
      </w:r>
      <w:r w:rsidRPr="004645B2">
        <w:rPr>
          <w:rFonts w:cs="Arial"/>
          <w:sz w:val="20"/>
          <w:szCs w:val="20"/>
        </w:rPr>
        <w:tab/>
      </w:r>
      <w:r w:rsidRPr="004645B2">
        <w:rPr>
          <w:rFonts w:cs="Arial"/>
          <w:sz w:val="20"/>
          <w:szCs w:val="20"/>
        </w:rPr>
        <w:tab/>
      </w:r>
      <w:r w:rsidRPr="004645B2">
        <w:rPr>
          <w:rFonts w:cs="Arial"/>
          <w:sz w:val="20"/>
          <w:szCs w:val="20"/>
        </w:rPr>
        <w:tab/>
      </w:r>
      <w:r w:rsidRPr="004645B2">
        <w:rPr>
          <w:rFonts w:cs="Arial"/>
          <w:sz w:val="20"/>
          <w:szCs w:val="20"/>
        </w:rPr>
        <w:tab/>
        <w:t xml:space="preserve"> Fonte: Instituto </w:t>
      </w:r>
      <w:proofErr w:type="spellStart"/>
      <w:r w:rsidRPr="004645B2">
        <w:rPr>
          <w:rFonts w:cs="Arial"/>
          <w:sz w:val="20"/>
          <w:szCs w:val="20"/>
        </w:rPr>
        <w:t>Arapoti</w:t>
      </w:r>
      <w:proofErr w:type="spellEnd"/>
      <w:r w:rsidRPr="004645B2">
        <w:rPr>
          <w:rFonts w:cs="Arial"/>
          <w:sz w:val="20"/>
          <w:szCs w:val="20"/>
        </w:rPr>
        <w:t>, 2022.</w:t>
      </w:r>
    </w:p>
    <w:p w14:paraId="0F96BE55" w14:textId="77777777" w:rsidR="00D116AD" w:rsidRPr="004645B2" w:rsidRDefault="00D116AD" w:rsidP="00D116AD">
      <w:pPr>
        <w:tabs>
          <w:tab w:val="left" w:pos="1276"/>
        </w:tabs>
        <w:spacing w:line="360" w:lineRule="auto"/>
        <w:jc w:val="both"/>
        <w:rPr>
          <w:rFonts w:cs="Arial"/>
          <w:szCs w:val="24"/>
        </w:rPr>
      </w:pPr>
      <w:r w:rsidRPr="004645B2">
        <w:rPr>
          <w:rFonts w:cs="Arial"/>
          <w:sz w:val="20"/>
          <w:szCs w:val="20"/>
        </w:rPr>
        <w:t xml:space="preserve">Fonte: Instituto </w:t>
      </w:r>
      <w:proofErr w:type="spellStart"/>
      <w:r w:rsidRPr="004645B2">
        <w:rPr>
          <w:rFonts w:cs="Arial"/>
          <w:sz w:val="20"/>
          <w:szCs w:val="20"/>
        </w:rPr>
        <w:t>Arapoti</w:t>
      </w:r>
      <w:proofErr w:type="spellEnd"/>
      <w:r w:rsidRPr="004645B2">
        <w:rPr>
          <w:rFonts w:cs="Arial"/>
          <w:sz w:val="20"/>
          <w:szCs w:val="20"/>
        </w:rPr>
        <w:t xml:space="preserve">, 2022.                                                     </w:t>
      </w:r>
    </w:p>
    <w:p w14:paraId="25108977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Esta </w:t>
      </w:r>
      <w:proofErr w:type="spellStart"/>
      <w:r w:rsidRPr="004645B2">
        <w:rPr>
          <w:rFonts w:cs="Arial"/>
          <w:color w:val="000000" w:themeColor="text1"/>
          <w:szCs w:val="24"/>
        </w:rPr>
        <w:t>arquitetura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operacional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permite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criação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um </w:t>
      </w:r>
      <w:proofErr w:type="spellStart"/>
      <w:r w:rsidRPr="004645B2">
        <w:rPr>
          <w:rFonts w:cs="Arial"/>
          <w:color w:val="000000" w:themeColor="text1"/>
          <w:szCs w:val="24"/>
        </w:rPr>
        <w:t>Circuito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Economia Circular </w:t>
      </w:r>
      <w:proofErr w:type="spellStart"/>
      <w:r w:rsidRPr="004645B2">
        <w:rPr>
          <w:rFonts w:cs="Arial"/>
          <w:color w:val="000000" w:themeColor="text1"/>
          <w:szCs w:val="24"/>
        </w:rPr>
        <w:t>baseado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(Garcés; González-Sánchez; Mejía-Ortiz, 2020) que </w:t>
      </w:r>
      <w:proofErr w:type="spellStart"/>
      <w:r w:rsidRPr="004645B2">
        <w:rPr>
          <w:rFonts w:cs="Arial"/>
          <w:color w:val="000000" w:themeColor="text1"/>
          <w:szCs w:val="24"/>
        </w:rPr>
        <w:t>envolve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três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etapas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complementares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sinérgicas</w:t>
      </w:r>
      <w:proofErr w:type="spellEnd"/>
      <w:r w:rsidRPr="004645B2">
        <w:rPr>
          <w:rFonts w:cs="Arial"/>
          <w:color w:val="000000" w:themeColor="text1"/>
          <w:szCs w:val="24"/>
        </w:rPr>
        <w:t>:</w:t>
      </w:r>
    </w:p>
    <w:p w14:paraId="067651C2" w14:textId="77777777" w:rsidR="00D116AD" w:rsidRPr="004645B2" w:rsidRDefault="00D116AD" w:rsidP="00D116AD">
      <w:pPr>
        <w:pStyle w:val="PargrafodaLista"/>
        <w:numPr>
          <w:ilvl w:val="0"/>
          <w:numId w:val="18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b/>
          <w:bCs/>
          <w:color w:val="000000" w:themeColor="text1"/>
          <w:szCs w:val="24"/>
        </w:rPr>
        <w:t xml:space="preserve">Coleta 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valorização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materiais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recicláveis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pontos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troca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itinerantes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funcionam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todos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exceto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domingos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feriados</w:t>
      </w:r>
      <w:proofErr w:type="spellEnd"/>
      <w:r w:rsidRPr="004645B2">
        <w:rPr>
          <w:rFonts w:cs="Arial"/>
          <w:color w:val="000000" w:themeColor="text1"/>
          <w:szCs w:val="24"/>
        </w:rPr>
        <w:t>);</w:t>
      </w:r>
    </w:p>
    <w:p w14:paraId="042B2372" w14:textId="77777777" w:rsidR="00D116AD" w:rsidRPr="004645B2" w:rsidRDefault="00D116AD" w:rsidP="00D116AD">
      <w:pPr>
        <w:pStyle w:val="PargrafodaLista"/>
        <w:numPr>
          <w:ilvl w:val="0"/>
          <w:numId w:val="18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Circulação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local da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moeda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social</w:t>
      </w:r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impulsionando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geração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valor </w:t>
      </w:r>
      <w:proofErr w:type="spellStart"/>
      <w:r w:rsidRPr="004645B2">
        <w:rPr>
          <w:rFonts w:cs="Arial"/>
          <w:color w:val="000000" w:themeColor="text1"/>
          <w:szCs w:val="24"/>
        </w:rPr>
        <w:t>dentro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próprio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território</w:t>
      </w:r>
      <w:proofErr w:type="spellEnd"/>
      <w:r w:rsidRPr="004645B2">
        <w:rPr>
          <w:rFonts w:cs="Arial"/>
          <w:color w:val="000000" w:themeColor="text1"/>
          <w:szCs w:val="24"/>
        </w:rPr>
        <w:t>;</w:t>
      </w:r>
    </w:p>
    <w:p w14:paraId="05FB8716" w14:textId="77777777" w:rsidR="00D116AD" w:rsidRPr="004645B2" w:rsidRDefault="00D116AD" w:rsidP="00D116AD">
      <w:pPr>
        <w:pStyle w:val="PargrafodaLista"/>
        <w:numPr>
          <w:ilvl w:val="0"/>
          <w:numId w:val="18"/>
        </w:num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Fechamento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ciclo</w:t>
      </w:r>
      <w:proofErr w:type="spellEnd"/>
      <w:r w:rsidRPr="004645B2">
        <w:rPr>
          <w:rFonts w:cs="Arial"/>
          <w:b/>
          <w:bCs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b/>
          <w:bCs/>
          <w:color w:val="000000" w:themeColor="text1"/>
          <w:szCs w:val="24"/>
        </w:rPr>
        <w:t>socioeconômico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com a </w:t>
      </w:r>
      <w:proofErr w:type="spellStart"/>
      <w:r w:rsidRPr="004645B2">
        <w:rPr>
          <w:rFonts w:cs="Arial"/>
          <w:color w:val="000000" w:themeColor="text1"/>
          <w:szCs w:val="24"/>
        </w:rPr>
        <w:t>destinação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ambientalmente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correta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resíduos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a </w:t>
      </w:r>
      <w:proofErr w:type="spellStart"/>
      <w:r w:rsidRPr="004645B2">
        <w:rPr>
          <w:rFonts w:cs="Arial"/>
          <w:color w:val="000000" w:themeColor="text1"/>
          <w:szCs w:val="24"/>
        </w:rPr>
        <w:t>valorização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trabalho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4645B2">
        <w:rPr>
          <w:rFonts w:cs="Arial"/>
          <w:color w:val="000000" w:themeColor="text1"/>
          <w:szCs w:val="24"/>
        </w:rPr>
        <w:t>catadores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1D7A1316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proofErr w:type="spellStart"/>
      <w:r w:rsidRPr="004645B2">
        <w:rPr>
          <w:rFonts w:cs="Arial"/>
          <w:color w:val="000000" w:themeColor="text1"/>
          <w:szCs w:val="24"/>
        </w:rPr>
        <w:lastRenderedPageBreak/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benefícios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multidimensionais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projeto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registrados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entre 2020 e 2023, </w:t>
      </w:r>
      <w:proofErr w:type="spellStart"/>
      <w:r w:rsidRPr="004645B2">
        <w:rPr>
          <w:rFonts w:cs="Arial"/>
          <w:color w:val="000000" w:themeColor="text1"/>
          <w:szCs w:val="24"/>
        </w:rPr>
        <w:t>revelam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resultados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tangíveis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tanto na </w:t>
      </w:r>
      <w:proofErr w:type="spellStart"/>
      <w:r w:rsidRPr="004645B2">
        <w:rPr>
          <w:rFonts w:cs="Arial"/>
          <w:color w:val="000000" w:themeColor="text1"/>
          <w:szCs w:val="24"/>
        </w:rPr>
        <w:t>esfera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ambiental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quanto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social. Do </w:t>
      </w:r>
      <w:proofErr w:type="spellStart"/>
      <w:r w:rsidRPr="004645B2">
        <w:rPr>
          <w:rFonts w:cs="Arial"/>
          <w:color w:val="000000" w:themeColor="text1"/>
          <w:szCs w:val="24"/>
        </w:rPr>
        <w:t>ponto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vista </w:t>
      </w:r>
      <w:proofErr w:type="spellStart"/>
      <w:r w:rsidRPr="004645B2">
        <w:rPr>
          <w:rFonts w:cs="Arial"/>
          <w:color w:val="000000" w:themeColor="text1"/>
          <w:szCs w:val="24"/>
        </w:rPr>
        <w:t>ecológico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iniciativa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demonstrou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notável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eficiência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gestão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resíduos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com o </w:t>
      </w:r>
      <w:proofErr w:type="spellStart"/>
      <w:r w:rsidRPr="004645B2">
        <w:rPr>
          <w:rFonts w:cs="Arial"/>
          <w:color w:val="000000" w:themeColor="text1"/>
          <w:szCs w:val="24"/>
        </w:rPr>
        <w:t>recolhimento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12 </w:t>
      </w:r>
      <w:proofErr w:type="spellStart"/>
      <w:r w:rsidRPr="004645B2">
        <w:rPr>
          <w:rFonts w:cs="Arial"/>
          <w:color w:val="000000" w:themeColor="text1"/>
          <w:szCs w:val="24"/>
        </w:rPr>
        <w:t>toneladas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materiais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recicláveis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e, </w:t>
      </w:r>
      <w:proofErr w:type="spellStart"/>
      <w:r w:rsidRPr="004645B2">
        <w:rPr>
          <w:rFonts w:cs="Arial"/>
          <w:color w:val="000000" w:themeColor="text1"/>
          <w:szCs w:val="24"/>
        </w:rPr>
        <w:t>consequentemente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evitando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emissão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15 </w:t>
      </w:r>
      <w:proofErr w:type="spellStart"/>
      <w:r w:rsidRPr="004645B2">
        <w:rPr>
          <w:rFonts w:cs="Arial"/>
          <w:color w:val="000000" w:themeColor="text1"/>
          <w:szCs w:val="24"/>
        </w:rPr>
        <w:t>toneladas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CO</w:t>
      </w:r>
      <w:r w:rsidRPr="004645B2">
        <w:rPr>
          <w:rFonts w:ascii="Cambria Math" w:hAnsi="Cambria Math" w:cs="Cambria Math"/>
          <w:color w:val="000000" w:themeColor="text1"/>
          <w:szCs w:val="24"/>
        </w:rPr>
        <w:t>₂</w:t>
      </w:r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equivalente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atmosfera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segundo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dados </w:t>
      </w:r>
      <w:proofErr w:type="spellStart"/>
      <w:r w:rsidRPr="004645B2">
        <w:rPr>
          <w:rFonts w:cs="Arial"/>
          <w:color w:val="000000" w:themeColor="text1"/>
          <w:szCs w:val="24"/>
        </w:rPr>
        <w:t>divulgados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pelo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próprio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Instituto </w:t>
      </w:r>
      <w:proofErr w:type="spellStart"/>
      <w:r w:rsidRPr="004645B2">
        <w:rPr>
          <w:rFonts w:cs="Arial"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(2023). Esses </w:t>
      </w:r>
      <w:proofErr w:type="spellStart"/>
      <w:r w:rsidRPr="004645B2">
        <w:rPr>
          <w:rFonts w:cs="Arial"/>
          <w:color w:val="000000" w:themeColor="text1"/>
          <w:szCs w:val="24"/>
        </w:rPr>
        <w:t>números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representam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materialização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um </w:t>
      </w:r>
      <w:proofErr w:type="spellStart"/>
      <w:r w:rsidRPr="004645B2">
        <w:rPr>
          <w:rFonts w:cs="Arial"/>
          <w:color w:val="000000" w:themeColor="text1"/>
          <w:szCs w:val="24"/>
        </w:rPr>
        <w:t>metabolismo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urbano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circular, no qual o que antes era visto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lixo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reintegrado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à cadeia </w:t>
      </w:r>
      <w:proofErr w:type="spellStart"/>
      <w:r w:rsidRPr="004645B2">
        <w:rPr>
          <w:rFonts w:cs="Arial"/>
          <w:color w:val="000000" w:themeColor="text1"/>
          <w:szCs w:val="24"/>
        </w:rPr>
        <w:t>produtiva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recurso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valioso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6F3B0064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No </w:t>
      </w:r>
      <w:proofErr w:type="spellStart"/>
      <w:r w:rsidRPr="004645B2">
        <w:rPr>
          <w:rFonts w:cs="Arial"/>
          <w:color w:val="000000" w:themeColor="text1"/>
          <w:szCs w:val="24"/>
        </w:rPr>
        <w:t>âmbito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social,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efeitos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igualmente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expressivos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</w:t>
      </w:r>
      <w:proofErr w:type="spellStart"/>
      <w:r w:rsidRPr="004645B2">
        <w:rPr>
          <w:rFonts w:cs="Arial"/>
          <w:color w:val="000000" w:themeColor="text1"/>
          <w:szCs w:val="24"/>
        </w:rPr>
        <w:t>Reportagens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época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realizaram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suas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próprias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apurações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junto </w:t>
      </w:r>
      <w:proofErr w:type="spellStart"/>
      <w:r w:rsidRPr="004645B2">
        <w:rPr>
          <w:rFonts w:cs="Arial"/>
          <w:color w:val="000000" w:themeColor="text1"/>
          <w:szCs w:val="24"/>
        </w:rPr>
        <w:t>aos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envolvidos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fornecem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retrato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importância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humana do </w:t>
      </w:r>
      <w:proofErr w:type="spellStart"/>
      <w:r w:rsidRPr="004645B2">
        <w:rPr>
          <w:rFonts w:cs="Arial"/>
          <w:color w:val="000000" w:themeColor="text1"/>
          <w:szCs w:val="24"/>
        </w:rPr>
        <w:t>projeto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Uma </w:t>
      </w:r>
      <w:proofErr w:type="spellStart"/>
      <w:r w:rsidRPr="004645B2">
        <w:rPr>
          <w:rFonts w:cs="Arial"/>
          <w:color w:val="000000" w:themeColor="text1"/>
          <w:szCs w:val="24"/>
        </w:rPr>
        <w:t>matéria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plataforma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Riconsciente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(2021),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exemplo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apontou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que, entre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participantes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entrevistados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pela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equipe, 80% </w:t>
      </w:r>
      <w:proofErr w:type="spellStart"/>
      <w:r w:rsidRPr="004645B2">
        <w:rPr>
          <w:rFonts w:cs="Arial"/>
          <w:color w:val="000000" w:themeColor="text1"/>
          <w:szCs w:val="24"/>
        </w:rPr>
        <w:t>afirmaram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se </w:t>
      </w:r>
      <w:proofErr w:type="spellStart"/>
      <w:r w:rsidRPr="004645B2">
        <w:rPr>
          <w:rFonts w:cs="Arial"/>
          <w:color w:val="000000" w:themeColor="text1"/>
          <w:szCs w:val="24"/>
        </w:rPr>
        <w:t>engajado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separação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resíduos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após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início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projeto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enquanto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65% </w:t>
      </w:r>
      <w:proofErr w:type="spellStart"/>
      <w:r w:rsidRPr="004645B2">
        <w:rPr>
          <w:rFonts w:cs="Arial"/>
          <w:color w:val="000000" w:themeColor="text1"/>
          <w:szCs w:val="24"/>
        </w:rPr>
        <w:t>relataram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melhora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no </w:t>
      </w:r>
      <w:proofErr w:type="spellStart"/>
      <w:r w:rsidRPr="004645B2">
        <w:rPr>
          <w:rFonts w:cs="Arial"/>
          <w:color w:val="000000" w:themeColor="text1"/>
          <w:szCs w:val="24"/>
        </w:rPr>
        <w:t>acesso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itens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essenciais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Esses dados </w:t>
      </w:r>
      <w:proofErr w:type="spellStart"/>
      <w:r w:rsidRPr="004645B2">
        <w:rPr>
          <w:rFonts w:cs="Arial"/>
          <w:color w:val="000000" w:themeColor="text1"/>
          <w:szCs w:val="24"/>
        </w:rPr>
        <w:t>estatísticos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ganham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rosto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voz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depoimentos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colhidos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essas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mesmas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fontes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jornalísticas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Para Alison Ferreira, da Cooperativa </w:t>
      </w:r>
      <w:proofErr w:type="spellStart"/>
      <w:r w:rsidRPr="004645B2">
        <w:rPr>
          <w:rFonts w:cs="Arial"/>
          <w:color w:val="000000" w:themeColor="text1"/>
          <w:szCs w:val="24"/>
        </w:rPr>
        <w:t>Recicla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iniciativa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trouxe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ganhos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“</w:t>
      </w:r>
      <w:proofErr w:type="spellStart"/>
      <w:r w:rsidRPr="004645B2">
        <w:rPr>
          <w:rFonts w:cs="Arial"/>
          <w:color w:val="000000" w:themeColor="text1"/>
          <w:szCs w:val="24"/>
        </w:rPr>
        <w:t>dignidade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visibilidade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 para </w:t>
      </w:r>
      <w:proofErr w:type="spellStart"/>
      <w:r w:rsidRPr="004645B2">
        <w:rPr>
          <w:rFonts w:cs="Arial"/>
          <w:color w:val="000000" w:themeColor="text1"/>
          <w:szCs w:val="24"/>
        </w:rPr>
        <w:t>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catadores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materiais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recicláveis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</w:t>
      </w:r>
      <w:proofErr w:type="spellStart"/>
      <w:r w:rsidRPr="004645B2">
        <w:rPr>
          <w:rFonts w:cs="Arial"/>
          <w:color w:val="000000" w:themeColor="text1"/>
          <w:szCs w:val="24"/>
        </w:rPr>
        <w:t>Riconsciente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2021). Essa </w:t>
      </w:r>
      <w:proofErr w:type="spellStart"/>
      <w:r w:rsidRPr="004645B2">
        <w:rPr>
          <w:rFonts w:cs="Arial"/>
          <w:color w:val="000000" w:themeColor="text1"/>
          <w:szCs w:val="24"/>
        </w:rPr>
        <w:t>percepção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complementada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pela </w:t>
      </w:r>
      <w:proofErr w:type="spellStart"/>
      <w:r w:rsidRPr="004645B2">
        <w:rPr>
          <w:rFonts w:cs="Arial"/>
          <w:color w:val="000000" w:themeColor="text1"/>
          <w:szCs w:val="24"/>
        </w:rPr>
        <w:t>fala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Simone Vaz, </w:t>
      </w:r>
      <w:proofErr w:type="spellStart"/>
      <w:r w:rsidRPr="004645B2">
        <w:rPr>
          <w:rFonts w:cs="Arial"/>
          <w:color w:val="000000" w:themeColor="text1"/>
          <w:szCs w:val="24"/>
        </w:rPr>
        <w:t>coordenadora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projeto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(na </w:t>
      </w:r>
      <w:proofErr w:type="spellStart"/>
      <w:r w:rsidRPr="004645B2">
        <w:rPr>
          <w:rFonts w:cs="Arial"/>
          <w:color w:val="000000" w:themeColor="text1"/>
          <w:szCs w:val="24"/>
        </w:rPr>
        <w:t>época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), que em </w:t>
      </w:r>
      <w:proofErr w:type="spellStart"/>
      <w:r w:rsidRPr="004645B2">
        <w:rPr>
          <w:rFonts w:cs="Arial"/>
          <w:color w:val="000000" w:themeColor="text1"/>
          <w:szCs w:val="24"/>
        </w:rPr>
        <w:t>entrevista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Jornal do </w:t>
      </w:r>
      <w:proofErr w:type="spellStart"/>
      <w:r w:rsidRPr="004645B2">
        <w:rPr>
          <w:rFonts w:cs="Arial"/>
          <w:color w:val="000000" w:themeColor="text1"/>
          <w:szCs w:val="24"/>
        </w:rPr>
        <w:t>Guará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(2021), </w:t>
      </w:r>
      <w:proofErr w:type="spellStart"/>
      <w:r w:rsidRPr="004645B2">
        <w:rPr>
          <w:rFonts w:cs="Arial"/>
          <w:color w:val="000000" w:themeColor="text1"/>
          <w:szCs w:val="24"/>
        </w:rPr>
        <w:t>identificou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4645B2">
        <w:rPr>
          <w:rFonts w:cs="Arial"/>
          <w:color w:val="000000" w:themeColor="text1"/>
          <w:szCs w:val="24"/>
        </w:rPr>
        <w:t>EcoGrana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uma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potente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“rede de </w:t>
      </w:r>
      <w:proofErr w:type="spellStart"/>
      <w:r w:rsidRPr="004645B2">
        <w:rPr>
          <w:rFonts w:cs="Arial"/>
          <w:color w:val="000000" w:themeColor="text1"/>
          <w:szCs w:val="24"/>
        </w:rPr>
        <w:t>apoio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” para o </w:t>
      </w:r>
      <w:proofErr w:type="spellStart"/>
      <w:r w:rsidRPr="004645B2">
        <w:rPr>
          <w:rFonts w:cs="Arial"/>
          <w:color w:val="000000" w:themeColor="text1"/>
          <w:szCs w:val="24"/>
        </w:rPr>
        <w:t>fortalecimento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4645B2">
        <w:rPr>
          <w:rFonts w:cs="Arial"/>
          <w:color w:val="000000" w:themeColor="text1"/>
          <w:szCs w:val="24"/>
        </w:rPr>
        <w:t>coletivo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Tais </w:t>
      </w:r>
      <w:proofErr w:type="spellStart"/>
      <w:r w:rsidRPr="004645B2">
        <w:rPr>
          <w:rFonts w:cs="Arial"/>
          <w:color w:val="000000" w:themeColor="text1"/>
          <w:szCs w:val="24"/>
        </w:rPr>
        <w:t>resultados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indicam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4645B2">
        <w:rPr>
          <w:rFonts w:cs="Arial"/>
          <w:color w:val="000000" w:themeColor="text1"/>
          <w:szCs w:val="24"/>
        </w:rPr>
        <w:t>fortalecimento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capital social e da </w:t>
      </w:r>
      <w:proofErr w:type="spellStart"/>
      <w:r w:rsidRPr="004645B2">
        <w:rPr>
          <w:rFonts w:cs="Arial"/>
          <w:color w:val="000000" w:themeColor="text1"/>
          <w:szCs w:val="24"/>
        </w:rPr>
        <w:t>resiliência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comunitária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elementos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essenciais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o </w:t>
      </w:r>
      <w:proofErr w:type="spellStart"/>
      <w:r w:rsidRPr="004645B2">
        <w:rPr>
          <w:rFonts w:cs="Arial"/>
          <w:color w:val="000000" w:themeColor="text1"/>
          <w:szCs w:val="24"/>
        </w:rPr>
        <w:t>desenvolvimento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local </w:t>
      </w:r>
      <w:proofErr w:type="spellStart"/>
      <w:r w:rsidRPr="004645B2">
        <w:rPr>
          <w:rFonts w:cs="Arial"/>
          <w:color w:val="000000" w:themeColor="text1"/>
          <w:szCs w:val="24"/>
        </w:rPr>
        <w:t>sustentável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458AEE85" w14:textId="77777777" w:rsidR="00D116AD" w:rsidRPr="004645B2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O </w:t>
      </w:r>
      <w:proofErr w:type="spellStart"/>
      <w:r w:rsidRPr="004645B2">
        <w:rPr>
          <w:rFonts w:cs="Arial"/>
          <w:color w:val="000000" w:themeColor="text1"/>
          <w:szCs w:val="24"/>
        </w:rPr>
        <w:t>fato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o </w:t>
      </w:r>
      <w:proofErr w:type="spellStart"/>
      <w:r w:rsidRPr="004645B2">
        <w:rPr>
          <w:rFonts w:cs="Arial"/>
          <w:color w:val="000000" w:themeColor="text1"/>
          <w:szCs w:val="24"/>
        </w:rPr>
        <w:t>EcoGrana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ter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sido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agraciado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o </w:t>
      </w:r>
      <w:proofErr w:type="spellStart"/>
      <w:r w:rsidRPr="004645B2">
        <w:rPr>
          <w:rFonts w:cs="Arial"/>
          <w:color w:val="000000" w:themeColor="text1"/>
          <w:szCs w:val="24"/>
        </w:rPr>
        <w:t>Prêmio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2025 (</w:t>
      </w:r>
      <w:proofErr w:type="spellStart"/>
      <w:r w:rsidRPr="004645B2">
        <w:rPr>
          <w:rFonts w:cs="Arial"/>
          <w:color w:val="000000" w:themeColor="text1"/>
          <w:szCs w:val="24"/>
        </w:rPr>
        <w:t>Visite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Brasília, 2025) </w:t>
      </w:r>
      <w:proofErr w:type="spellStart"/>
      <w:r w:rsidRPr="004645B2">
        <w:rPr>
          <w:rFonts w:cs="Arial"/>
          <w:color w:val="000000" w:themeColor="text1"/>
          <w:szCs w:val="24"/>
        </w:rPr>
        <w:t>legitima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relevância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política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pública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territorial </w:t>
      </w:r>
      <w:proofErr w:type="spellStart"/>
      <w:r w:rsidRPr="004645B2">
        <w:rPr>
          <w:rFonts w:cs="Arial"/>
          <w:color w:val="000000" w:themeColor="text1"/>
          <w:szCs w:val="24"/>
        </w:rPr>
        <w:t>baseada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comunidade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No </w:t>
      </w:r>
      <w:proofErr w:type="spellStart"/>
      <w:r w:rsidRPr="004645B2">
        <w:rPr>
          <w:rFonts w:cs="Arial"/>
          <w:color w:val="000000" w:themeColor="text1"/>
          <w:szCs w:val="24"/>
        </w:rPr>
        <w:t>entanto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permanecem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desafios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alto </w:t>
      </w:r>
      <w:proofErr w:type="spellStart"/>
      <w:r w:rsidRPr="004645B2">
        <w:rPr>
          <w:rFonts w:cs="Arial"/>
          <w:color w:val="000000" w:themeColor="text1"/>
          <w:szCs w:val="24"/>
        </w:rPr>
        <w:t>nível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contaminação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nos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resíduos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4645B2">
        <w:rPr>
          <w:rFonts w:cs="Arial"/>
          <w:color w:val="000000" w:themeColor="text1"/>
          <w:szCs w:val="24"/>
        </w:rPr>
        <w:t>era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30% em 2023 (Instituto </w:t>
      </w:r>
      <w:proofErr w:type="spellStart"/>
      <w:r w:rsidRPr="004645B2">
        <w:rPr>
          <w:rFonts w:cs="Arial"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2023), </w:t>
      </w:r>
      <w:proofErr w:type="spellStart"/>
      <w:r w:rsidRPr="004645B2">
        <w:rPr>
          <w:rFonts w:cs="Arial"/>
          <w:color w:val="000000" w:themeColor="text1"/>
          <w:szCs w:val="24"/>
        </w:rPr>
        <w:t>deficiências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infraestrutura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logística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a </w:t>
      </w:r>
      <w:proofErr w:type="spellStart"/>
      <w:r w:rsidRPr="004645B2">
        <w:rPr>
          <w:rFonts w:cs="Arial"/>
          <w:color w:val="000000" w:themeColor="text1"/>
          <w:szCs w:val="24"/>
        </w:rPr>
        <w:t>necessidade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ampliar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rede de </w:t>
      </w:r>
      <w:proofErr w:type="spellStart"/>
      <w:r w:rsidRPr="004645B2">
        <w:rPr>
          <w:rFonts w:cs="Arial"/>
          <w:color w:val="000000" w:themeColor="text1"/>
          <w:szCs w:val="24"/>
        </w:rPr>
        <w:t>empresas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parceiras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Para </w:t>
      </w:r>
      <w:proofErr w:type="spellStart"/>
      <w:r w:rsidRPr="004645B2">
        <w:rPr>
          <w:rFonts w:cs="Arial"/>
          <w:color w:val="000000" w:themeColor="text1"/>
          <w:szCs w:val="24"/>
        </w:rPr>
        <w:t>enfrentá-los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o Instituto </w:t>
      </w:r>
      <w:proofErr w:type="spellStart"/>
      <w:r w:rsidRPr="004645B2">
        <w:rPr>
          <w:rFonts w:cs="Arial"/>
          <w:color w:val="000000" w:themeColor="text1"/>
          <w:szCs w:val="24"/>
        </w:rPr>
        <w:t>tem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investido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4645B2">
        <w:rPr>
          <w:rFonts w:cs="Arial"/>
          <w:color w:val="000000" w:themeColor="text1"/>
          <w:szCs w:val="24"/>
        </w:rPr>
        <w:t>programas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educação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ambiental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o ‘Escola </w:t>
      </w:r>
      <w:proofErr w:type="spellStart"/>
      <w:r w:rsidRPr="004645B2">
        <w:rPr>
          <w:rFonts w:cs="Arial"/>
          <w:color w:val="000000" w:themeColor="text1"/>
          <w:szCs w:val="24"/>
        </w:rPr>
        <w:t>Sustentável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’, que,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meio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oficinas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sobre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compostagem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hortas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</w:t>
      </w:r>
      <w:proofErr w:type="spellStart"/>
      <w:r w:rsidRPr="004645B2">
        <w:rPr>
          <w:rFonts w:cs="Arial"/>
          <w:color w:val="000000" w:themeColor="text1"/>
          <w:szCs w:val="24"/>
        </w:rPr>
        <w:t>já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impactou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diretamente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cerca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1.200 </w:t>
      </w:r>
      <w:proofErr w:type="spellStart"/>
      <w:r w:rsidRPr="004645B2">
        <w:rPr>
          <w:rFonts w:cs="Arial"/>
          <w:color w:val="000000" w:themeColor="text1"/>
          <w:szCs w:val="24"/>
        </w:rPr>
        <w:t>estudantes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rede </w:t>
      </w:r>
      <w:proofErr w:type="spellStart"/>
      <w:r w:rsidRPr="004645B2">
        <w:rPr>
          <w:rFonts w:cs="Arial"/>
          <w:color w:val="000000" w:themeColor="text1"/>
          <w:szCs w:val="24"/>
        </w:rPr>
        <w:t>pública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(Jornal do </w:t>
      </w:r>
      <w:proofErr w:type="spellStart"/>
      <w:r w:rsidRPr="004645B2">
        <w:rPr>
          <w:rFonts w:cs="Arial"/>
          <w:color w:val="000000" w:themeColor="text1"/>
          <w:szCs w:val="24"/>
        </w:rPr>
        <w:t>Guará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2021). </w:t>
      </w:r>
      <w:proofErr w:type="spellStart"/>
      <w:r w:rsidRPr="004645B2">
        <w:rPr>
          <w:rFonts w:cs="Arial"/>
          <w:color w:val="000000" w:themeColor="text1"/>
          <w:szCs w:val="24"/>
        </w:rPr>
        <w:t>Essas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práticas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fundamentadas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teoria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aprendizagem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social, </w:t>
      </w:r>
      <w:proofErr w:type="spellStart"/>
      <w:r w:rsidRPr="004645B2">
        <w:rPr>
          <w:rFonts w:cs="Arial"/>
          <w:color w:val="000000" w:themeColor="text1"/>
          <w:szCs w:val="24"/>
        </w:rPr>
        <w:t>conforme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evidenciado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Reed et al. (2010) </w:t>
      </w:r>
      <w:proofErr w:type="spellStart"/>
      <w:r w:rsidRPr="004645B2">
        <w:rPr>
          <w:rFonts w:cs="Arial"/>
          <w:color w:val="000000" w:themeColor="text1"/>
          <w:szCs w:val="24"/>
        </w:rPr>
        <w:t>como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fundamental para </w:t>
      </w:r>
      <w:proofErr w:type="spellStart"/>
      <w:r w:rsidRPr="004645B2">
        <w:rPr>
          <w:rFonts w:cs="Arial"/>
          <w:color w:val="000000" w:themeColor="text1"/>
          <w:szCs w:val="24"/>
        </w:rPr>
        <w:t>mudanças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culturais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sustentáveis.</w:t>
      </w:r>
    </w:p>
    <w:p w14:paraId="7DED3742" w14:textId="77777777" w:rsidR="00D116AD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4645B2">
        <w:rPr>
          <w:rFonts w:cs="Arial"/>
          <w:color w:val="000000" w:themeColor="text1"/>
          <w:szCs w:val="24"/>
        </w:rPr>
        <w:t xml:space="preserve">O </w:t>
      </w:r>
      <w:proofErr w:type="spellStart"/>
      <w:r w:rsidRPr="004645B2">
        <w:rPr>
          <w:rFonts w:cs="Arial"/>
          <w:color w:val="000000" w:themeColor="text1"/>
          <w:szCs w:val="24"/>
        </w:rPr>
        <w:t>futuro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EcoGrana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é </w:t>
      </w:r>
      <w:proofErr w:type="spellStart"/>
      <w:r w:rsidRPr="004645B2">
        <w:rPr>
          <w:rFonts w:cs="Arial"/>
          <w:color w:val="000000" w:themeColor="text1"/>
          <w:szCs w:val="24"/>
        </w:rPr>
        <w:t>promissor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. Em 2025, </w:t>
      </w:r>
      <w:proofErr w:type="spellStart"/>
      <w:r w:rsidRPr="004645B2">
        <w:rPr>
          <w:rFonts w:cs="Arial"/>
          <w:color w:val="000000" w:themeColor="text1"/>
          <w:szCs w:val="24"/>
        </w:rPr>
        <w:t>sua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versão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digital </w:t>
      </w:r>
      <w:proofErr w:type="spellStart"/>
      <w:r w:rsidRPr="004645B2">
        <w:rPr>
          <w:rFonts w:cs="Arial"/>
          <w:color w:val="000000" w:themeColor="text1"/>
          <w:szCs w:val="24"/>
        </w:rPr>
        <w:t>foi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desenvolvida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em um </w:t>
      </w:r>
      <w:proofErr w:type="spellStart"/>
      <w:r w:rsidRPr="004645B2">
        <w:rPr>
          <w:rFonts w:cs="Arial"/>
          <w:color w:val="000000" w:themeColor="text1"/>
          <w:szCs w:val="24"/>
        </w:rPr>
        <w:t>aplicativo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smartphone (</w:t>
      </w:r>
      <w:proofErr w:type="spellStart"/>
      <w:r w:rsidRPr="004645B2">
        <w:rPr>
          <w:rFonts w:cs="Arial"/>
          <w:color w:val="000000" w:themeColor="text1"/>
          <w:szCs w:val="24"/>
        </w:rPr>
        <w:t>Visite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Brasília, 2025) e </w:t>
      </w:r>
      <w:proofErr w:type="spellStart"/>
      <w:r w:rsidRPr="004645B2">
        <w:rPr>
          <w:rFonts w:cs="Arial"/>
          <w:color w:val="000000" w:themeColor="text1"/>
          <w:szCs w:val="24"/>
        </w:rPr>
        <w:t>atualmente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está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subindo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4645B2">
        <w:rPr>
          <w:rFonts w:cs="Arial"/>
          <w:color w:val="000000" w:themeColor="text1"/>
          <w:szCs w:val="24"/>
        </w:rPr>
        <w:t>novas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regiões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administrativas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do Distrito Federal, com </w:t>
      </w:r>
      <w:proofErr w:type="spellStart"/>
      <w:r w:rsidRPr="004645B2">
        <w:rPr>
          <w:rFonts w:cs="Arial"/>
          <w:color w:val="000000" w:themeColor="text1"/>
          <w:szCs w:val="24"/>
        </w:rPr>
        <w:t>Riacho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Fundo II e </w:t>
      </w:r>
      <w:proofErr w:type="spellStart"/>
      <w:r w:rsidRPr="004645B2">
        <w:rPr>
          <w:rFonts w:cs="Arial"/>
          <w:color w:val="000000" w:themeColor="text1"/>
          <w:szCs w:val="24"/>
        </w:rPr>
        <w:t>Taguatinga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já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cobertas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(Blog do Amarildo, 2025). O Instituto </w:t>
      </w:r>
      <w:proofErr w:type="spellStart"/>
      <w:r w:rsidRPr="004645B2">
        <w:rPr>
          <w:rFonts w:cs="Arial"/>
          <w:color w:val="000000" w:themeColor="text1"/>
          <w:szCs w:val="24"/>
        </w:rPr>
        <w:t>também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pretende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implementar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em 2026, um </w:t>
      </w:r>
      <w:proofErr w:type="spellStart"/>
      <w:r w:rsidRPr="004645B2">
        <w:rPr>
          <w:rFonts w:cs="Arial"/>
          <w:color w:val="000000" w:themeColor="text1"/>
          <w:szCs w:val="24"/>
        </w:rPr>
        <w:t>projeto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microcrédito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com </w:t>
      </w:r>
      <w:proofErr w:type="spellStart"/>
      <w:r w:rsidRPr="004645B2">
        <w:rPr>
          <w:rFonts w:cs="Arial"/>
          <w:color w:val="000000" w:themeColor="text1"/>
          <w:szCs w:val="24"/>
        </w:rPr>
        <w:t>EcoGrana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com a </w:t>
      </w:r>
      <w:proofErr w:type="spellStart"/>
      <w:r w:rsidRPr="004645B2">
        <w:rPr>
          <w:rFonts w:cs="Arial"/>
          <w:color w:val="000000" w:themeColor="text1"/>
          <w:szCs w:val="24"/>
        </w:rPr>
        <w:t>colaboração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4645B2">
        <w:rPr>
          <w:rFonts w:cs="Arial"/>
          <w:color w:val="000000" w:themeColor="text1"/>
          <w:szCs w:val="24"/>
        </w:rPr>
        <w:t>Secti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-DF e </w:t>
      </w:r>
      <w:proofErr w:type="gramStart"/>
      <w:r w:rsidRPr="004645B2">
        <w:rPr>
          <w:rFonts w:cs="Arial"/>
          <w:color w:val="000000" w:themeColor="text1"/>
          <w:szCs w:val="24"/>
        </w:rPr>
        <w:t>do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Banco de Brasília (BRB), o que </w:t>
      </w:r>
      <w:proofErr w:type="spellStart"/>
      <w:r w:rsidRPr="004645B2">
        <w:rPr>
          <w:rFonts w:cs="Arial"/>
          <w:color w:val="000000" w:themeColor="text1"/>
          <w:szCs w:val="24"/>
        </w:rPr>
        <w:t>significa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4645B2">
        <w:rPr>
          <w:rFonts w:cs="Arial"/>
          <w:color w:val="000000" w:themeColor="text1"/>
          <w:szCs w:val="24"/>
        </w:rPr>
        <w:t>possibilidade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aprofundar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inclusão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financeira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produtiva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no </w:t>
      </w:r>
      <w:proofErr w:type="spellStart"/>
      <w:r w:rsidRPr="004645B2">
        <w:rPr>
          <w:rFonts w:cs="Arial"/>
          <w:color w:val="000000" w:themeColor="text1"/>
          <w:szCs w:val="24"/>
        </w:rPr>
        <w:t>terreno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(Instituto </w:t>
      </w:r>
      <w:proofErr w:type="spellStart"/>
      <w:r w:rsidRPr="004645B2">
        <w:rPr>
          <w:rFonts w:cs="Arial"/>
          <w:color w:val="000000" w:themeColor="text1"/>
          <w:szCs w:val="24"/>
        </w:rPr>
        <w:t>Arapoti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, 2023). Como </w:t>
      </w:r>
      <w:proofErr w:type="spellStart"/>
      <w:r w:rsidRPr="004645B2">
        <w:rPr>
          <w:rFonts w:cs="Arial"/>
          <w:color w:val="000000" w:themeColor="text1"/>
          <w:szCs w:val="24"/>
        </w:rPr>
        <w:t>destaca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Almeida (2019),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agregação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4645B2">
        <w:rPr>
          <w:rFonts w:cs="Arial"/>
          <w:color w:val="000000" w:themeColor="text1"/>
          <w:szCs w:val="24"/>
        </w:rPr>
        <w:t>moedas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sociais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4645B2">
        <w:rPr>
          <w:rFonts w:cs="Arial"/>
          <w:color w:val="000000" w:themeColor="text1"/>
          <w:szCs w:val="24"/>
        </w:rPr>
        <w:t>esfera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digital </w:t>
      </w:r>
      <w:proofErr w:type="spellStart"/>
      <w:r w:rsidRPr="004645B2">
        <w:rPr>
          <w:rFonts w:cs="Arial"/>
          <w:color w:val="000000" w:themeColor="text1"/>
          <w:szCs w:val="24"/>
        </w:rPr>
        <w:t>exige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abertura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para </w:t>
      </w:r>
      <w:proofErr w:type="gramStart"/>
      <w:r w:rsidRPr="004645B2">
        <w:rPr>
          <w:rFonts w:cs="Arial"/>
          <w:color w:val="000000" w:themeColor="text1"/>
          <w:szCs w:val="24"/>
        </w:rPr>
        <w:t>a</w:t>
      </w:r>
      <w:proofErr w:type="gram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inclusão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digital, </w:t>
      </w:r>
      <w:proofErr w:type="spellStart"/>
      <w:r w:rsidRPr="004645B2">
        <w:rPr>
          <w:rFonts w:cs="Arial"/>
          <w:color w:val="000000" w:themeColor="text1"/>
          <w:szCs w:val="24"/>
        </w:rPr>
        <w:t>governança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transparente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4645B2">
        <w:rPr>
          <w:rFonts w:cs="Arial"/>
          <w:color w:val="000000" w:themeColor="text1"/>
          <w:szCs w:val="24"/>
        </w:rPr>
        <w:t>gestão</w:t>
      </w:r>
      <w:proofErr w:type="spellEnd"/>
      <w:r w:rsidRPr="004645B2">
        <w:rPr>
          <w:rFonts w:cs="Arial"/>
          <w:color w:val="000000" w:themeColor="text1"/>
          <w:szCs w:val="24"/>
        </w:rPr>
        <w:t xml:space="preserve"> </w:t>
      </w:r>
      <w:proofErr w:type="spellStart"/>
      <w:r w:rsidRPr="004645B2">
        <w:rPr>
          <w:rFonts w:cs="Arial"/>
          <w:color w:val="000000" w:themeColor="text1"/>
          <w:szCs w:val="24"/>
        </w:rPr>
        <w:t>democrática</w:t>
      </w:r>
      <w:proofErr w:type="spellEnd"/>
      <w:r w:rsidRPr="004645B2">
        <w:rPr>
          <w:rFonts w:cs="Arial"/>
          <w:color w:val="000000" w:themeColor="text1"/>
          <w:szCs w:val="24"/>
        </w:rPr>
        <w:t>.</w:t>
      </w:r>
    </w:p>
    <w:p w14:paraId="106DE21B" w14:textId="77777777" w:rsidR="00D116AD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</w:p>
    <w:p w14:paraId="6287D47D" w14:textId="77777777" w:rsidR="00D116AD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CE10ED">
        <w:rPr>
          <w:rFonts w:cs="Arial"/>
          <w:b/>
          <w:bCs/>
          <w:color w:val="000000" w:themeColor="text1"/>
          <w:szCs w:val="24"/>
        </w:rPr>
        <w:lastRenderedPageBreak/>
        <w:t xml:space="preserve">5. </w:t>
      </w:r>
      <w:proofErr w:type="spellStart"/>
      <w:r w:rsidRPr="00CE10ED">
        <w:rPr>
          <w:rFonts w:cs="Arial"/>
          <w:b/>
          <w:bCs/>
          <w:color w:val="000000" w:themeColor="text1"/>
          <w:szCs w:val="24"/>
        </w:rPr>
        <w:t>Considerações</w:t>
      </w:r>
      <w:proofErr w:type="spellEnd"/>
      <w:r w:rsidRPr="00CE10ED">
        <w:rPr>
          <w:rFonts w:cs="Arial"/>
          <w:b/>
          <w:bCs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b/>
          <w:bCs/>
          <w:color w:val="000000" w:themeColor="text1"/>
          <w:szCs w:val="24"/>
        </w:rPr>
        <w:t>finais</w:t>
      </w:r>
      <w:proofErr w:type="spellEnd"/>
    </w:p>
    <w:p w14:paraId="0FEF9F79" w14:textId="77777777" w:rsidR="00D116AD" w:rsidRPr="00CE10ED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14:paraId="76C5932F" w14:textId="77777777" w:rsidR="00D116AD" w:rsidRPr="00CE10ED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CE10ED">
        <w:rPr>
          <w:rFonts w:cs="Arial"/>
          <w:color w:val="000000" w:themeColor="text1"/>
          <w:szCs w:val="24"/>
        </w:rPr>
        <w:t xml:space="preserve">Neste </w:t>
      </w:r>
      <w:proofErr w:type="spellStart"/>
      <w:r w:rsidRPr="00CE10ED">
        <w:rPr>
          <w:rFonts w:cs="Arial"/>
          <w:color w:val="000000" w:themeColor="text1"/>
          <w:szCs w:val="24"/>
        </w:rPr>
        <w:t>artigo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foi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apresentada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CE10ED">
        <w:rPr>
          <w:rFonts w:cs="Arial"/>
          <w:color w:val="000000" w:themeColor="text1"/>
          <w:szCs w:val="24"/>
        </w:rPr>
        <w:t>conexão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dos </w:t>
      </w:r>
      <w:proofErr w:type="spellStart"/>
      <w:r w:rsidRPr="00CE10ED">
        <w:rPr>
          <w:rFonts w:cs="Arial"/>
          <w:color w:val="000000" w:themeColor="text1"/>
          <w:szCs w:val="24"/>
        </w:rPr>
        <w:t>temas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economia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solidária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</w:t>
      </w:r>
      <w:proofErr w:type="spellStart"/>
      <w:r w:rsidRPr="00CE10ED">
        <w:rPr>
          <w:rFonts w:cs="Arial"/>
          <w:color w:val="000000" w:themeColor="text1"/>
          <w:szCs w:val="24"/>
        </w:rPr>
        <w:t>economia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circular e </w:t>
      </w:r>
      <w:proofErr w:type="spellStart"/>
      <w:r w:rsidRPr="00CE10ED">
        <w:rPr>
          <w:rFonts w:cs="Arial"/>
          <w:color w:val="000000" w:themeColor="text1"/>
          <w:szCs w:val="24"/>
        </w:rPr>
        <w:t>moeda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social, </w:t>
      </w:r>
      <w:proofErr w:type="spellStart"/>
      <w:r w:rsidRPr="00CE10ED">
        <w:rPr>
          <w:rFonts w:cs="Arial"/>
          <w:color w:val="000000" w:themeColor="text1"/>
          <w:szCs w:val="24"/>
        </w:rPr>
        <w:t>além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CE10ED">
        <w:rPr>
          <w:rFonts w:cs="Arial"/>
          <w:color w:val="000000" w:themeColor="text1"/>
          <w:szCs w:val="24"/>
        </w:rPr>
        <w:t>caracterização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do </w:t>
      </w:r>
      <w:proofErr w:type="spellStart"/>
      <w:r w:rsidRPr="00CE10ED">
        <w:rPr>
          <w:rFonts w:cs="Arial"/>
          <w:color w:val="000000" w:themeColor="text1"/>
          <w:szCs w:val="24"/>
        </w:rPr>
        <w:t>projeto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proofErr w:type="gramStart"/>
      <w:r w:rsidRPr="00CE10ED">
        <w:rPr>
          <w:rFonts w:cs="Arial"/>
          <w:color w:val="000000" w:themeColor="text1"/>
          <w:szCs w:val="24"/>
        </w:rPr>
        <w:t>EcoGrana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 </w:t>
      </w:r>
      <w:proofErr w:type="spellStart"/>
      <w:r w:rsidRPr="00CE10ED">
        <w:rPr>
          <w:rFonts w:cs="Arial"/>
          <w:color w:val="000000" w:themeColor="text1"/>
          <w:szCs w:val="24"/>
        </w:rPr>
        <w:t>como</w:t>
      </w:r>
      <w:proofErr w:type="spellEnd"/>
      <w:proofErr w:type="gramEnd"/>
      <w:r w:rsidRPr="00CE10ED">
        <w:rPr>
          <w:rFonts w:cs="Arial"/>
          <w:color w:val="000000" w:themeColor="text1"/>
          <w:szCs w:val="24"/>
        </w:rPr>
        <w:t xml:space="preserve"> </w:t>
      </w:r>
      <w:proofErr w:type="gramStart"/>
      <w:r w:rsidRPr="00CE10ED">
        <w:rPr>
          <w:rFonts w:cs="Arial"/>
          <w:color w:val="000000" w:themeColor="text1"/>
          <w:szCs w:val="24"/>
        </w:rPr>
        <w:t xml:space="preserve">um  </w:t>
      </w:r>
      <w:proofErr w:type="spellStart"/>
      <w:r w:rsidRPr="00CE10ED">
        <w:rPr>
          <w:rFonts w:cs="Arial"/>
          <w:color w:val="000000" w:themeColor="text1"/>
          <w:szCs w:val="24"/>
        </w:rPr>
        <w:t>agente</w:t>
      </w:r>
      <w:proofErr w:type="spellEnd"/>
      <w:proofErr w:type="gram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transformação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socioecológica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que </w:t>
      </w:r>
      <w:proofErr w:type="spellStart"/>
      <w:r w:rsidRPr="00CE10ED">
        <w:rPr>
          <w:rFonts w:cs="Arial"/>
          <w:color w:val="000000" w:themeColor="text1"/>
          <w:szCs w:val="24"/>
        </w:rPr>
        <w:t>materializa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o </w:t>
      </w:r>
      <w:proofErr w:type="spellStart"/>
      <w:r w:rsidRPr="00CE10ED">
        <w:rPr>
          <w:rFonts w:cs="Arial"/>
          <w:color w:val="000000" w:themeColor="text1"/>
          <w:szCs w:val="24"/>
        </w:rPr>
        <w:t>potencial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inovações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base na </w:t>
      </w:r>
      <w:proofErr w:type="spellStart"/>
      <w:r w:rsidRPr="00CE10ED">
        <w:rPr>
          <w:rFonts w:cs="Arial"/>
          <w:color w:val="000000" w:themeColor="text1"/>
          <w:szCs w:val="24"/>
        </w:rPr>
        <w:t>construção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um </w:t>
      </w:r>
      <w:proofErr w:type="spellStart"/>
      <w:r w:rsidRPr="00CE10ED">
        <w:rPr>
          <w:rFonts w:cs="Arial"/>
          <w:color w:val="000000" w:themeColor="text1"/>
          <w:szCs w:val="24"/>
        </w:rPr>
        <w:t>desenvolvimento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alternativo. </w:t>
      </w:r>
    </w:p>
    <w:p w14:paraId="14AC750D" w14:textId="77777777" w:rsidR="00D116AD" w:rsidRPr="00CE10ED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CE10ED">
        <w:rPr>
          <w:rFonts w:cs="Arial"/>
          <w:color w:val="000000" w:themeColor="text1"/>
          <w:szCs w:val="24"/>
        </w:rPr>
        <w:t xml:space="preserve">Ao articular </w:t>
      </w:r>
      <w:proofErr w:type="spellStart"/>
      <w:r w:rsidRPr="00CE10ED">
        <w:rPr>
          <w:rFonts w:cs="Arial"/>
          <w:color w:val="000000" w:themeColor="text1"/>
          <w:szCs w:val="24"/>
        </w:rPr>
        <w:t>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princípios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da Economia </w:t>
      </w:r>
      <w:proofErr w:type="spellStart"/>
      <w:r w:rsidRPr="00CE10ED">
        <w:rPr>
          <w:rFonts w:cs="Arial"/>
          <w:color w:val="000000" w:themeColor="text1"/>
          <w:szCs w:val="24"/>
        </w:rPr>
        <w:t>Solidária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com </w:t>
      </w:r>
      <w:proofErr w:type="spellStart"/>
      <w:r w:rsidRPr="00CE10ED">
        <w:rPr>
          <w:rFonts w:cs="Arial"/>
          <w:color w:val="000000" w:themeColor="text1"/>
          <w:szCs w:val="24"/>
        </w:rPr>
        <w:t>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da Economia Circular, </w:t>
      </w:r>
      <w:proofErr w:type="gramStart"/>
      <w:r w:rsidRPr="00CE10ED">
        <w:rPr>
          <w:rFonts w:cs="Arial"/>
          <w:color w:val="000000" w:themeColor="text1"/>
          <w:szCs w:val="24"/>
        </w:rPr>
        <w:t>a</w:t>
      </w:r>
      <w:proofErr w:type="gram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iniciativa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se </w:t>
      </w:r>
      <w:proofErr w:type="spellStart"/>
      <w:r w:rsidRPr="00CE10ED">
        <w:rPr>
          <w:rFonts w:cs="Arial"/>
          <w:color w:val="000000" w:themeColor="text1"/>
          <w:szCs w:val="24"/>
        </w:rPr>
        <w:t>consolida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como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um </w:t>
      </w:r>
      <w:proofErr w:type="spellStart"/>
      <w:r w:rsidRPr="00CE10ED">
        <w:rPr>
          <w:rFonts w:cs="Arial"/>
          <w:color w:val="000000" w:themeColor="text1"/>
          <w:szCs w:val="24"/>
        </w:rPr>
        <w:t>caso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exemplar para </w:t>
      </w:r>
      <w:proofErr w:type="gramStart"/>
      <w:r w:rsidRPr="00CE10ED">
        <w:rPr>
          <w:rFonts w:cs="Arial"/>
          <w:color w:val="000000" w:themeColor="text1"/>
          <w:szCs w:val="24"/>
        </w:rPr>
        <w:t>a</w:t>
      </w:r>
      <w:proofErr w:type="gram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análise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novas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arquiteturas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valor em </w:t>
      </w:r>
      <w:proofErr w:type="spellStart"/>
      <w:r w:rsidRPr="00CE10ED">
        <w:rPr>
          <w:rFonts w:cs="Arial"/>
          <w:color w:val="000000" w:themeColor="text1"/>
          <w:szCs w:val="24"/>
        </w:rPr>
        <w:t>seu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contexto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real. Dessa forma, o </w:t>
      </w:r>
      <w:proofErr w:type="spellStart"/>
      <w:r w:rsidRPr="00CE10ED">
        <w:rPr>
          <w:rFonts w:cs="Arial"/>
          <w:color w:val="000000" w:themeColor="text1"/>
          <w:szCs w:val="24"/>
        </w:rPr>
        <w:t>projeto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demonstra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CE10ED">
        <w:rPr>
          <w:rFonts w:cs="Arial"/>
          <w:color w:val="000000" w:themeColor="text1"/>
          <w:szCs w:val="24"/>
        </w:rPr>
        <w:t>prática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CE10ED">
        <w:rPr>
          <w:rFonts w:cs="Arial"/>
          <w:color w:val="000000" w:themeColor="text1"/>
          <w:szCs w:val="24"/>
        </w:rPr>
        <w:t>construção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um </w:t>
      </w:r>
      <w:proofErr w:type="spellStart"/>
      <w:r w:rsidRPr="00CE10ED">
        <w:rPr>
          <w:rFonts w:cs="Arial"/>
          <w:color w:val="000000" w:themeColor="text1"/>
          <w:szCs w:val="24"/>
        </w:rPr>
        <w:t>sistema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CE10ED">
        <w:rPr>
          <w:rFonts w:cs="Arial"/>
          <w:color w:val="000000" w:themeColor="text1"/>
          <w:szCs w:val="24"/>
        </w:rPr>
        <w:t>transcende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CE10ED">
        <w:rPr>
          <w:rFonts w:cs="Arial"/>
          <w:color w:val="000000" w:themeColor="text1"/>
          <w:szCs w:val="24"/>
        </w:rPr>
        <w:t>dimensão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puramente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econômica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</w:t>
      </w:r>
      <w:proofErr w:type="spellStart"/>
      <w:r w:rsidRPr="00CE10ED">
        <w:rPr>
          <w:rFonts w:cs="Arial"/>
          <w:color w:val="000000" w:themeColor="text1"/>
          <w:szCs w:val="24"/>
        </w:rPr>
        <w:t>ancorando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-se em </w:t>
      </w:r>
      <w:proofErr w:type="spellStart"/>
      <w:r w:rsidRPr="00CE10ED">
        <w:rPr>
          <w:rFonts w:cs="Arial"/>
          <w:color w:val="000000" w:themeColor="text1"/>
          <w:szCs w:val="24"/>
        </w:rPr>
        <w:t>mecanismos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cidadania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CE10ED">
        <w:rPr>
          <w:rFonts w:cs="Arial"/>
          <w:color w:val="000000" w:themeColor="text1"/>
          <w:szCs w:val="24"/>
        </w:rPr>
        <w:t>fortalecimento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comunitário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</w:t>
      </w:r>
      <w:proofErr w:type="spellStart"/>
      <w:r w:rsidRPr="00CE10ED">
        <w:rPr>
          <w:rFonts w:cs="Arial"/>
          <w:color w:val="000000" w:themeColor="text1"/>
          <w:szCs w:val="24"/>
        </w:rPr>
        <w:t>conforme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preconizado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pela Economia </w:t>
      </w:r>
      <w:proofErr w:type="spellStart"/>
      <w:r w:rsidRPr="00CE10ED">
        <w:rPr>
          <w:rFonts w:cs="Arial"/>
          <w:color w:val="000000" w:themeColor="text1"/>
          <w:szCs w:val="24"/>
        </w:rPr>
        <w:t>Solidária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(Singer, 2002</w:t>
      </w:r>
      <w:proofErr w:type="gramStart"/>
      <w:r w:rsidRPr="00CE10ED">
        <w:rPr>
          <w:rFonts w:cs="Arial"/>
          <w:color w:val="000000" w:themeColor="text1"/>
          <w:szCs w:val="24"/>
        </w:rPr>
        <w:t>).</w:t>
      </w:r>
      <w:proofErr w:type="spellStart"/>
      <w:r w:rsidRPr="00CE10ED">
        <w:rPr>
          <w:rFonts w:cs="Arial"/>
          <w:color w:val="000000" w:themeColor="text1"/>
          <w:szCs w:val="24"/>
        </w:rPr>
        <w:t>Os</w:t>
      </w:r>
      <w:proofErr w:type="spellEnd"/>
      <w:proofErr w:type="gram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resultados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desta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pesquisa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indicam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que as </w:t>
      </w:r>
      <w:proofErr w:type="spellStart"/>
      <w:r w:rsidRPr="00CE10ED">
        <w:rPr>
          <w:rFonts w:cs="Arial"/>
          <w:color w:val="000000" w:themeColor="text1"/>
          <w:szCs w:val="24"/>
        </w:rPr>
        <w:t>moedas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sociais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configuram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-se </w:t>
      </w:r>
      <w:proofErr w:type="spellStart"/>
      <w:r w:rsidRPr="00CE10ED">
        <w:rPr>
          <w:rFonts w:cs="Arial"/>
          <w:color w:val="000000" w:themeColor="text1"/>
          <w:szCs w:val="24"/>
        </w:rPr>
        <w:t>como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instrumentos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relevantes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para </w:t>
      </w:r>
      <w:proofErr w:type="spellStart"/>
      <w:r w:rsidRPr="00CE10ED">
        <w:rPr>
          <w:rFonts w:cs="Arial"/>
          <w:color w:val="000000" w:themeColor="text1"/>
          <w:szCs w:val="24"/>
        </w:rPr>
        <w:t>fortalecer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economias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locais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CE10ED">
        <w:rPr>
          <w:rFonts w:cs="Arial"/>
          <w:color w:val="000000" w:themeColor="text1"/>
          <w:szCs w:val="24"/>
        </w:rPr>
        <w:t>fomentar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alternativas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ao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modelo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econômico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tradicional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. Ao </w:t>
      </w:r>
      <w:proofErr w:type="spellStart"/>
      <w:r w:rsidRPr="00CE10ED">
        <w:rPr>
          <w:rFonts w:cs="Arial"/>
          <w:color w:val="000000" w:themeColor="text1"/>
          <w:szCs w:val="24"/>
        </w:rPr>
        <w:t>aproximar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princípios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da Economia </w:t>
      </w:r>
      <w:proofErr w:type="spellStart"/>
      <w:r w:rsidRPr="00CE10ED">
        <w:rPr>
          <w:rFonts w:cs="Arial"/>
          <w:color w:val="000000" w:themeColor="text1"/>
          <w:szCs w:val="24"/>
        </w:rPr>
        <w:t>Solidária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da Economia Circular, tais </w:t>
      </w:r>
      <w:proofErr w:type="spellStart"/>
      <w:r w:rsidRPr="00CE10ED">
        <w:rPr>
          <w:rFonts w:cs="Arial"/>
          <w:color w:val="000000" w:themeColor="text1"/>
          <w:szCs w:val="24"/>
        </w:rPr>
        <w:t>iniciativas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demonstram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potencial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gramStart"/>
      <w:r w:rsidRPr="00CE10ED">
        <w:rPr>
          <w:rFonts w:cs="Arial"/>
          <w:color w:val="000000" w:themeColor="text1"/>
          <w:szCs w:val="24"/>
        </w:rPr>
        <w:t>para articular</w:t>
      </w:r>
      <w:proofErr w:type="gram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desenvolvimento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comunitário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com </w:t>
      </w:r>
      <w:proofErr w:type="spellStart"/>
      <w:r w:rsidRPr="00CE10ED">
        <w:rPr>
          <w:rFonts w:cs="Arial"/>
          <w:color w:val="000000" w:themeColor="text1"/>
          <w:szCs w:val="24"/>
        </w:rPr>
        <w:t>práticas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mais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sustentáveis e </w:t>
      </w:r>
      <w:proofErr w:type="spellStart"/>
      <w:r w:rsidRPr="00CE10ED">
        <w:rPr>
          <w:rFonts w:cs="Arial"/>
          <w:color w:val="000000" w:themeColor="text1"/>
          <w:szCs w:val="24"/>
        </w:rPr>
        <w:t>inclusivas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. O </w:t>
      </w:r>
      <w:proofErr w:type="spellStart"/>
      <w:r w:rsidRPr="00CE10ED">
        <w:rPr>
          <w:rFonts w:cs="Arial"/>
          <w:color w:val="000000" w:themeColor="text1"/>
          <w:szCs w:val="24"/>
        </w:rPr>
        <w:t>estudo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do Instituto </w:t>
      </w:r>
      <w:proofErr w:type="spellStart"/>
      <w:r w:rsidRPr="00CE10ED">
        <w:rPr>
          <w:rFonts w:cs="Arial"/>
          <w:color w:val="000000" w:themeColor="text1"/>
          <w:szCs w:val="24"/>
        </w:rPr>
        <w:t>Arapoti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da Moeda Social </w:t>
      </w:r>
      <w:proofErr w:type="spellStart"/>
      <w:r w:rsidRPr="00CE10ED">
        <w:rPr>
          <w:rFonts w:cs="Arial"/>
          <w:color w:val="000000" w:themeColor="text1"/>
          <w:szCs w:val="24"/>
        </w:rPr>
        <w:t>Ecograna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exemplifica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como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esses </w:t>
      </w:r>
      <w:proofErr w:type="spellStart"/>
      <w:r w:rsidRPr="00CE10ED">
        <w:rPr>
          <w:rFonts w:cs="Arial"/>
          <w:color w:val="000000" w:themeColor="text1"/>
          <w:szCs w:val="24"/>
        </w:rPr>
        <w:t>mecanismos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podem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contribuir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para </w:t>
      </w:r>
      <w:proofErr w:type="gramStart"/>
      <w:r w:rsidRPr="00CE10ED">
        <w:rPr>
          <w:rFonts w:cs="Arial"/>
          <w:color w:val="000000" w:themeColor="text1"/>
          <w:szCs w:val="24"/>
        </w:rPr>
        <w:t>a</w:t>
      </w:r>
      <w:proofErr w:type="gram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autonomia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a </w:t>
      </w:r>
      <w:proofErr w:type="spellStart"/>
      <w:r w:rsidRPr="00CE10ED">
        <w:rPr>
          <w:rFonts w:cs="Arial"/>
          <w:color w:val="000000" w:themeColor="text1"/>
          <w:szCs w:val="24"/>
        </w:rPr>
        <w:t>resiliência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territórios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</w:t>
      </w:r>
      <w:proofErr w:type="spellStart"/>
      <w:r w:rsidRPr="00CE10ED">
        <w:rPr>
          <w:rFonts w:cs="Arial"/>
          <w:color w:val="000000" w:themeColor="text1"/>
          <w:szCs w:val="24"/>
        </w:rPr>
        <w:t>ao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mesmo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tempo em que </w:t>
      </w:r>
      <w:proofErr w:type="spellStart"/>
      <w:r w:rsidRPr="00CE10ED">
        <w:rPr>
          <w:rFonts w:cs="Arial"/>
          <w:color w:val="000000" w:themeColor="text1"/>
          <w:szCs w:val="24"/>
        </w:rPr>
        <w:t>estimulam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novas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formas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cooperação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econômica</w:t>
      </w:r>
      <w:proofErr w:type="spellEnd"/>
      <w:r w:rsidRPr="00CE10ED">
        <w:rPr>
          <w:rFonts w:cs="Arial"/>
          <w:color w:val="000000" w:themeColor="text1"/>
          <w:szCs w:val="24"/>
        </w:rPr>
        <w:t>.</w:t>
      </w:r>
    </w:p>
    <w:p w14:paraId="37133AAE" w14:textId="77777777" w:rsidR="00D116AD" w:rsidRPr="00CE10ED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proofErr w:type="spellStart"/>
      <w:r w:rsidRPr="00CE10ED">
        <w:rPr>
          <w:rFonts w:cs="Arial"/>
          <w:color w:val="000000" w:themeColor="text1"/>
          <w:szCs w:val="24"/>
        </w:rPr>
        <w:t>Entretanto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</w:t>
      </w:r>
      <w:proofErr w:type="spellStart"/>
      <w:r w:rsidRPr="00CE10ED">
        <w:rPr>
          <w:rFonts w:cs="Arial"/>
          <w:color w:val="000000" w:themeColor="text1"/>
          <w:szCs w:val="24"/>
        </w:rPr>
        <w:t>este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trabalho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apresenta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limitações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CE10ED">
        <w:rPr>
          <w:rFonts w:cs="Arial"/>
          <w:color w:val="000000" w:themeColor="text1"/>
          <w:szCs w:val="24"/>
        </w:rPr>
        <w:t>precisam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ser </w:t>
      </w:r>
      <w:proofErr w:type="spellStart"/>
      <w:r w:rsidRPr="00CE10ED">
        <w:rPr>
          <w:rFonts w:cs="Arial"/>
          <w:color w:val="000000" w:themeColor="text1"/>
          <w:szCs w:val="24"/>
        </w:rPr>
        <w:t>reconhecidas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. Por </w:t>
      </w:r>
      <w:proofErr w:type="spellStart"/>
      <w:r w:rsidRPr="00CE10ED">
        <w:rPr>
          <w:rFonts w:cs="Arial"/>
          <w:color w:val="000000" w:themeColor="text1"/>
          <w:szCs w:val="24"/>
        </w:rPr>
        <w:t>tratar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-se de </w:t>
      </w:r>
      <w:proofErr w:type="spellStart"/>
      <w:r w:rsidRPr="00CE10ED">
        <w:rPr>
          <w:rFonts w:cs="Arial"/>
          <w:color w:val="000000" w:themeColor="text1"/>
          <w:szCs w:val="24"/>
        </w:rPr>
        <w:t>uma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revisão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narrativa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CE10ED">
        <w:rPr>
          <w:rFonts w:cs="Arial"/>
          <w:color w:val="000000" w:themeColor="text1"/>
          <w:szCs w:val="24"/>
        </w:rPr>
        <w:t>literatura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da </w:t>
      </w:r>
      <w:proofErr w:type="spellStart"/>
      <w:r w:rsidRPr="00CE10ED">
        <w:rPr>
          <w:rFonts w:cs="Arial"/>
          <w:color w:val="000000" w:themeColor="text1"/>
          <w:szCs w:val="24"/>
        </w:rPr>
        <w:t>análise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documental, </w:t>
      </w:r>
      <w:proofErr w:type="spellStart"/>
      <w:r w:rsidRPr="00CE10ED">
        <w:rPr>
          <w:rFonts w:cs="Arial"/>
          <w:color w:val="000000" w:themeColor="text1"/>
          <w:szCs w:val="24"/>
        </w:rPr>
        <w:t>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resultados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estão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condicionados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à </w:t>
      </w:r>
      <w:proofErr w:type="spellStart"/>
      <w:r w:rsidRPr="00CE10ED">
        <w:rPr>
          <w:rFonts w:cs="Arial"/>
          <w:color w:val="000000" w:themeColor="text1"/>
          <w:szCs w:val="24"/>
        </w:rPr>
        <w:t>disponibilidade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à </w:t>
      </w:r>
      <w:proofErr w:type="spellStart"/>
      <w:r w:rsidRPr="00CE10ED">
        <w:rPr>
          <w:rFonts w:cs="Arial"/>
          <w:color w:val="000000" w:themeColor="text1"/>
          <w:szCs w:val="24"/>
        </w:rPr>
        <w:t>qualidade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das </w:t>
      </w:r>
      <w:proofErr w:type="spellStart"/>
      <w:r w:rsidRPr="00CE10ED">
        <w:rPr>
          <w:rFonts w:cs="Arial"/>
          <w:color w:val="000000" w:themeColor="text1"/>
          <w:szCs w:val="24"/>
        </w:rPr>
        <w:t>informações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acessadas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</w:t>
      </w:r>
      <w:proofErr w:type="spellStart"/>
      <w:r w:rsidRPr="00CE10ED">
        <w:rPr>
          <w:rFonts w:cs="Arial"/>
          <w:color w:val="000000" w:themeColor="text1"/>
          <w:szCs w:val="24"/>
        </w:rPr>
        <w:t>sem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gramStart"/>
      <w:r w:rsidRPr="00CE10ED">
        <w:rPr>
          <w:rFonts w:cs="Arial"/>
          <w:color w:val="000000" w:themeColor="text1"/>
          <w:szCs w:val="24"/>
        </w:rPr>
        <w:t>a</w:t>
      </w:r>
      <w:proofErr w:type="gram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aplicação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métodos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empíricos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campo que </w:t>
      </w:r>
      <w:proofErr w:type="spellStart"/>
      <w:r w:rsidRPr="00CE10ED">
        <w:rPr>
          <w:rFonts w:cs="Arial"/>
          <w:color w:val="000000" w:themeColor="text1"/>
          <w:szCs w:val="24"/>
        </w:rPr>
        <w:t>permitam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mensurar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impactos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forma </w:t>
      </w:r>
      <w:proofErr w:type="spellStart"/>
      <w:r w:rsidRPr="00CE10ED">
        <w:rPr>
          <w:rFonts w:cs="Arial"/>
          <w:color w:val="000000" w:themeColor="text1"/>
          <w:szCs w:val="24"/>
        </w:rPr>
        <w:t>mais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robusta. </w:t>
      </w:r>
      <w:proofErr w:type="spellStart"/>
      <w:r w:rsidRPr="00CE10ED">
        <w:rPr>
          <w:rFonts w:cs="Arial"/>
          <w:color w:val="000000" w:themeColor="text1"/>
          <w:szCs w:val="24"/>
        </w:rPr>
        <w:t>Além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disso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a </w:t>
      </w:r>
      <w:proofErr w:type="spellStart"/>
      <w:r w:rsidRPr="00CE10ED">
        <w:rPr>
          <w:rFonts w:cs="Arial"/>
          <w:color w:val="000000" w:themeColor="text1"/>
          <w:szCs w:val="24"/>
        </w:rPr>
        <w:t>natureza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exploratória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da </w:t>
      </w:r>
      <w:proofErr w:type="spellStart"/>
      <w:r w:rsidRPr="00CE10ED">
        <w:rPr>
          <w:rFonts w:cs="Arial"/>
          <w:color w:val="000000" w:themeColor="text1"/>
          <w:szCs w:val="24"/>
        </w:rPr>
        <w:t>pesquisa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não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possibilita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generalizações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</w:t>
      </w:r>
      <w:proofErr w:type="spellStart"/>
      <w:r w:rsidRPr="00CE10ED">
        <w:rPr>
          <w:rFonts w:cs="Arial"/>
          <w:color w:val="000000" w:themeColor="text1"/>
          <w:szCs w:val="24"/>
        </w:rPr>
        <w:t>restringindo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-se à </w:t>
      </w:r>
      <w:proofErr w:type="spellStart"/>
      <w:r w:rsidRPr="00CE10ED">
        <w:rPr>
          <w:rFonts w:cs="Arial"/>
          <w:color w:val="000000" w:themeColor="text1"/>
          <w:szCs w:val="24"/>
        </w:rPr>
        <w:t>análise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um </w:t>
      </w:r>
      <w:proofErr w:type="spellStart"/>
      <w:r w:rsidRPr="00CE10ED">
        <w:rPr>
          <w:rFonts w:cs="Arial"/>
          <w:color w:val="000000" w:themeColor="text1"/>
          <w:szCs w:val="24"/>
        </w:rPr>
        <w:t>caso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específico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de </w:t>
      </w:r>
      <w:proofErr w:type="spellStart"/>
      <w:r w:rsidRPr="00CE10ED">
        <w:rPr>
          <w:rFonts w:cs="Arial"/>
          <w:color w:val="000000" w:themeColor="text1"/>
          <w:szCs w:val="24"/>
        </w:rPr>
        <w:t>sua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contextualização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histórica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CE10ED">
        <w:rPr>
          <w:rFonts w:cs="Arial"/>
          <w:color w:val="000000" w:themeColor="text1"/>
          <w:szCs w:val="24"/>
        </w:rPr>
        <w:t>teórica</w:t>
      </w:r>
      <w:proofErr w:type="spellEnd"/>
      <w:r>
        <w:rPr>
          <w:rFonts w:cs="Arial"/>
          <w:color w:val="000000" w:themeColor="text1"/>
          <w:szCs w:val="24"/>
        </w:rPr>
        <w:t xml:space="preserve">, com a </w:t>
      </w:r>
      <w:proofErr w:type="spellStart"/>
      <w:r>
        <w:rPr>
          <w:rFonts w:cs="Arial"/>
          <w:color w:val="000000" w:themeColor="text1"/>
          <w:szCs w:val="24"/>
        </w:rPr>
        <w:t>limitação</w:t>
      </w:r>
      <w:proofErr w:type="spellEnd"/>
      <w:r>
        <w:rPr>
          <w:rFonts w:cs="Arial"/>
          <w:color w:val="000000" w:themeColor="text1"/>
          <w:szCs w:val="24"/>
        </w:rPr>
        <w:t xml:space="preserve"> das </w:t>
      </w:r>
      <w:proofErr w:type="spellStart"/>
      <w:r>
        <w:rPr>
          <w:rFonts w:cs="Arial"/>
          <w:color w:val="000000" w:themeColor="text1"/>
          <w:szCs w:val="24"/>
        </w:rPr>
        <w:t>informações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obtidas</w:t>
      </w:r>
      <w:proofErr w:type="spellEnd"/>
      <w:r>
        <w:rPr>
          <w:rFonts w:cs="Arial"/>
          <w:color w:val="000000" w:themeColor="text1"/>
          <w:szCs w:val="24"/>
        </w:rPr>
        <w:t xml:space="preserve"> em </w:t>
      </w:r>
      <w:proofErr w:type="spellStart"/>
      <w:r>
        <w:rPr>
          <w:rFonts w:cs="Arial"/>
          <w:color w:val="000000" w:themeColor="text1"/>
          <w:szCs w:val="24"/>
        </w:rPr>
        <w:t>documentos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públicos</w:t>
      </w:r>
      <w:proofErr w:type="spellEnd"/>
      <w:r>
        <w:rPr>
          <w:rFonts w:cs="Arial"/>
          <w:color w:val="000000" w:themeColor="text1"/>
          <w:szCs w:val="24"/>
        </w:rPr>
        <w:t xml:space="preserve">, </w:t>
      </w:r>
      <w:proofErr w:type="spellStart"/>
      <w:r>
        <w:rPr>
          <w:rFonts w:cs="Arial"/>
          <w:color w:val="000000" w:themeColor="text1"/>
          <w:szCs w:val="24"/>
        </w:rPr>
        <w:t>disponibilizados</w:t>
      </w:r>
      <w:proofErr w:type="spellEnd"/>
      <w:r>
        <w:rPr>
          <w:rFonts w:cs="Arial"/>
          <w:color w:val="000000" w:themeColor="text1"/>
          <w:szCs w:val="24"/>
        </w:rPr>
        <w:t xml:space="preserve"> na internet, </w:t>
      </w:r>
      <w:proofErr w:type="spellStart"/>
      <w:r>
        <w:rPr>
          <w:rFonts w:cs="Arial"/>
          <w:color w:val="000000" w:themeColor="text1"/>
          <w:szCs w:val="24"/>
        </w:rPr>
        <w:t>sem</w:t>
      </w:r>
      <w:proofErr w:type="spellEnd"/>
      <w:r>
        <w:rPr>
          <w:rFonts w:cs="Arial"/>
          <w:color w:val="000000" w:themeColor="text1"/>
          <w:szCs w:val="24"/>
        </w:rPr>
        <w:t xml:space="preserve"> coleta de dados </w:t>
      </w:r>
      <w:proofErr w:type="spellStart"/>
      <w:r>
        <w:rPr>
          <w:rFonts w:cs="Arial"/>
          <w:color w:val="000000" w:themeColor="text1"/>
          <w:szCs w:val="24"/>
        </w:rPr>
        <w:t>empíricos</w:t>
      </w:r>
      <w:proofErr w:type="spellEnd"/>
      <w:r w:rsidRPr="00CE10ED">
        <w:rPr>
          <w:rFonts w:cs="Arial"/>
          <w:color w:val="000000" w:themeColor="text1"/>
          <w:szCs w:val="24"/>
        </w:rPr>
        <w:t>.</w:t>
      </w:r>
    </w:p>
    <w:p w14:paraId="77BEFF92" w14:textId="77777777" w:rsidR="00D116AD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r w:rsidRPr="00CE10ED">
        <w:rPr>
          <w:rFonts w:cs="Arial"/>
          <w:color w:val="000000" w:themeColor="text1"/>
          <w:szCs w:val="24"/>
        </w:rPr>
        <w:t xml:space="preserve">Diante dessas </w:t>
      </w:r>
      <w:proofErr w:type="spellStart"/>
      <w:r w:rsidRPr="00CE10ED">
        <w:rPr>
          <w:rFonts w:cs="Arial"/>
          <w:color w:val="000000" w:themeColor="text1"/>
          <w:szCs w:val="24"/>
        </w:rPr>
        <w:t>limitações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</w:t>
      </w:r>
      <w:proofErr w:type="spellStart"/>
      <w:r w:rsidRPr="00CE10ED">
        <w:rPr>
          <w:rFonts w:cs="Arial"/>
          <w:color w:val="000000" w:themeColor="text1"/>
          <w:szCs w:val="24"/>
        </w:rPr>
        <w:t>recomenda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-se que </w:t>
      </w:r>
      <w:proofErr w:type="spellStart"/>
      <w:r w:rsidRPr="00CE10ED">
        <w:rPr>
          <w:rFonts w:cs="Arial"/>
          <w:color w:val="000000" w:themeColor="text1"/>
          <w:szCs w:val="24"/>
        </w:rPr>
        <w:t>futuros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estudos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avancem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na </w:t>
      </w:r>
      <w:proofErr w:type="spellStart"/>
      <w:r w:rsidRPr="00CE10ED">
        <w:rPr>
          <w:rFonts w:cs="Arial"/>
          <w:color w:val="000000" w:themeColor="text1"/>
          <w:szCs w:val="24"/>
        </w:rPr>
        <w:t>realização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pesquisas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empíricas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junto a </w:t>
      </w:r>
      <w:proofErr w:type="spellStart"/>
      <w:r w:rsidRPr="00CE10ED">
        <w:rPr>
          <w:rFonts w:cs="Arial"/>
          <w:color w:val="000000" w:themeColor="text1"/>
          <w:szCs w:val="24"/>
        </w:rPr>
        <w:t>comunidades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que </w:t>
      </w:r>
      <w:proofErr w:type="spellStart"/>
      <w:r w:rsidRPr="00CE10ED">
        <w:rPr>
          <w:rFonts w:cs="Arial"/>
          <w:color w:val="000000" w:themeColor="text1"/>
          <w:szCs w:val="24"/>
        </w:rPr>
        <w:t>utilizam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moedas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sociais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de modo a </w:t>
      </w:r>
      <w:proofErr w:type="spellStart"/>
      <w:r w:rsidRPr="00CE10ED">
        <w:rPr>
          <w:rFonts w:cs="Arial"/>
          <w:color w:val="000000" w:themeColor="text1"/>
          <w:szCs w:val="24"/>
        </w:rPr>
        <w:t>compreender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seus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impactos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socioeconômicos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</w:t>
      </w:r>
      <w:proofErr w:type="spellStart"/>
      <w:r w:rsidRPr="00CE10ED">
        <w:rPr>
          <w:rFonts w:cs="Arial"/>
          <w:color w:val="000000" w:themeColor="text1"/>
          <w:szCs w:val="24"/>
        </w:rPr>
        <w:t>ambientais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CE10ED">
        <w:rPr>
          <w:rFonts w:cs="Arial"/>
          <w:color w:val="000000" w:themeColor="text1"/>
          <w:szCs w:val="24"/>
        </w:rPr>
        <w:t>culturais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em </w:t>
      </w:r>
      <w:proofErr w:type="spellStart"/>
      <w:r w:rsidRPr="00CE10ED">
        <w:rPr>
          <w:rFonts w:cs="Arial"/>
          <w:color w:val="000000" w:themeColor="text1"/>
          <w:szCs w:val="24"/>
        </w:rPr>
        <w:t>maior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profundidade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. </w:t>
      </w:r>
      <w:proofErr w:type="spellStart"/>
      <w:r w:rsidRPr="00CE10ED">
        <w:rPr>
          <w:rFonts w:cs="Arial"/>
          <w:color w:val="000000" w:themeColor="text1"/>
          <w:szCs w:val="24"/>
        </w:rPr>
        <w:t>Investigações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comparativas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entre </w:t>
      </w:r>
      <w:proofErr w:type="spellStart"/>
      <w:r w:rsidRPr="00CE10ED">
        <w:rPr>
          <w:rFonts w:cs="Arial"/>
          <w:color w:val="000000" w:themeColor="text1"/>
          <w:szCs w:val="24"/>
        </w:rPr>
        <w:t>diferentes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moedas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sociais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no </w:t>
      </w:r>
      <w:proofErr w:type="spellStart"/>
      <w:r w:rsidRPr="00CE10ED">
        <w:rPr>
          <w:rFonts w:cs="Arial"/>
          <w:color w:val="000000" w:themeColor="text1"/>
          <w:szCs w:val="24"/>
        </w:rPr>
        <w:t>Brasil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em outros </w:t>
      </w:r>
      <w:proofErr w:type="spellStart"/>
      <w:r w:rsidRPr="00CE10ED">
        <w:rPr>
          <w:rFonts w:cs="Arial"/>
          <w:color w:val="000000" w:themeColor="text1"/>
          <w:szCs w:val="24"/>
        </w:rPr>
        <w:t>países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poderiam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revelar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padrões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CE10ED">
        <w:rPr>
          <w:rFonts w:cs="Arial"/>
          <w:color w:val="000000" w:themeColor="text1"/>
          <w:szCs w:val="24"/>
        </w:rPr>
        <w:t>inovações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relevantes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para a </w:t>
      </w:r>
      <w:proofErr w:type="spellStart"/>
      <w:r w:rsidRPr="00CE10ED">
        <w:rPr>
          <w:rFonts w:cs="Arial"/>
          <w:color w:val="000000" w:themeColor="text1"/>
          <w:szCs w:val="24"/>
        </w:rPr>
        <w:t>formulação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políticas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públicas. </w:t>
      </w:r>
      <w:proofErr w:type="spellStart"/>
      <w:r w:rsidRPr="00CE10ED">
        <w:rPr>
          <w:rFonts w:cs="Arial"/>
          <w:color w:val="000000" w:themeColor="text1"/>
          <w:szCs w:val="24"/>
        </w:rPr>
        <w:t>Ademais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</w:t>
      </w:r>
      <w:proofErr w:type="spellStart"/>
      <w:r w:rsidRPr="00CE10ED">
        <w:rPr>
          <w:rFonts w:cs="Arial"/>
          <w:color w:val="000000" w:themeColor="text1"/>
          <w:szCs w:val="24"/>
        </w:rPr>
        <w:t>análises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quantitativas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voltadas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à </w:t>
      </w:r>
      <w:proofErr w:type="spellStart"/>
      <w:r w:rsidRPr="00CE10ED">
        <w:rPr>
          <w:rFonts w:cs="Arial"/>
          <w:color w:val="000000" w:themeColor="text1"/>
          <w:szCs w:val="24"/>
        </w:rPr>
        <w:t>mensuração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indicadores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impacto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podem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fortalecer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CE10ED">
        <w:rPr>
          <w:rFonts w:cs="Arial"/>
          <w:color w:val="000000" w:themeColor="text1"/>
          <w:szCs w:val="24"/>
        </w:rPr>
        <w:t>legitimação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científica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</w:t>
      </w:r>
      <w:proofErr w:type="spellStart"/>
      <w:r w:rsidRPr="00CE10ED">
        <w:rPr>
          <w:rFonts w:cs="Arial"/>
          <w:color w:val="000000" w:themeColor="text1"/>
          <w:szCs w:val="24"/>
        </w:rPr>
        <w:t>política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dessas </w:t>
      </w:r>
      <w:proofErr w:type="spellStart"/>
      <w:r w:rsidRPr="00CE10ED">
        <w:rPr>
          <w:rFonts w:cs="Arial"/>
          <w:color w:val="000000" w:themeColor="text1"/>
          <w:szCs w:val="24"/>
        </w:rPr>
        <w:t>iniciativas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, </w:t>
      </w:r>
      <w:proofErr w:type="spellStart"/>
      <w:r w:rsidRPr="00CE10ED">
        <w:rPr>
          <w:rFonts w:cs="Arial"/>
          <w:color w:val="000000" w:themeColor="text1"/>
          <w:szCs w:val="24"/>
        </w:rPr>
        <w:t>consolidando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o debate </w:t>
      </w:r>
      <w:proofErr w:type="spellStart"/>
      <w:r w:rsidRPr="00CE10ED">
        <w:rPr>
          <w:rFonts w:cs="Arial"/>
          <w:color w:val="000000" w:themeColor="text1"/>
          <w:szCs w:val="24"/>
        </w:rPr>
        <w:t>sobre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sua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contribuição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para a </w:t>
      </w:r>
      <w:proofErr w:type="spellStart"/>
      <w:r w:rsidRPr="00CE10ED">
        <w:rPr>
          <w:rFonts w:cs="Arial"/>
          <w:color w:val="000000" w:themeColor="text1"/>
          <w:szCs w:val="24"/>
        </w:rPr>
        <w:t>transição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CE10ED">
        <w:rPr>
          <w:rFonts w:cs="Arial"/>
          <w:color w:val="000000" w:themeColor="text1"/>
          <w:szCs w:val="24"/>
        </w:rPr>
        <w:t>modelos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de </w:t>
      </w:r>
      <w:proofErr w:type="spellStart"/>
      <w:r w:rsidRPr="00CE10ED">
        <w:rPr>
          <w:rFonts w:cs="Arial"/>
          <w:color w:val="000000" w:themeColor="text1"/>
          <w:szCs w:val="24"/>
        </w:rPr>
        <w:t>desenvolvimento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mais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</w:t>
      </w:r>
      <w:proofErr w:type="spellStart"/>
      <w:r w:rsidRPr="00CE10ED">
        <w:rPr>
          <w:rFonts w:cs="Arial"/>
          <w:color w:val="000000" w:themeColor="text1"/>
          <w:szCs w:val="24"/>
        </w:rPr>
        <w:t>justos</w:t>
      </w:r>
      <w:proofErr w:type="spellEnd"/>
      <w:r w:rsidRPr="00CE10ED">
        <w:rPr>
          <w:rFonts w:cs="Arial"/>
          <w:color w:val="000000" w:themeColor="text1"/>
          <w:szCs w:val="24"/>
        </w:rPr>
        <w:t xml:space="preserve"> e sustentáveis.</w:t>
      </w:r>
    </w:p>
    <w:p w14:paraId="755F867C" w14:textId="77777777" w:rsidR="00D116AD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</w:p>
    <w:p w14:paraId="6CB74C63" w14:textId="77777777" w:rsidR="00D116AD" w:rsidRPr="00CE10ED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proofErr w:type="spellStart"/>
      <w:r w:rsidRPr="00CE10ED">
        <w:rPr>
          <w:rFonts w:cs="Arial"/>
          <w:b/>
          <w:bCs/>
          <w:color w:val="000000" w:themeColor="text1"/>
          <w:szCs w:val="24"/>
        </w:rPr>
        <w:t>Agradecimentos</w:t>
      </w:r>
      <w:proofErr w:type="spellEnd"/>
    </w:p>
    <w:p w14:paraId="4EFA7038" w14:textId="77777777" w:rsidR="00D116AD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  <w:proofErr w:type="spellStart"/>
      <w:r>
        <w:rPr>
          <w:rFonts w:cs="Arial"/>
          <w:color w:val="000000" w:themeColor="text1"/>
          <w:szCs w:val="24"/>
        </w:rPr>
        <w:t>Os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autores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agradecem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ao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Conselho</w:t>
      </w:r>
      <w:proofErr w:type="spellEnd"/>
      <w:r>
        <w:rPr>
          <w:rFonts w:cs="Arial"/>
          <w:color w:val="000000" w:themeColor="text1"/>
          <w:szCs w:val="24"/>
        </w:rPr>
        <w:t xml:space="preserve"> Nacional de </w:t>
      </w:r>
      <w:proofErr w:type="spellStart"/>
      <w:r>
        <w:rPr>
          <w:rFonts w:cs="Arial"/>
          <w:color w:val="000000" w:themeColor="text1"/>
          <w:szCs w:val="24"/>
        </w:rPr>
        <w:t>Desenvolvimento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Científico</w:t>
      </w:r>
      <w:proofErr w:type="spellEnd"/>
      <w:r>
        <w:rPr>
          <w:rFonts w:cs="Arial"/>
          <w:color w:val="000000" w:themeColor="text1"/>
          <w:szCs w:val="24"/>
        </w:rPr>
        <w:t xml:space="preserve"> e </w:t>
      </w:r>
      <w:proofErr w:type="spellStart"/>
      <w:r>
        <w:rPr>
          <w:rFonts w:cs="Arial"/>
          <w:color w:val="000000" w:themeColor="text1"/>
          <w:szCs w:val="24"/>
        </w:rPr>
        <w:t>Tecnológico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pelo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suporte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financeiro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obtido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por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meio</w:t>
      </w:r>
      <w:proofErr w:type="spellEnd"/>
      <w:r>
        <w:rPr>
          <w:rFonts w:cs="Arial"/>
          <w:color w:val="000000" w:themeColor="text1"/>
          <w:szCs w:val="24"/>
        </w:rPr>
        <w:t xml:space="preserve"> de </w:t>
      </w:r>
      <w:proofErr w:type="spellStart"/>
      <w:r>
        <w:rPr>
          <w:rFonts w:cs="Arial"/>
          <w:color w:val="000000" w:themeColor="text1"/>
          <w:szCs w:val="24"/>
        </w:rPr>
        <w:t>bolsas</w:t>
      </w:r>
      <w:proofErr w:type="spellEnd"/>
      <w:r>
        <w:rPr>
          <w:rFonts w:cs="Arial"/>
          <w:color w:val="000000" w:themeColor="text1"/>
          <w:szCs w:val="24"/>
        </w:rPr>
        <w:t xml:space="preserve"> e do </w:t>
      </w:r>
      <w:proofErr w:type="spellStart"/>
      <w:r>
        <w:rPr>
          <w:rFonts w:cs="Arial"/>
          <w:color w:val="000000" w:themeColor="text1"/>
          <w:szCs w:val="24"/>
        </w:rPr>
        <w:t>edital</w:t>
      </w:r>
      <w:proofErr w:type="spellEnd"/>
      <w:r>
        <w:rPr>
          <w:rFonts w:cs="Arial"/>
          <w:color w:val="000000" w:themeColor="text1"/>
          <w:szCs w:val="24"/>
        </w:rPr>
        <w:t xml:space="preserve"> Universal, que </w:t>
      </w:r>
      <w:proofErr w:type="spellStart"/>
      <w:r>
        <w:rPr>
          <w:rFonts w:cs="Arial"/>
          <w:color w:val="000000" w:themeColor="text1"/>
          <w:szCs w:val="24"/>
        </w:rPr>
        <w:t>apoiou</w:t>
      </w:r>
      <w:proofErr w:type="spellEnd"/>
      <w:r>
        <w:rPr>
          <w:rFonts w:cs="Arial"/>
          <w:color w:val="000000" w:themeColor="text1"/>
          <w:szCs w:val="24"/>
        </w:rPr>
        <w:t xml:space="preserve"> o </w:t>
      </w:r>
      <w:proofErr w:type="spellStart"/>
      <w:r>
        <w:rPr>
          <w:rFonts w:cs="Arial"/>
          <w:color w:val="000000" w:themeColor="text1"/>
          <w:szCs w:val="24"/>
        </w:rPr>
        <w:t>desenvolvimento</w:t>
      </w:r>
      <w:proofErr w:type="spellEnd"/>
      <w:r>
        <w:rPr>
          <w:rFonts w:cs="Arial"/>
          <w:color w:val="000000" w:themeColor="text1"/>
          <w:szCs w:val="24"/>
        </w:rPr>
        <w:t xml:space="preserve"> dessa </w:t>
      </w:r>
      <w:proofErr w:type="spellStart"/>
      <w:r>
        <w:rPr>
          <w:rFonts w:cs="Arial"/>
          <w:color w:val="000000" w:themeColor="text1"/>
          <w:szCs w:val="24"/>
        </w:rPr>
        <w:t>pesquisa</w:t>
      </w:r>
      <w:proofErr w:type="spellEnd"/>
      <w:r>
        <w:rPr>
          <w:rFonts w:cs="Arial"/>
          <w:color w:val="000000" w:themeColor="text1"/>
          <w:szCs w:val="24"/>
        </w:rPr>
        <w:t xml:space="preserve">. </w:t>
      </w:r>
    </w:p>
    <w:p w14:paraId="78AFF0BA" w14:textId="77777777" w:rsidR="00D116AD" w:rsidRDefault="00D116AD" w:rsidP="00D116AD">
      <w:pPr>
        <w:tabs>
          <w:tab w:val="left" w:pos="1276"/>
        </w:tabs>
        <w:spacing w:after="120" w:line="240" w:lineRule="auto"/>
        <w:ind w:firstLine="851"/>
        <w:jc w:val="both"/>
        <w:rPr>
          <w:rFonts w:cs="Arial"/>
          <w:color w:val="000000" w:themeColor="text1"/>
          <w:szCs w:val="24"/>
        </w:rPr>
      </w:pPr>
    </w:p>
    <w:p w14:paraId="10B30E5A" w14:textId="77777777" w:rsidR="00D116AD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  <w:proofErr w:type="spellStart"/>
      <w:r w:rsidRPr="00CE10ED">
        <w:rPr>
          <w:rFonts w:cs="Arial"/>
          <w:b/>
          <w:bCs/>
          <w:color w:val="000000" w:themeColor="text1"/>
          <w:szCs w:val="24"/>
        </w:rPr>
        <w:t>Referências</w:t>
      </w:r>
      <w:proofErr w:type="spellEnd"/>
    </w:p>
    <w:p w14:paraId="403A530F" w14:textId="77777777" w:rsidR="00D116AD" w:rsidRPr="00CE10ED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14:paraId="1891416A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AGÊNCIA BRASÍLIA. </w:t>
      </w:r>
      <w:proofErr w:type="spellStart"/>
      <w:r w:rsidRPr="007F7795">
        <w:rPr>
          <w:rFonts w:cs="Arial"/>
          <w:b/>
          <w:bCs/>
          <w:szCs w:val="24"/>
        </w:rPr>
        <w:t>Lições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sobre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sustentabilidade</w:t>
      </w:r>
      <w:proofErr w:type="spellEnd"/>
      <w:r w:rsidRPr="007F7795">
        <w:rPr>
          <w:rFonts w:cs="Arial"/>
          <w:b/>
          <w:bCs/>
          <w:szCs w:val="24"/>
        </w:rPr>
        <w:t xml:space="preserve"> para </w:t>
      </w:r>
      <w:proofErr w:type="spellStart"/>
      <w:r w:rsidRPr="007F7795">
        <w:rPr>
          <w:rFonts w:cs="Arial"/>
          <w:b/>
          <w:bCs/>
          <w:szCs w:val="24"/>
        </w:rPr>
        <w:t>tornar</w:t>
      </w:r>
      <w:proofErr w:type="spellEnd"/>
      <w:r w:rsidRPr="007F7795">
        <w:rPr>
          <w:rFonts w:cs="Arial"/>
          <w:b/>
          <w:bCs/>
          <w:szCs w:val="24"/>
        </w:rPr>
        <w:t xml:space="preserve"> o </w:t>
      </w:r>
      <w:proofErr w:type="spellStart"/>
      <w:r w:rsidRPr="007F7795">
        <w:rPr>
          <w:rFonts w:cs="Arial"/>
          <w:b/>
          <w:bCs/>
          <w:szCs w:val="24"/>
        </w:rPr>
        <w:t>Guará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uma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cidade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inteligente</w:t>
      </w:r>
      <w:proofErr w:type="spellEnd"/>
      <w:r w:rsidRPr="007F7795">
        <w:rPr>
          <w:rFonts w:cs="Arial"/>
          <w:szCs w:val="24"/>
        </w:rPr>
        <w:t xml:space="preserve">. Brasília, DF: </w:t>
      </w:r>
      <w:proofErr w:type="spellStart"/>
      <w:r w:rsidRPr="007F7795">
        <w:rPr>
          <w:rFonts w:cs="Arial"/>
          <w:szCs w:val="24"/>
        </w:rPr>
        <w:t>Agência</w:t>
      </w:r>
      <w:proofErr w:type="spellEnd"/>
      <w:r w:rsidRPr="007F7795">
        <w:rPr>
          <w:rFonts w:cs="Arial"/>
          <w:szCs w:val="24"/>
        </w:rPr>
        <w:t xml:space="preserve"> Brasília, 15 jun. 2022. </w:t>
      </w:r>
      <w:proofErr w:type="spellStart"/>
      <w:r w:rsidRPr="007F7795">
        <w:rPr>
          <w:rFonts w:cs="Arial"/>
          <w:szCs w:val="24"/>
        </w:rPr>
        <w:t>Disponível</w:t>
      </w:r>
      <w:proofErr w:type="spellEnd"/>
      <w:r w:rsidRPr="007F7795">
        <w:rPr>
          <w:rFonts w:cs="Arial"/>
          <w:szCs w:val="24"/>
        </w:rPr>
        <w:t xml:space="preserve"> em: https://www.agenciabrasilia.df.gov.br/2022/06/15/licoes-sobre-sustentabilidade-para-tornar-o-guara-uma-cidade-inteligente/. </w:t>
      </w:r>
      <w:proofErr w:type="spellStart"/>
      <w:r w:rsidRPr="007F7795">
        <w:rPr>
          <w:rFonts w:cs="Arial"/>
          <w:szCs w:val="24"/>
        </w:rPr>
        <w:t>Acesso</w:t>
      </w:r>
      <w:proofErr w:type="spellEnd"/>
      <w:r w:rsidRPr="007F7795">
        <w:rPr>
          <w:rFonts w:cs="Arial"/>
          <w:szCs w:val="24"/>
        </w:rPr>
        <w:t xml:space="preserve"> em: 6 jun. 2025.</w:t>
      </w:r>
    </w:p>
    <w:p w14:paraId="1787469E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AGÊNCIA BRASÍLIA. </w:t>
      </w:r>
      <w:proofErr w:type="spellStart"/>
      <w:r w:rsidRPr="007F7795">
        <w:rPr>
          <w:rFonts w:cs="Arial"/>
          <w:b/>
          <w:bCs/>
          <w:szCs w:val="24"/>
        </w:rPr>
        <w:t>Projeto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pioneiro</w:t>
      </w:r>
      <w:proofErr w:type="spellEnd"/>
      <w:r w:rsidRPr="007F7795">
        <w:rPr>
          <w:rFonts w:cs="Arial"/>
          <w:b/>
          <w:bCs/>
          <w:szCs w:val="24"/>
        </w:rPr>
        <w:t xml:space="preserve"> no </w:t>
      </w:r>
      <w:proofErr w:type="spellStart"/>
      <w:r w:rsidRPr="007F7795">
        <w:rPr>
          <w:rFonts w:cs="Arial"/>
          <w:b/>
          <w:bCs/>
          <w:szCs w:val="24"/>
        </w:rPr>
        <w:t>Guará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capacita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jovens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empreendedores</w:t>
      </w:r>
      <w:proofErr w:type="spellEnd"/>
      <w:r w:rsidRPr="007F7795">
        <w:rPr>
          <w:rFonts w:cs="Arial"/>
          <w:b/>
          <w:bCs/>
          <w:szCs w:val="24"/>
        </w:rPr>
        <w:t xml:space="preserve"> na </w:t>
      </w:r>
      <w:proofErr w:type="spellStart"/>
      <w:r w:rsidRPr="007F7795">
        <w:rPr>
          <w:rFonts w:cs="Arial"/>
          <w:b/>
          <w:bCs/>
          <w:szCs w:val="24"/>
        </w:rPr>
        <w:t>área</w:t>
      </w:r>
      <w:proofErr w:type="spellEnd"/>
      <w:r w:rsidRPr="007F7795">
        <w:rPr>
          <w:rFonts w:cs="Arial"/>
          <w:b/>
          <w:bCs/>
          <w:szCs w:val="24"/>
        </w:rPr>
        <w:t xml:space="preserve"> rural</w:t>
      </w:r>
      <w:r w:rsidRPr="007F7795">
        <w:rPr>
          <w:rFonts w:cs="Arial"/>
          <w:szCs w:val="24"/>
        </w:rPr>
        <w:t xml:space="preserve">. Brasília, DF: </w:t>
      </w:r>
      <w:proofErr w:type="spellStart"/>
      <w:r w:rsidRPr="007F7795">
        <w:rPr>
          <w:rFonts w:cs="Arial"/>
          <w:szCs w:val="24"/>
        </w:rPr>
        <w:t>Agência</w:t>
      </w:r>
      <w:proofErr w:type="spellEnd"/>
      <w:r w:rsidRPr="007F7795">
        <w:rPr>
          <w:rFonts w:cs="Arial"/>
          <w:szCs w:val="24"/>
        </w:rPr>
        <w:t xml:space="preserve"> Brasília, 5 ago. 2021. </w:t>
      </w:r>
      <w:proofErr w:type="spellStart"/>
      <w:r w:rsidRPr="007F7795">
        <w:rPr>
          <w:rFonts w:cs="Arial"/>
          <w:szCs w:val="24"/>
        </w:rPr>
        <w:t>Disponível</w:t>
      </w:r>
      <w:proofErr w:type="spellEnd"/>
      <w:r w:rsidRPr="007F7795">
        <w:rPr>
          <w:rFonts w:cs="Arial"/>
          <w:szCs w:val="24"/>
        </w:rPr>
        <w:t xml:space="preserve"> em: https://www.agenciabrasilia.df.gov.br/2021/08/05/projeto-pioneiro-no-guara-capacita-jovens-empreendedores-na-area-rural/. </w:t>
      </w:r>
      <w:proofErr w:type="spellStart"/>
      <w:r w:rsidRPr="007F7795">
        <w:rPr>
          <w:rFonts w:cs="Arial"/>
          <w:szCs w:val="24"/>
        </w:rPr>
        <w:t>Acesso</w:t>
      </w:r>
      <w:proofErr w:type="spellEnd"/>
      <w:r w:rsidRPr="007F7795">
        <w:rPr>
          <w:rFonts w:cs="Arial"/>
          <w:szCs w:val="24"/>
        </w:rPr>
        <w:t xml:space="preserve"> em: 6 jun. 2025.</w:t>
      </w:r>
    </w:p>
    <w:p w14:paraId="3BACDD56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ALMEIDA, R. M. </w:t>
      </w:r>
      <w:proofErr w:type="spellStart"/>
      <w:r w:rsidRPr="007F7795">
        <w:rPr>
          <w:rFonts w:cs="Arial"/>
          <w:b/>
          <w:bCs/>
          <w:szCs w:val="24"/>
        </w:rPr>
        <w:t>Bancos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comunitários</w:t>
      </w:r>
      <w:proofErr w:type="spellEnd"/>
      <w:r w:rsidRPr="007F7795">
        <w:rPr>
          <w:rFonts w:cs="Arial"/>
          <w:b/>
          <w:bCs/>
          <w:szCs w:val="24"/>
        </w:rPr>
        <w:t xml:space="preserve">, </w:t>
      </w:r>
      <w:proofErr w:type="spellStart"/>
      <w:r w:rsidRPr="007F7795">
        <w:rPr>
          <w:rFonts w:cs="Arial"/>
          <w:b/>
          <w:bCs/>
          <w:szCs w:val="24"/>
        </w:rPr>
        <w:t>moedas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sociais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digitais</w:t>
      </w:r>
      <w:proofErr w:type="spellEnd"/>
      <w:r w:rsidRPr="007F7795">
        <w:rPr>
          <w:rFonts w:cs="Arial"/>
          <w:b/>
          <w:bCs/>
          <w:szCs w:val="24"/>
        </w:rPr>
        <w:t xml:space="preserve"> e </w:t>
      </w:r>
      <w:proofErr w:type="spellStart"/>
      <w:r w:rsidRPr="007F7795">
        <w:rPr>
          <w:rFonts w:cs="Arial"/>
          <w:b/>
          <w:bCs/>
          <w:szCs w:val="24"/>
        </w:rPr>
        <w:t>inclusão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financeira</w:t>
      </w:r>
      <w:proofErr w:type="spellEnd"/>
      <w:r w:rsidRPr="007F7795">
        <w:rPr>
          <w:rFonts w:cs="Arial"/>
          <w:szCs w:val="24"/>
        </w:rPr>
        <w:t xml:space="preserve">: </w:t>
      </w:r>
      <w:proofErr w:type="spellStart"/>
      <w:r w:rsidRPr="007F7795">
        <w:rPr>
          <w:rFonts w:cs="Arial"/>
          <w:szCs w:val="24"/>
        </w:rPr>
        <w:t>uma</w:t>
      </w:r>
      <w:proofErr w:type="spellEnd"/>
      <w:r w:rsidRPr="007F7795">
        <w:rPr>
          <w:rFonts w:cs="Arial"/>
          <w:szCs w:val="24"/>
        </w:rPr>
        <w:t xml:space="preserve"> </w:t>
      </w:r>
      <w:proofErr w:type="spellStart"/>
      <w:r w:rsidRPr="007F7795">
        <w:rPr>
          <w:rFonts w:cs="Arial"/>
          <w:szCs w:val="24"/>
        </w:rPr>
        <w:t>análise</w:t>
      </w:r>
      <w:proofErr w:type="spellEnd"/>
      <w:r w:rsidRPr="007F7795">
        <w:rPr>
          <w:rFonts w:cs="Arial"/>
          <w:szCs w:val="24"/>
        </w:rPr>
        <w:t xml:space="preserve"> a </w:t>
      </w:r>
      <w:proofErr w:type="spellStart"/>
      <w:r w:rsidRPr="007F7795">
        <w:rPr>
          <w:rFonts w:cs="Arial"/>
          <w:szCs w:val="24"/>
        </w:rPr>
        <w:t>partir</w:t>
      </w:r>
      <w:proofErr w:type="spellEnd"/>
      <w:r w:rsidRPr="007F7795">
        <w:rPr>
          <w:rFonts w:cs="Arial"/>
          <w:szCs w:val="24"/>
        </w:rPr>
        <w:t xml:space="preserve"> das </w:t>
      </w:r>
      <w:proofErr w:type="spellStart"/>
      <w:r w:rsidRPr="007F7795">
        <w:rPr>
          <w:rFonts w:cs="Arial"/>
          <w:szCs w:val="24"/>
        </w:rPr>
        <w:t>pressões</w:t>
      </w:r>
      <w:proofErr w:type="spellEnd"/>
      <w:r w:rsidRPr="007F7795">
        <w:rPr>
          <w:rFonts w:cs="Arial"/>
          <w:szCs w:val="24"/>
        </w:rPr>
        <w:t xml:space="preserve"> </w:t>
      </w:r>
      <w:proofErr w:type="spellStart"/>
      <w:r w:rsidRPr="007F7795">
        <w:rPr>
          <w:rFonts w:cs="Arial"/>
          <w:szCs w:val="24"/>
        </w:rPr>
        <w:t>institucionais</w:t>
      </w:r>
      <w:proofErr w:type="spellEnd"/>
      <w:r w:rsidRPr="007F7795">
        <w:rPr>
          <w:rFonts w:cs="Arial"/>
          <w:szCs w:val="24"/>
        </w:rPr>
        <w:t xml:space="preserve"> e da </w:t>
      </w:r>
      <w:proofErr w:type="spellStart"/>
      <w:r w:rsidRPr="007F7795">
        <w:rPr>
          <w:rFonts w:cs="Arial"/>
          <w:szCs w:val="24"/>
        </w:rPr>
        <w:t>modelagem</w:t>
      </w:r>
      <w:proofErr w:type="spellEnd"/>
      <w:r w:rsidRPr="007F7795">
        <w:rPr>
          <w:rFonts w:cs="Arial"/>
          <w:szCs w:val="24"/>
        </w:rPr>
        <w:t xml:space="preserve"> social da </w:t>
      </w:r>
      <w:proofErr w:type="spellStart"/>
      <w:r w:rsidRPr="007F7795">
        <w:rPr>
          <w:rFonts w:cs="Arial"/>
          <w:szCs w:val="24"/>
        </w:rPr>
        <w:t>tecnologia</w:t>
      </w:r>
      <w:proofErr w:type="spellEnd"/>
      <w:r w:rsidRPr="007F7795">
        <w:rPr>
          <w:rFonts w:cs="Arial"/>
          <w:szCs w:val="24"/>
        </w:rPr>
        <w:t xml:space="preserve">. 2019. 211 f. </w:t>
      </w:r>
      <w:proofErr w:type="spellStart"/>
      <w:r w:rsidRPr="007F7795">
        <w:rPr>
          <w:rFonts w:cs="Arial"/>
          <w:szCs w:val="24"/>
        </w:rPr>
        <w:t>Dissertação</w:t>
      </w:r>
      <w:proofErr w:type="spellEnd"/>
      <w:r w:rsidRPr="007F7795">
        <w:rPr>
          <w:rFonts w:cs="Arial"/>
          <w:szCs w:val="24"/>
        </w:rPr>
        <w:t xml:space="preserve"> (</w:t>
      </w:r>
      <w:proofErr w:type="spellStart"/>
      <w:r w:rsidRPr="007F7795">
        <w:rPr>
          <w:rFonts w:cs="Arial"/>
          <w:szCs w:val="24"/>
        </w:rPr>
        <w:t>Mestrado</w:t>
      </w:r>
      <w:proofErr w:type="spellEnd"/>
      <w:r w:rsidRPr="007F7795">
        <w:rPr>
          <w:rFonts w:cs="Arial"/>
          <w:szCs w:val="24"/>
        </w:rPr>
        <w:t xml:space="preserve"> em </w:t>
      </w:r>
      <w:proofErr w:type="spellStart"/>
      <w:r w:rsidRPr="007F7795">
        <w:rPr>
          <w:rFonts w:cs="Arial"/>
          <w:szCs w:val="24"/>
        </w:rPr>
        <w:t>Administração</w:t>
      </w:r>
      <w:proofErr w:type="spellEnd"/>
      <w:r w:rsidRPr="007F7795">
        <w:rPr>
          <w:rFonts w:cs="Arial"/>
          <w:szCs w:val="24"/>
        </w:rPr>
        <w:t xml:space="preserve">) – </w:t>
      </w:r>
      <w:proofErr w:type="spellStart"/>
      <w:r w:rsidRPr="007F7795">
        <w:rPr>
          <w:rFonts w:cs="Arial"/>
          <w:szCs w:val="24"/>
        </w:rPr>
        <w:t>Universidade</w:t>
      </w:r>
      <w:proofErr w:type="spellEnd"/>
      <w:r w:rsidRPr="007F7795">
        <w:rPr>
          <w:rFonts w:cs="Arial"/>
          <w:szCs w:val="24"/>
        </w:rPr>
        <w:t xml:space="preserve"> de Brasília, Brasília, 2019. </w:t>
      </w:r>
      <w:proofErr w:type="spellStart"/>
      <w:r w:rsidRPr="007F7795">
        <w:rPr>
          <w:rFonts w:cs="Arial"/>
          <w:szCs w:val="24"/>
        </w:rPr>
        <w:t>Disponível</w:t>
      </w:r>
      <w:proofErr w:type="spellEnd"/>
      <w:r w:rsidRPr="007F7795">
        <w:rPr>
          <w:rFonts w:cs="Arial"/>
          <w:szCs w:val="24"/>
        </w:rPr>
        <w:t xml:space="preserve"> em: https://repositorio.unb.br/handle/10482/37200. </w:t>
      </w:r>
      <w:proofErr w:type="spellStart"/>
      <w:r w:rsidRPr="007F7795">
        <w:rPr>
          <w:rFonts w:cs="Arial"/>
          <w:szCs w:val="24"/>
        </w:rPr>
        <w:t>Acesso</w:t>
      </w:r>
      <w:proofErr w:type="spellEnd"/>
      <w:r w:rsidRPr="007F7795">
        <w:rPr>
          <w:rFonts w:cs="Arial"/>
          <w:szCs w:val="24"/>
        </w:rPr>
        <w:t xml:space="preserve"> em: 19 </w:t>
      </w:r>
      <w:proofErr w:type="spellStart"/>
      <w:r w:rsidRPr="007F7795">
        <w:rPr>
          <w:rFonts w:cs="Arial"/>
          <w:szCs w:val="24"/>
        </w:rPr>
        <w:t>maio</w:t>
      </w:r>
      <w:proofErr w:type="spellEnd"/>
      <w:r w:rsidRPr="007F7795">
        <w:rPr>
          <w:rFonts w:cs="Arial"/>
          <w:szCs w:val="24"/>
        </w:rPr>
        <w:t xml:space="preserve"> 2025.</w:t>
      </w:r>
    </w:p>
    <w:p w14:paraId="71B40016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AVELINO, F. et al. Transformative social innovation and path dependency: A conceptual framework and a research agenda. </w:t>
      </w:r>
      <w:r w:rsidRPr="007F7795">
        <w:rPr>
          <w:rFonts w:cs="Arial"/>
          <w:b/>
          <w:bCs/>
          <w:szCs w:val="24"/>
        </w:rPr>
        <w:t>Journal of Civil Society</w:t>
      </w:r>
      <w:r w:rsidRPr="007F7795">
        <w:rPr>
          <w:rFonts w:cs="Arial"/>
          <w:szCs w:val="24"/>
        </w:rPr>
        <w:t>, v. 15, n. 2, p. 1-25, 2017.</w:t>
      </w:r>
    </w:p>
    <w:p w14:paraId="21742FA6" w14:textId="77777777" w:rsidR="00D116AD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AVELINO, Flor et al. A good life for all within planetary boundaries. </w:t>
      </w:r>
      <w:r w:rsidRPr="007F7795">
        <w:rPr>
          <w:rFonts w:cs="Arial"/>
          <w:b/>
          <w:bCs/>
          <w:szCs w:val="24"/>
        </w:rPr>
        <w:t>Journal of Cleaner Production</w:t>
      </w:r>
      <w:r w:rsidRPr="007F7795">
        <w:rPr>
          <w:rFonts w:cs="Arial"/>
          <w:szCs w:val="24"/>
        </w:rPr>
        <w:t>, v. 163, p. S67-S78, out. 2017. DOI: 10.1016/j.jclepro.2016.10.128.</w:t>
      </w:r>
    </w:p>
    <w:p w14:paraId="0154BD43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0B60DE">
        <w:rPr>
          <w:rFonts w:cs="Arial"/>
          <w:szCs w:val="24"/>
        </w:rPr>
        <w:t>CARAYANNIS, Elias G.; CAMPBELL, David FJ. 'Mode 3'and'Quadruple Helix': toward a 21st century fractal innovation ecosystem. International journal of technology management, v. 46, n. 3-4, p. 201-234, 2009.</w:t>
      </w:r>
    </w:p>
    <w:p w14:paraId="2AED7188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CATTANI, Antônio David. </w:t>
      </w:r>
      <w:proofErr w:type="gramStart"/>
      <w:r w:rsidRPr="007F7795">
        <w:rPr>
          <w:rFonts w:cs="Arial"/>
          <w:b/>
          <w:bCs/>
          <w:szCs w:val="24"/>
        </w:rPr>
        <w:t>A</w:t>
      </w:r>
      <w:proofErr w:type="gram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outra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economia</w:t>
      </w:r>
      <w:proofErr w:type="spellEnd"/>
      <w:r w:rsidRPr="007F7795">
        <w:rPr>
          <w:rFonts w:cs="Arial"/>
          <w:szCs w:val="24"/>
        </w:rPr>
        <w:t xml:space="preserve">: </w:t>
      </w:r>
      <w:proofErr w:type="spellStart"/>
      <w:r w:rsidRPr="007F7795">
        <w:rPr>
          <w:rFonts w:cs="Arial"/>
          <w:szCs w:val="24"/>
        </w:rPr>
        <w:t>ensaios</w:t>
      </w:r>
      <w:proofErr w:type="spellEnd"/>
      <w:r w:rsidRPr="007F7795">
        <w:rPr>
          <w:rFonts w:cs="Arial"/>
          <w:szCs w:val="24"/>
        </w:rPr>
        <w:t xml:space="preserve"> </w:t>
      </w:r>
      <w:proofErr w:type="spellStart"/>
      <w:r w:rsidRPr="007F7795">
        <w:rPr>
          <w:rFonts w:cs="Arial"/>
          <w:szCs w:val="24"/>
        </w:rPr>
        <w:t>sobre</w:t>
      </w:r>
      <w:proofErr w:type="spellEnd"/>
      <w:r w:rsidRPr="007F7795">
        <w:rPr>
          <w:rFonts w:cs="Arial"/>
          <w:szCs w:val="24"/>
        </w:rPr>
        <w:t xml:space="preserve"> </w:t>
      </w:r>
      <w:proofErr w:type="spellStart"/>
      <w:r w:rsidRPr="007F7795">
        <w:rPr>
          <w:rFonts w:cs="Arial"/>
          <w:szCs w:val="24"/>
        </w:rPr>
        <w:t>economia</w:t>
      </w:r>
      <w:proofErr w:type="spellEnd"/>
      <w:r w:rsidRPr="007F7795">
        <w:rPr>
          <w:rFonts w:cs="Arial"/>
          <w:szCs w:val="24"/>
        </w:rPr>
        <w:t xml:space="preserve"> </w:t>
      </w:r>
      <w:proofErr w:type="spellStart"/>
      <w:r w:rsidRPr="007F7795">
        <w:rPr>
          <w:rFonts w:cs="Arial"/>
          <w:szCs w:val="24"/>
        </w:rPr>
        <w:t>solidária</w:t>
      </w:r>
      <w:proofErr w:type="spellEnd"/>
      <w:r w:rsidRPr="007F7795">
        <w:rPr>
          <w:rFonts w:cs="Arial"/>
          <w:szCs w:val="24"/>
        </w:rPr>
        <w:t>. Porto Alegre: Editora da UFRGS, 2003.</w:t>
      </w:r>
    </w:p>
    <w:p w14:paraId="72293F1A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ELLEN MACARTHUR FOUNDATION. </w:t>
      </w:r>
      <w:r w:rsidRPr="007F7795">
        <w:rPr>
          <w:rFonts w:cs="Arial"/>
          <w:b/>
          <w:bCs/>
          <w:szCs w:val="24"/>
        </w:rPr>
        <w:t>A new textiles economy</w:t>
      </w:r>
      <w:r w:rsidRPr="007F7795">
        <w:rPr>
          <w:rFonts w:cs="Arial"/>
          <w:szCs w:val="24"/>
        </w:rPr>
        <w:t>: redesigning fashion's future. Cowes: Ellen MacArthur Foundation, 2017.</w:t>
      </w:r>
    </w:p>
    <w:p w14:paraId="3366C5D7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ELLEN MACARTHUR FOUNDATION. </w:t>
      </w:r>
      <w:r w:rsidRPr="007F7795">
        <w:rPr>
          <w:rFonts w:cs="Arial"/>
          <w:b/>
          <w:bCs/>
          <w:szCs w:val="24"/>
        </w:rPr>
        <w:t>Delivering the circular economy</w:t>
      </w:r>
      <w:r w:rsidRPr="007F7795">
        <w:rPr>
          <w:rFonts w:cs="Arial"/>
          <w:szCs w:val="24"/>
        </w:rPr>
        <w:t>: a toolkit for policymakers. Cowes: Ellen MacArthur Foundation, 2015.</w:t>
      </w:r>
    </w:p>
    <w:p w14:paraId="08C08EDE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ELLEN MACARTHUR FOUNDATION. </w:t>
      </w:r>
      <w:r w:rsidRPr="007F7795">
        <w:rPr>
          <w:rFonts w:cs="Arial"/>
          <w:b/>
          <w:bCs/>
          <w:szCs w:val="24"/>
        </w:rPr>
        <w:t>Towards the circular economy</w:t>
      </w:r>
      <w:r w:rsidRPr="007F7795">
        <w:rPr>
          <w:rFonts w:cs="Arial"/>
          <w:szCs w:val="24"/>
        </w:rPr>
        <w:t>: economic and business rationale for an accelerated transition. Cowes: Ellen MacArthur Foundation, 2013.</w:t>
      </w:r>
    </w:p>
    <w:p w14:paraId="5E35923E" w14:textId="77777777" w:rsidR="00D116AD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ERKMAN, Suren. </w:t>
      </w:r>
      <w:proofErr w:type="spellStart"/>
      <w:r w:rsidRPr="007F7795">
        <w:rPr>
          <w:rFonts w:cs="Arial"/>
          <w:szCs w:val="24"/>
        </w:rPr>
        <w:t>Vers</w:t>
      </w:r>
      <w:proofErr w:type="spellEnd"/>
      <w:r w:rsidRPr="007F7795">
        <w:rPr>
          <w:rFonts w:cs="Arial"/>
          <w:szCs w:val="24"/>
        </w:rPr>
        <w:t xml:space="preserve"> </w:t>
      </w:r>
      <w:proofErr w:type="spellStart"/>
      <w:r w:rsidRPr="007F7795">
        <w:rPr>
          <w:rFonts w:cs="Arial"/>
          <w:szCs w:val="24"/>
        </w:rPr>
        <w:t>une</w:t>
      </w:r>
      <w:proofErr w:type="spellEnd"/>
      <w:r w:rsidRPr="007F7795">
        <w:rPr>
          <w:rFonts w:cs="Arial"/>
          <w:szCs w:val="24"/>
        </w:rPr>
        <w:t xml:space="preserve"> </w:t>
      </w:r>
      <w:proofErr w:type="spellStart"/>
      <w:r w:rsidRPr="007F7795">
        <w:rPr>
          <w:rFonts w:cs="Arial"/>
          <w:szCs w:val="24"/>
        </w:rPr>
        <w:t>écologie</w:t>
      </w:r>
      <w:proofErr w:type="spellEnd"/>
      <w:r w:rsidRPr="007F7795">
        <w:rPr>
          <w:rFonts w:cs="Arial"/>
          <w:szCs w:val="24"/>
        </w:rPr>
        <w:t xml:space="preserve"> </w:t>
      </w:r>
      <w:proofErr w:type="spellStart"/>
      <w:r w:rsidRPr="007F7795">
        <w:rPr>
          <w:rFonts w:cs="Arial"/>
          <w:szCs w:val="24"/>
        </w:rPr>
        <w:t>industrielle</w:t>
      </w:r>
      <w:proofErr w:type="spellEnd"/>
      <w:r w:rsidRPr="007F7795">
        <w:rPr>
          <w:rFonts w:cs="Arial"/>
          <w:szCs w:val="24"/>
        </w:rPr>
        <w:t xml:space="preserve">: comment </w:t>
      </w:r>
      <w:proofErr w:type="spellStart"/>
      <w:r w:rsidRPr="007F7795">
        <w:rPr>
          <w:rFonts w:cs="Arial"/>
          <w:szCs w:val="24"/>
        </w:rPr>
        <w:t>mettre</w:t>
      </w:r>
      <w:proofErr w:type="spellEnd"/>
      <w:r w:rsidRPr="007F7795">
        <w:rPr>
          <w:rFonts w:cs="Arial"/>
          <w:szCs w:val="24"/>
        </w:rPr>
        <w:t xml:space="preserve"> </w:t>
      </w:r>
      <w:proofErr w:type="spellStart"/>
      <w:r w:rsidRPr="007F7795">
        <w:rPr>
          <w:rFonts w:cs="Arial"/>
          <w:szCs w:val="24"/>
        </w:rPr>
        <w:t>en</w:t>
      </w:r>
      <w:proofErr w:type="spellEnd"/>
      <w:r w:rsidRPr="007F7795">
        <w:rPr>
          <w:rFonts w:cs="Arial"/>
          <w:szCs w:val="24"/>
        </w:rPr>
        <w:t xml:space="preserve"> pratique le </w:t>
      </w:r>
      <w:proofErr w:type="spellStart"/>
      <w:r w:rsidRPr="007F7795">
        <w:rPr>
          <w:rFonts w:cs="Arial"/>
          <w:szCs w:val="24"/>
        </w:rPr>
        <w:t>développement</w:t>
      </w:r>
      <w:proofErr w:type="spellEnd"/>
      <w:r w:rsidRPr="007F7795">
        <w:rPr>
          <w:rFonts w:cs="Arial"/>
          <w:szCs w:val="24"/>
        </w:rPr>
        <w:t xml:space="preserve"> durable dans </w:t>
      </w:r>
      <w:proofErr w:type="spellStart"/>
      <w:r w:rsidRPr="007F7795">
        <w:rPr>
          <w:rFonts w:cs="Arial"/>
          <w:szCs w:val="24"/>
        </w:rPr>
        <w:t>une</w:t>
      </w:r>
      <w:proofErr w:type="spellEnd"/>
      <w:r w:rsidRPr="007F7795">
        <w:rPr>
          <w:rFonts w:cs="Arial"/>
          <w:szCs w:val="24"/>
        </w:rPr>
        <w:t xml:space="preserve"> société hyper-</w:t>
      </w:r>
      <w:proofErr w:type="spellStart"/>
      <w:r w:rsidRPr="007F7795">
        <w:rPr>
          <w:rFonts w:cs="Arial"/>
          <w:szCs w:val="24"/>
        </w:rPr>
        <w:t>industrielle</w:t>
      </w:r>
      <w:proofErr w:type="spellEnd"/>
      <w:r w:rsidRPr="007F7795">
        <w:rPr>
          <w:rFonts w:cs="Arial"/>
          <w:szCs w:val="24"/>
        </w:rPr>
        <w:t>. 2. ed. Paris: Charles Léopold Mayer, 2004.</w:t>
      </w:r>
    </w:p>
    <w:p w14:paraId="48384C2F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E355B3">
        <w:rPr>
          <w:rFonts w:cs="Arial"/>
          <w:szCs w:val="24"/>
        </w:rPr>
        <w:t>GARCÉS, Carlos; GONZÁLEZ-SÁNCHEZ, Isabel; MEJÍA-ORTIZ, Liliana. A social currency for rewarding recycling: A case study from Colombia. Waste Management, v. 105, p. 11-18, abr. 2020. DOI: 10.1016/j.wasman.2020.01.036.</w:t>
      </w:r>
    </w:p>
    <w:p w14:paraId="32CF83FD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lastRenderedPageBreak/>
        <w:t xml:space="preserve">INSTITUTO ARAPOTI. </w:t>
      </w:r>
      <w:proofErr w:type="spellStart"/>
      <w:r w:rsidRPr="007F7795">
        <w:rPr>
          <w:rFonts w:cs="Arial"/>
          <w:b/>
          <w:bCs/>
          <w:szCs w:val="24"/>
        </w:rPr>
        <w:t>Ecograna</w:t>
      </w:r>
      <w:proofErr w:type="spellEnd"/>
      <w:r w:rsidRPr="007F7795">
        <w:rPr>
          <w:rFonts w:cs="Arial"/>
          <w:szCs w:val="24"/>
        </w:rPr>
        <w:t xml:space="preserve">. </w:t>
      </w:r>
      <w:proofErr w:type="spellStart"/>
      <w:r w:rsidRPr="007F7795">
        <w:rPr>
          <w:rFonts w:cs="Arial"/>
          <w:szCs w:val="24"/>
        </w:rPr>
        <w:t>Guará</w:t>
      </w:r>
      <w:proofErr w:type="spellEnd"/>
      <w:r w:rsidRPr="007F7795">
        <w:rPr>
          <w:rFonts w:cs="Arial"/>
          <w:szCs w:val="24"/>
        </w:rPr>
        <w:t xml:space="preserve">, DF: Instituto </w:t>
      </w:r>
      <w:proofErr w:type="spellStart"/>
      <w:r w:rsidRPr="007F7795">
        <w:rPr>
          <w:rFonts w:cs="Arial"/>
          <w:szCs w:val="24"/>
        </w:rPr>
        <w:t>Arapoti</w:t>
      </w:r>
      <w:proofErr w:type="spellEnd"/>
      <w:r w:rsidRPr="007F7795">
        <w:rPr>
          <w:rFonts w:cs="Arial"/>
          <w:szCs w:val="24"/>
        </w:rPr>
        <w:t xml:space="preserve">, 2022. </w:t>
      </w:r>
      <w:proofErr w:type="spellStart"/>
      <w:r w:rsidRPr="007F7795">
        <w:rPr>
          <w:rFonts w:cs="Arial"/>
          <w:szCs w:val="24"/>
        </w:rPr>
        <w:t>Disponível</w:t>
      </w:r>
      <w:proofErr w:type="spellEnd"/>
      <w:r w:rsidRPr="007F7795">
        <w:rPr>
          <w:rFonts w:cs="Arial"/>
          <w:szCs w:val="24"/>
        </w:rPr>
        <w:t xml:space="preserve"> em: https://institutoarapoti.com.br/ecograna. </w:t>
      </w:r>
      <w:proofErr w:type="spellStart"/>
      <w:r w:rsidRPr="007F7795">
        <w:rPr>
          <w:rFonts w:cs="Arial"/>
          <w:szCs w:val="24"/>
        </w:rPr>
        <w:t>Acesso</w:t>
      </w:r>
      <w:proofErr w:type="spellEnd"/>
      <w:r w:rsidRPr="007F7795">
        <w:rPr>
          <w:rFonts w:cs="Arial"/>
          <w:szCs w:val="24"/>
        </w:rPr>
        <w:t xml:space="preserve"> em: 23 </w:t>
      </w:r>
      <w:proofErr w:type="spellStart"/>
      <w:r w:rsidRPr="007F7795">
        <w:rPr>
          <w:rFonts w:cs="Arial"/>
          <w:szCs w:val="24"/>
        </w:rPr>
        <w:t>jul.</w:t>
      </w:r>
      <w:proofErr w:type="spellEnd"/>
      <w:r w:rsidRPr="007F7795">
        <w:rPr>
          <w:rFonts w:cs="Arial"/>
          <w:szCs w:val="24"/>
        </w:rPr>
        <w:t xml:space="preserve"> 2025.</w:t>
      </w:r>
    </w:p>
    <w:p w14:paraId="5E073D60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INSTITUTO ARAPOTI. </w:t>
      </w:r>
      <w:proofErr w:type="spellStart"/>
      <w:r w:rsidRPr="007F7795">
        <w:rPr>
          <w:rFonts w:cs="Arial"/>
          <w:b/>
          <w:bCs/>
          <w:szCs w:val="24"/>
        </w:rPr>
        <w:t>Relatório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Anual</w:t>
      </w:r>
      <w:proofErr w:type="spellEnd"/>
      <w:r w:rsidRPr="007F7795">
        <w:rPr>
          <w:rFonts w:cs="Arial"/>
          <w:b/>
          <w:bCs/>
          <w:szCs w:val="24"/>
        </w:rPr>
        <w:t xml:space="preserve"> de </w:t>
      </w:r>
      <w:proofErr w:type="spellStart"/>
      <w:r w:rsidRPr="007F7795">
        <w:rPr>
          <w:rFonts w:cs="Arial"/>
          <w:b/>
          <w:bCs/>
          <w:szCs w:val="24"/>
        </w:rPr>
        <w:t>Atividades</w:t>
      </w:r>
      <w:proofErr w:type="spellEnd"/>
      <w:r w:rsidRPr="007F7795">
        <w:rPr>
          <w:rFonts w:cs="Arial"/>
          <w:b/>
          <w:bCs/>
          <w:szCs w:val="24"/>
        </w:rPr>
        <w:t xml:space="preserve"> 2023</w:t>
      </w:r>
      <w:r w:rsidRPr="007F7795">
        <w:rPr>
          <w:rFonts w:cs="Arial"/>
          <w:szCs w:val="24"/>
        </w:rPr>
        <w:t xml:space="preserve">. </w:t>
      </w:r>
      <w:proofErr w:type="spellStart"/>
      <w:r w:rsidRPr="007F7795">
        <w:rPr>
          <w:rFonts w:cs="Arial"/>
          <w:szCs w:val="24"/>
        </w:rPr>
        <w:t>Guará</w:t>
      </w:r>
      <w:proofErr w:type="spellEnd"/>
      <w:r w:rsidRPr="007F7795">
        <w:rPr>
          <w:rFonts w:cs="Arial"/>
          <w:szCs w:val="24"/>
        </w:rPr>
        <w:t xml:space="preserve">, DF: Instituto </w:t>
      </w:r>
      <w:proofErr w:type="spellStart"/>
      <w:r w:rsidRPr="007F7795">
        <w:rPr>
          <w:rFonts w:cs="Arial"/>
          <w:szCs w:val="24"/>
        </w:rPr>
        <w:t>Arapoti</w:t>
      </w:r>
      <w:proofErr w:type="spellEnd"/>
      <w:r w:rsidRPr="007F7795">
        <w:rPr>
          <w:rFonts w:cs="Arial"/>
          <w:szCs w:val="24"/>
        </w:rPr>
        <w:t>, 2023.</w:t>
      </w:r>
    </w:p>
    <w:p w14:paraId="56CA7C1E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INSTITUTO ARAPOTI. </w:t>
      </w:r>
      <w:proofErr w:type="spellStart"/>
      <w:r w:rsidRPr="007F7795">
        <w:rPr>
          <w:rFonts w:cs="Arial"/>
          <w:b/>
          <w:bCs/>
          <w:szCs w:val="24"/>
        </w:rPr>
        <w:t>Relatório</w:t>
      </w:r>
      <w:proofErr w:type="spellEnd"/>
      <w:r w:rsidRPr="007F7795">
        <w:rPr>
          <w:rFonts w:cs="Arial"/>
          <w:b/>
          <w:bCs/>
          <w:szCs w:val="24"/>
        </w:rPr>
        <w:t xml:space="preserve"> de </w:t>
      </w:r>
      <w:proofErr w:type="spellStart"/>
      <w:r w:rsidRPr="007F7795">
        <w:rPr>
          <w:rFonts w:cs="Arial"/>
          <w:b/>
          <w:bCs/>
          <w:szCs w:val="24"/>
        </w:rPr>
        <w:t>Atividades</w:t>
      </w:r>
      <w:proofErr w:type="spellEnd"/>
      <w:r w:rsidRPr="007F7795">
        <w:rPr>
          <w:rFonts w:cs="Arial"/>
          <w:b/>
          <w:bCs/>
          <w:szCs w:val="24"/>
        </w:rPr>
        <w:t xml:space="preserve"> 2023</w:t>
      </w:r>
      <w:r w:rsidRPr="007F7795">
        <w:rPr>
          <w:rFonts w:cs="Arial"/>
          <w:szCs w:val="24"/>
        </w:rPr>
        <w:t xml:space="preserve">. </w:t>
      </w:r>
      <w:proofErr w:type="spellStart"/>
      <w:r w:rsidRPr="007F7795">
        <w:rPr>
          <w:rFonts w:cs="Arial"/>
          <w:szCs w:val="24"/>
        </w:rPr>
        <w:t>Guará</w:t>
      </w:r>
      <w:proofErr w:type="spellEnd"/>
      <w:r w:rsidRPr="007F7795">
        <w:rPr>
          <w:rFonts w:cs="Arial"/>
          <w:szCs w:val="24"/>
        </w:rPr>
        <w:t xml:space="preserve">, DF: Instituto </w:t>
      </w:r>
      <w:proofErr w:type="spellStart"/>
      <w:r w:rsidRPr="007F7795">
        <w:rPr>
          <w:rFonts w:cs="Arial"/>
          <w:szCs w:val="24"/>
        </w:rPr>
        <w:t>Arapoti</w:t>
      </w:r>
      <w:proofErr w:type="spellEnd"/>
      <w:r w:rsidRPr="007F7795">
        <w:rPr>
          <w:rFonts w:cs="Arial"/>
          <w:szCs w:val="24"/>
        </w:rPr>
        <w:t xml:space="preserve">, 2023. </w:t>
      </w:r>
    </w:p>
    <w:p w14:paraId="3108687C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INSTITUTO ARAPOTI. </w:t>
      </w:r>
      <w:proofErr w:type="spellStart"/>
      <w:r w:rsidRPr="007F7795">
        <w:rPr>
          <w:rFonts w:cs="Arial"/>
          <w:b/>
          <w:bCs/>
          <w:szCs w:val="24"/>
        </w:rPr>
        <w:t>Sobre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Nós</w:t>
      </w:r>
      <w:proofErr w:type="spellEnd"/>
      <w:r w:rsidRPr="007F7795">
        <w:rPr>
          <w:rFonts w:cs="Arial"/>
          <w:szCs w:val="24"/>
        </w:rPr>
        <w:t xml:space="preserve">. </w:t>
      </w:r>
      <w:proofErr w:type="spellStart"/>
      <w:r w:rsidRPr="007F7795">
        <w:rPr>
          <w:rFonts w:cs="Arial"/>
          <w:szCs w:val="24"/>
        </w:rPr>
        <w:t>Guará</w:t>
      </w:r>
      <w:proofErr w:type="spellEnd"/>
      <w:r w:rsidRPr="007F7795">
        <w:rPr>
          <w:rFonts w:cs="Arial"/>
          <w:szCs w:val="24"/>
        </w:rPr>
        <w:t xml:space="preserve">, DF: Instituto </w:t>
      </w:r>
      <w:proofErr w:type="spellStart"/>
      <w:r w:rsidRPr="007F7795">
        <w:rPr>
          <w:rFonts w:cs="Arial"/>
          <w:szCs w:val="24"/>
        </w:rPr>
        <w:t>Arapoti</w:t>
      </w:r>
      <w:proofErr w:type="spellEnd"/>
      <w:r w:rsidRPr="007F7795">
        <w:rPr>
          <w:rFonts w:cs="Arial"/>
          <w:szCs w:val="24"/>
        </w:rPr>
        <w:t xml:space="preserve">, 2021. </w:t>
      </w:r>
      <w:proofErr w:type="spellStart"/>
      <w:r w:rsidRPr="007F7795">
        <w:rPr>
          <w:rFonts w:cs="Arial"/>
          <w:szCs w:val="24"/>
        </w:rPr>
        <w:t>Disponível</w:t>
      </w:r>
      <w:proofErr w:type="spellEnd"/>
      <w:r w:rsidRPr="007F7795">
        <w:rPr>
          <w:rFonts w:cs="Arial"/>
          <w:szCs w:val="24"/>
        </w:rPr>
        <w:t xml:space="preserve"> em: https://institutoarapoti.com.br/sobre-nós. </w:t>
      </w:r>
      <w:proofErr w:type="spellStart"/>
      <w:r w:rsidRPr="007F7795">
        <w:rPr>
          <w:rFonts w:cs="Arial"/>
          <w:szCs w:val="24"/>
        </w:rPr>
        <w:t>Acesso</w:t>
      </w:r>
      <w:proofErr w:type="spellEnd"/>
      <w:r w:rsidRPr="007F7795">
        <w:rPr>
          <w:rFonts w:cs="Arial"/>
          <w:szCs w:val="24"/>
        </w:rPr>
        <w:t xml:space="preserve"> em: 25 jun. 2025.</w:t>
      </w:r>
    </w:p>
    <w:p w14:paraId="2A9D31DE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JORNAL DO GUARÁ. </w:t>
      </w:r>
      <w:proofErr w:type="spellStart"/>
      <w:r w:rsidRPr="007F7795">
        <w:rPr>
          <w:rFonts w:cs="Arial"/>
          <w:b/>
          <w:bCs/>
          <w:szCs w:val="24"/>
        </w:rPr>
        <w:t>Guará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ganha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primeiro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ponto</w:t>
      </w:r>
      <w:proofErr w:type="spellEnd"/>
      <w:r w:rsidRPr="007F7795">
        <w:rPr>
          <w:rFonts w:cs="Arial"/>
          <w:b/>
          <w:bCs/>
          <w:szCs w:val="24"/>
        </w:rPr>
        <w:t xml:space="preserve"> de </w:t>
      </w:r>
      <w:proofErr w:type="spellStart"/>
      <w:r w:rsidRPr="007F7795">
        <w:rPr>
          <w:rFonts w:cs="Arial"/>
          <w:b/>
          <w:bCs/>
          <w:szCs w:val="24"/>
        </w:rPr>
        <w:t>troca</w:t>
      </w:r>
      <w:proofErr w:type="spellEnd"/>
      <w:r w:rsidRPr="007F7795">
        <w:rPr>
          <w:rFonts w:cs="Arial"/>
          <w:b/>
          <w:bCs/>
          <w:szCs w:val="24"/>
        </w:rPr>
        <w:t xml:space="preserve"> de </w:t>
      </w:r>
      <w:proofErr w:type="spellStart"/>
      <w:r w:rsidRPr="007F7795">
        <w:rPr>
          <w:rFonts w:cs="Arial"/>
          <w:b/>
          <w:bCs/>
          <w:szCs w:val="24"/>
        </w:rPr>
        <w:t>lixo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reciclável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por</w:t>
      </w:r>
      <w:proofErr w:type="spellEnd"/>
      <w:r w:rsidRPr="007F7795">
        <w:rPr>
          <w:rFonts w:cs="Arial"/>
          <w:b/>
          <w:bCs/>
          <w:szCs w:val="24"/>
        </w:rPr>
        <w:t xml:space="preserve"> </w:t>
      </w:r>
      <w:proofErr w:type="spellStart"/>
      <w:r w:rsidRPr="007F7795">
        <w:rPr>
          <w:rFonts w:cs="Arial"/>
          <w:b/>
          <w:bCs/>
          <w:szCs w:val="24"/>
        </w:rPr>
        <w:t>Ecograna</w:t>
      </w:r>
      <w:proofErr w:type="spellEnd"/>
      <w:r w:rsidRPr="007F7795">
        <w:rPr>
          <w:rFonts w:cs="Arial"/>
          <w:szCs w:val="24"/>
        </w:rPr>
        <w:t xml:space="preserve">. Brasília, DF: Jornal do </w:t>
      </w:r>
      <w:proofErr w:type="spellStart"/>
      <w:r w:rsidRPr="007F7795">
        <w:rPr>
          <w:rFonts w:cs="Arial"/>
          <w:szCs w:val="24"/>
        </w:rPr>
        <w:t>Guará</w:t>
      </w:r>
      <w:proofErr w:type="spellEnd"/>
      <w:r w:rsidRPr="007F7795">
        <w:rPr>
          <w:rFonts w:cs="Arial"/>
          <w:szCs w:val="24"/>
        </w:rPr>
        <w:t xml:space="preserve">, 2 </w:t>
      </w:r>
      <w:proofErr w:type="spellStart"/>
      <w:r w:rsidRPr="007F7795">
        <w:rPr>
          <w:rFonts w:cs="Arial"/>
          <w:szCs w:val="24"/>
        </w:rPr>
        <w:t>nov.</w:t>
      </w:r>
      <w:proofErr w:type="spellEnd"/>
      <w:r w:rsidRPr="007F7795">
        <w:rPr>
          <w:rFonts w:cs="Arial"/>
          <w:szCs w:val="24"/>
        </w:rPr>
        <w:t xml:space="preserve"> 2020. </w:t>
      </w:r>
      <w:proofErr w:type="spellStart"/>
      <w:r w:rsidRPr="007F7795">
        <w:rPr>
          <w:rFonts w:cs="Arial"/>
          <w:szCs w:val="24"/>
        </w:rPr>
        <w:t>Disponível</w:t>
      </w:r>
      <w:proofErr w:type="spellEnd"/>
      <w:r w:rsidRPr="007F7795">
        <w:rPr>
          <w:rFonts w:cs="Arial"/>
          <w:szCs w:val="24"/>
        </w:rPr>
        <w:t xml:space="preserve"> em: https://jornaldoguara.com.br/2020/11/02/guara-ganha-primeiro-ponto-de-troca-de-lixo-reciclavel-por-ecograna/. </w:t>
      </w:r>
      <w:proofErr w:type="spellStart"/>
      <w:r w:rsidRPr="007F7795">
        <w:rPr>
          <w:rFonts w:cs="Arial"/>
          <w:szCs w:val="24"/>
        </w:rPr>
        <w:t>Acesso</w:t>
      </w:r>
      <w:proofErr w:type="spellEnd"/>
      <w:r w:rsidRPr="007F7795">
        <w:rPr>
          <w:rFonts w:cs="Arial"/>
          <w:szCs w:val="24"/>
        </w:rPr>
        <w:t xml:space="preserve"> em: 6 jun. 2025.</w:t>
      </w:r>
    </w:p>
    <w:p w14:paraId="6B8EDCCD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JORNAL DO GUARÁ. </w:t>
      </w:r>
      <w:r w:rsidRPr="007F7795">
        <w:rPr>
          <w:rFonts w:cs="Arial"/>
          <w:b/>
          <w:bCs/>
          <w:szCs w:val="24"/>
        </w:rPr>
        <w:t xml:space="preserve">Horta </w:t>
      </w:r>
      <w:proofErr w:type="spellStart"/>
      <w:r w:rsidRPr="007F7795">
        <w:rPr>
          <w:rFonts w:cs="Arial"/>
          <w:b/>
          <w:bCs/>
          <w:szCs w:val="24"/>
        </w:rPr>
        <w:t>Comunitária</w:t>
      </w:r>
      <w:proofErr w:type="spellEnd"/>
      <w:r w:rsidRPr="007F7795">
        <w:rPr>
          <w:rFonts w:cs="Arial"/>
          <w:b/>
          <w:bCs/>
          <w:szCs w:val="24"/>
        </w:rPr>
        <w:t xml:space="preserve"> do </w:t>
      </w:r>
      <w:proofErr w:type="spellStart"/>
      <w:r w:rsidRPr="007F7795">
        <w:rPr>
          <w:rFonts w:cs="Arial"/>
          <w:b/>
          <w:bCs/>
          <w:szCs w:val="24"/>
        </w:rPr>
        <w:t>Guará</w:t>
      </w:r>
      <w:proofErr w:type="spellEnd"/>
      <w:r w:rsidRPr="007F7795">
        <w:rPr>
          <w:rFonts w:cs="Arial"/>
          <w:b/>
          <w:bCs/>
          <w:szCs w:val="24"/>
        </w:rPr>
        <w:t xml:space="preserve"> - </w:t>
      </w:r>
      <w:proofErr w:type="spellStart"/>
      <w:r w:rsidRPr="007F7795">
        <w:rPr>
          <w:rFonts w:cs="Arial"/>
          <w:b/>
          <w:bCs/>
          <w:szCs w:val="24"/>
        </w:rPr>
        <w:t>Exemplo</w:t>
      </w:r>
      <w:proofErr w:type="spellEnd"/>
      <w:r w:rsidRPr="007F7795">
        <w:rPr>
          <w:rFonts w:cs="Arial"/>
          <w:b/>
          <w:bCs/>
          <w:szCs w:val="24"/>
        </w:rPr>
        <w:t xml:space="preserve"> de </w:t>
      </w:r>
      <w:proofErr w:type="spellStart"/>
      <w:r w:rsidRPr="007F7795">
        <w:rPr>
          <w:rFonts w:cs="Arial"/>
          <w:b/>
          <w:bCs/>
          <w:szCs w:val="24"/>
        </w:rPr>
        <w:t>sustentabilidade</w:t>
      </w:r>
      <w:proofErr w:type="spellEnd"/>
      <w:r w:rsidRPr="007F7795">
        <w:rPr>
          <w:rFonts w:cs="Arial"/>
          <w:b/>
          <w:bCs/>
          <w:szCs w:val="24"/>
        </w:rPr>
        <w:t xml:space="preserve"> e </w:t>
      </w:r>
      <w:proofErr w:type="spellStart"/>
      <w:r w:rsidRPr="007F7795">
        <w:rPr>
          <w:rFonts w:cs="Arial"/>
          <w:b/>
          <w:bCs/>
          <w:szCs w:val="24"/>
        </w:rPr>
        <w:t>interação</w:t>
      </w:r>
      <w:proofErr w:type="spellEnd"/>
      <w:r w:rsidRPr="007F7795">
        <w:rPr>
          <w:rFonts w:cs="Arial"/>
          <w:szCs w:val="24"/>
        </w:rPr>
        <w:t xml:space="preserve">. Brasília, DF: Jornal do </w:t>
      </w:r>
      <w:proofErr w:type="spellStart"/>
      <w:r w:rsidRPr="007F7795">
        <w:rPr>
          <w:rFonts w:cs="Arial"/>
          <w:szCs w:val="24"/>
        </w:rPr>
        <w:t>Guará</w:t>
      </w:r>
      <w:proofErr w:type="spellEnd"/>
      <w:r w:rsidRPr="007F7795">
        <w:rPr>
          <w:rFonts w:cs="Arial"/>
          <w:szCs w:val="24"/>
        </w:rPr>
        <w:t xml:space="preserve">, 30 </w:t>
      </w:r>
      <w:proofErr w:type="spellStart"/>
      <w:r w:rsidRPr="007F7795">
        <w:rPr>
          <w:rFonts w:cs="Arial"/>
          <w:szCs w:val="24"/>
        </w:rPr>
        <w:t>jan.</w:t>
      </w:r>
      <w:proofErr w:type="spellEnd"/>
      <w:r w:rsidRPr="007F7795">
        <w:rPr>
          <w:rFonts w:cs="Arial"/>
          <w:szCs w:val="24"/>
        </w:rPr>
        <w:t xml:space="preserve"> 2021. </w:t>
      </w:r>
      <w:proofErr w:type="spellStart"/>
      <w:r w:rsidRPr="007F7795">
        <w:rPr>
          <w:rFonts w:cs="Arial"/>
          <w:szCs w:val="24"/>
        </w:rPr>
        <w:t>Disponível</w:t>
      </w:r>
      <w:proofErr w:type="spellEnd"/>
      <w:r w:rsidRPr="007F7795">
        <w:rPr>
          <w:rFonts w:cs="Arial"/>
          <w:szCs w:val="24"/>
        </w:rPr>
        <w:t xml:space="preserve"> em: https://jornaldoguara.com.br/2021/01/30/horta-comunitaria-do-guara-exemplo-de-sustentabilidade-e-interacao/. </w:t>
      </w:r>
      <w:proofErr w:type="spellStart"/>
      <w:r w:rsidRPr="007F7795">
        <w:rPr>
          <w:rFonts w:cs="Arial"/>
          <w:szCs w:val="24"/>
        </w:rPr>
        <w:t>Acesso</w:t>
      </w:r>
      <w:proofErr w:type="spellEnd"/>
      <w:r w:rsidRPr="007F7795">
        <w:rPr>
          <w:rFonts w:cs="Arial"/>
          <w:szCs w:val="24"/>
        </w:rPr>
        <w:t xml:space="preserve"> em: 6 jun. 2025.</w:t>
      </w:r>
    </w:p>
    <w:p w14:paraId="62B9856E" w14:textId="77777777" w:rsidR="00D116AD" w:rsidRPr="004222BC" w:rsidRDefault="00D116AD" w:rsidP="00D116AD">
      <w:pPr>
        <w:spacing w:after="120" w:line="240" w:lineRule="auto"/>
        <w:rPr>
          <w:rFonts w:cs="Arial"/>
          <w:szCs w:val="24"/>
        </w:rPr>
      </w:pPr>
      <w:r w:rsidRPr="004222BC">
        <w:rPr>
          <w:rFonts w:cs="Arial"/>
          <w:szCs w:val="24"/>
        </w:rPr>
        <w:t xml:space="preserve">JORNAL DO GUARÁ. </w:t>
      </w:r>
      <w:proofErr w:type="spellStart"/>
      <w:r w:rsidRPr="004222BC">
        <w:rPr>
          <w:rFonts w:cs="Arial"/>
          <w:szCs w:val="24"/>
        </w:rPr>
        <w:t>Projeto</w:t>
      </w:r>
      <w:proofErr w:type="spellEnd"/>
      <w:r w:rsidRPr="004222BC">
        <w:rPr>
          <w:rFonts w:cs="Arial"/>
          <w:szCs w:val="24"/>
        </w:rPr>
        <w:t xml:space="preserve"> Escola </w:t>
      </w:r>
      <w:proofErr w:type="spellStart"/>
      <w:r w:rsidRPr="004222BC">
        <w:rPr>
          <w:rFonts w:cs="Arial"/>
          <w:szCs w:val="24"/>
        </w:rPr>
        <w:t>Sustentável</w:t>
      </w:r>
      <w:proofErr w:type="spellEnd"/>
      <w:r w:rsidRPr="004222BC">
        <w:rPr>
          <w:rFonts w:cs="Arial"/>
          <w:szCs w:val="24"/>
        </w:rPr>
        <w:t xml:space="preserve"> </w:t>
      </w:r>
      <w:proofErr w:type="spellStart"/>
      <w:r w:rsidRPr="004222BC">
        <w:rPr>
          <w:rFonts w:cs="Arial"/>
          <w:szCs w:val="24"/>
        </w:rPr>
        <w:t>transforma</w:t>
      </w:r>
      <w:proofErr w:type="spellEnd"/>
      <w:r w:rsidRPr="004222BC">
        <w:rPr>
          <w:rFonts w:cs="Arial"/>
          <w:szCs w:val="24"/>
        </w:rPr>
        <w:t xml:space="preserve"> a </w:t>
      </w:r>
      <w:proofErr w:type="spellStart"/>
      <w:r w:rsidRPr="004222BC">
        <w:rPr>
          <w:rFonts w:cs="Arial"/>
          <w:szCs w:val="24"/>
        </w:rPr>
        <w:t>relação</w:t>
      </w:r>
      <w:proofErr w:type="spellEnd"/>
      <w:r w:rsidRPr="004222BC">
        <w:rPr>
          <w:rFonts w:cs="Arial"/>
          <w:szCs w:val="24"/>
        </w:rPr>
        <w:t xml:space="preserve"> de </w:t>
      </w:r>
      <w:proofErr w:type="spellStart"/>
      <w:r w:rsidRPr="004222BC">
        <w:rPr>
          <w:rFonts w:cs="Arial"/>
          <w:szCs w:val="24"/>
        </w:rPr>
        <w:t>estudantes</w:t>
      </w:r>
      <w:proofErr w:type="spellEnd"/>
      <w:r w:rsidRPr="004222BC">
        <w:rPr>
          <w:rFonts w:cs="Arial"/>
          <w:szCs w:val="24"/>
        </w:rPr>
        <w:t xml:space="preserve"> com o </w:t>
      </w:r>
      <w:proofErr w:type="spellStart"/>
      <w:r w:rsidRPr="004222BC">
        <w:rPr>
          <w:rFonts w:cs="Arial"/>
          <w:szCs w:val="24"/>
        </w:rPr>
        <w:t>meio</w:t>
      </w:r>
      <w:proofErr w:type="spellEnd"/>
      <w:r w:rsidRPr="004222BC">
        <w:rPr>
          <w:rFonts w:cs="Arial"/>
          <w:szCs w:val="24"/>
        </w:rPr>
        <w:t xml:space="preserve"> </w:t>
      </w:r>
      <w:proofErr w:type="spellStart"/>
      <w:r w:rsidRPr="004222BC">
        <w:rPr>
          <w:rFonts w:cs="Arial"/>
          <w:szCs w:val="24"/>
        </w:rPr>
        <w:t>ambiente</w:t>
      </w:r>
      <w:proofErr w:type="spellEnd"/>
      <w:r w:rsidRPr="004222BC">
        <w:rPr>
          <w:rFonts w:cs="Arial"/>
          <w:szCs w:val="24"/>
        </w:rPr>
        <w:t xml:space="preserve">. </w:t>
      </w:r>
      <w:r w:rsidRPr="004222BC">
        <w:rPr>
          <w:rFonts w:cs="Arial"/>
          <w:b/>
          <w:bCs/>
          <w:szCs w:val="24"/>
        </w:rPr>
        <w:t xml:space="preserve">Jornal do </w:t>
      </w:r>
      <w:proofErr w:type="spellStart"/>
      <w:r w:rsidRPr="004222BC">
        <w:rPr>
          <w:rFonts w:cs="Arial"/>
          <w:b/>
          <w:bCs/>
          <w:szCs w:val="24"/>
        </w:rPr>
        <w:t>Guará</w:t>
      </w:r>
      <w:proofErr w:type="spellEnd"/>
      <w:r w:rsidRPr="004222BC">
        <w:rPr>
          <w:rFonts w:cs="Arial"/>
          <w:szCs w:val="24"/>
        </w:rPr>
        <w:t xml:space="preserve">, </w:t>
      </w:r>
      <w:proofErr w:type="spellStart"/>
      <w:r w:rsidRPr="004222BC">
        <w:rPr>
          <w:rFonts w:cs="Arial"/>
          <w:szCs w:val="24"/>
        </w:rPr>
        <w:t>Guará</w:t>
      </w:r>
      <w:proofErr w:type="spellEnd"/>
      <w:r w:rsidRPr="004222BC">
        <w:rPr>
          <w:rFonts w:cs="Arial"/>
          <w:szCs w:val="24"/>
        </w:rPr>
        <w:t>, DF, 25 out. 2021.</w:t>
      </w:r>
    </w:p>
    <w:p w14:paraId="0240A89A" w14:textId="77777777" w:rsidR="00D116AD" w:rsidRPr="004222BC" w:rsidRDefault="00D116AD" w:rsidP="00D116AD">
      <w:pPr>
        <w:spacing w:after="120" w:line="240" w:lineRule="auto"/>
        <w:rPr>
          <w:rFonts w:cs="Arial"/>
          <w:szCs w:val="24"/>
        </w:rPr>
      </w:pPr>
      <w:r w:rsidRPr="004222BC">
        <w:rPr>
          <w:rFonts w:cs="Arial"/>
          <w:szCs w:val="24"/>
        </w:rPr>
        <w:t xml:space="preserve">MORIN, Edgar. </w:t>
      </w:r>
      <w:proofErr w:type="spellStart"/>
      <w:r w:rsidRPr="004222BC">
        <w:rPr>
          <w:rFonts w:cs="Arial"/>
          <w:b/>
          <w:bCs/>
          <w:szCs w:val="24"/>
        </w:rPr>
        <w:t>Os</w:t>
      </w:r>
      <w:proofErr w:type="spellEnd"/>
      <w:r w:rsidRPr="004222BC">
        <w:rPr>
          <w:rFonts w:cs="Arial"/>
          <w:b/>
          <w:bCs/>
          <w:szCs w:val="24"/>
        </w:rPr>
        <w:t xml:space="preserve"> </w:t>
      </w:r>
      <w:proofErr w:type="spellStart"/>
      <w:r w:rsidRPr="004222BC">
        <w:rPr>
          <w:rFonts w:cs="Arial"/>
          <w:b/>
          <w:bCs/>
          <w:szCs w:val="24"/>
        </w:rPr>
        <w:t>sete</w:t>
      </w:r>
      <w:proofErr w:type="spellEnd"/>
      <w:r w:rsidRPr="004222BC">
        <w:rPr>
          <w:rFonts w:cs="Arial"/>
          <w:b/>
          <w:bCs/>
          <w:szCs w:val="24"/>
        </w:rPr>
        <w:t xml:space="preserve"> </w:t>
      </w:r>
      <w:proofErr w:type="spellStart"/>
      <w:r w:rsidRPr="004222BC">
        <w:rPr>
          <w:rFonts w:cs="Arial"/>
          <w:b/>
          <w:bCs/>
          <w:szCs w:val="24"/>
        </w:rPr>
        <w:t>saberes</w:t>
      </w:r>
      <w:proofErr w:type="spellEnd"/>
      <w:r w:rsidRPr="004222BC">
        <w:rPr>
          <w:rFonts w:cs="Arial"/>
          <w:b/>
          <w:bCs/>
          <w:szCs w:val="24"/>
        </w:rPr>
        <w:t xml:space="preserve"> </w:t>
      </w:r>
      <w:proofErr w:type="spellStart"/>
      <w:r w:rsidRPr="004222BC">
        <w:rPr>
          <w:rFonts w:cs="Arial"/>
          <w:b/>
          <w:bCs/>
          <w:szCs w:val="24"/>
        </w:rPr>
        <w:t>necessários</w:t>
      </w:r>
      <w:proofErr w:type="spellEnd"/>
      <w:r w:rsidRPr="004222BC">
        <w:rPr>
          <w:rFonts w:cs="Arial"/>
          <w:b/>
          <w:bCs/>
          <w:szCs w:val="24"/>
        </w:rPr>
        <w:t xml:space="preserve"> à </w:t>
      </w:r>
      <w:proofErr w:type="spellStart"/>
      <w:r w:rsidRPr="004222BC">
        <w:rPr>
          <w:rFonts w:cs="Arial"/>
          <w:b/>
          <w:bCs/>
          <w:szCs w:val="24"/>
        </w:rPr>
        <w:t>educação</w:t>
      </w:r>
      <w:proofErr w:type="spellEnd"/>
      <w:r w:rsidRPr="004222BC">
        <w:rPr>
          <w:rFonts w:cs="Arial"/>
          <w:b/>
          <w:bCs/>
          <w:szCs w:val="24"/>
        </w:rPr>
        <w:t xml:space="preserve"> do </w:t>
      </w:r>
      <w:proofErr w:type="spellStart"/>
      <w:r w:rsidRPr="004222BC">
        <w:rPr>
          <w:rFonts w:cs="Arial"/>
          <w:b/>
          <w:bCs/>
          <w:szCs w:val="24"/>
        </w:rPr>
        <w:t>futuro</w:t>
      </w:r>
      <w:proofErr w:type="spellEnd"/>
      <w:r w:rsidRPr="004222BC">
        <w:rPr>
          <w:rFonts w:cs="Arial"/>
          <w:szCs w:val="24"/>
        </w:rPr>
        <w:t>. 2. ed. São Paulo: Cortez; Brasília, DF: UNESCO, 2000.</w:t>
      </w:r>
    </w:p>
    <w:p w14:paraId="0590D50B" w14:textId="77777777" w:rsidR="00D116AD" w:rsidRPr="004222BC" w:rsidRDefault="00D116AD" w:rsidP="00D116AD">
      <w:pPr>
        <w:spacing w:after="120" w:line="240" w:lineRule="auto"/>
        <w:rPr>
          <w:rFonts w:cs="Arial"/>
          <w:szCs w:val="24"/>
        </w:rPr>
      </w:pPr>
      <w:r w:rsidRPr="004222BC">
        <w:rPr>
          <w:rFonts w:cs="Arial"/>
          <w:szCs w:val="24"/>
        </w:rPr>
        <w:t xml:space="preserve">OSTROM, Elinor. </w:t>
      </w:r>
      <w:r w:rsidRPr="004222BC">
        <w:rPr>
          <w:rFonts w:cs="Arial"/>
          <w:b/>
          <w:bCs/>
          <w:szCs w:val="24"/>
        </w:rPr>
        <w:t>Governing the commons</w:t>
      </w:r>
      <w:r w:rsidRPr="004222BC">
        <w:rPr>
          <w:rFonts w:cs="Arial"/>
          <w:szCs w:val="24"/>
        </w:rPr>
        <w:t>: the evolution of institutions for collective action. Cambridge: Cambridge University Press, 1990. DOI: 10.1017/CBO9780511807763.</w:t>
      </w:r>
    </w:p>
    <w:p w14:paraId="2049CA36" w14:textId="77777777" w:rsidR="00D116AD" w:rsidRPr="004222BC" w:rsidRDefault="00D116AD" w:rsidP="00D116AD">
      <w:pPr>
        <w:spacing w:after="120" w:line="240" w:lineRule="auto"/>
        <w:rPr>
          <w:rFonts w:cs="Arial"/>
          <w:szCs w:val="24"/>
        </w:rPr>
      </w:pPr>
      <w:r w:rsidRPr="004222BC">
        <w:rPr>
          <w:rFonts w:cs="Arial"/>
          <w:szCs w:val="24"/>
        </w:rPr>
        <w:t xml:space="preserve">PIKETTY, Thomas. </w:t>
      </w:r>
      <w:r w:rsidRPr="004222BC">
        <w:rPr>
          <w:rFonts w:cs="Arial"/>
          <w:b/>
          <w:bCs/>
          <w:szCs w:val="24"/>
        </w:rPr>
        <w:t xml:space="preserve">O capital no </w:t>
      </w:r>
      <w:proofErr w:type="spellStart"/>
      <w:r w:rsidRPr="004222BC">
        <w:rPr>
          <w:rFonts w:cs="Arial"/>
          <w:b/>
          <w:bCs/>
          <w:szCs w:val="24"/>
        </w:rPr>
        <w:t>século</w:t>
      </w:r>
      <w:proofErr w:type="spellEnd"/>
      <w:r w:rsidRPr="004222BC">
        <w:rPr>
          <w:rFonts w:cs="Arial"/>
          <w:b/>
          <w:bCs/>
          <w:szCs w:val="24"/>
        </w:rPr>
        <w:t xml:space="preserve"> XXI</w:t>
      </w:r>
      <w:r w:rsidRPr="004222BC">
        <w:rPr>
          <w:rFonts w:cs="Arial"/>
          <w:szCs w:val="24"/>
        </w:rPr>
        <w:t xml:space="preserve">. Rio de Janeiro: </w:t>
      </w:r>
      <w:proofErr w:type="spellStart"/>
      <w:r w:rsidRPr="004222BC">
        <w:rPr>
          <w:rFonts w:cs="Arial"/>
          <w:szCs w:val="24"/>
        </w:rPr>
        <w:t>Intrínseca</w:t>
      </w:r>
      <w:proofErr w:type="spellEnd"/>
      <w:r w:rsidRPr="004222BC">
        <w:rPr>
          <w:rFonts w:cs="Arial"/>
          <w:szCs w:val="24"/>
        </w:rPr>
        <w:t>, 2014.</w:t>
      </w:r>
    </w:p>
    <w:p w14:paraId="49DF4177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4222BC">
        <w:rPr>
          <w:rFonts w:cs="Arial"/>
          <w:szCs w:val="24"/>
        </w:rPr>
        <w:t>REED, Mark</w:t>
      </w:r>
      <w:r w:rsidRPr="007F7795">
        <w:rPr>
          <w:rFonts w:cs="Arial"/>
          <w:szCs w:val="24"/>
        </w:rPr>
        <w:t xml:space="preserve"> S. </w:t>
      </w:r>
      <w:r w:rsidRPr="007F7795">
        <w:rPr>
          <w:rFonts w:cs="Arial"/>
          <w:i/>
          <w:iCs/>
          <w:szCs w:val="24"/>
        </w:rPr>
        <w:t>et al</w:t>
      </w:r>
      <w:r w:rsidRPr="007F7795">
        <w:rPr>
          <w:rFonts w:cs="Arial"/>
          <w:szCs w:val="24"/>
        </w:rPr>
        <w:t xml:space="preserve">. What is Social Learning? </w:t>
      </w:r>
      <w:r w:rsidRPr="007F7795">
        <w:rPr>
          <w:rFonts w:cs="Arial"/>
          <w:b/>
          <w:bCs/>
          <w:szCs w:val="24"/>
        </w:rPr>
        <w:t>Ecology and Society</w:t>
      </w:r>
      <w:r w:rsidRPr="007F7795">
        <w:rPr>
          <w:rFonts w:cs="Arial"/>
          <w:szCs w:val="24"/>
        </w:rPr>
        <w:t>, v. 15, n. 4, r1, 2010. DOI: 10.5751/ES-03564-1504r01.</w:t>
      </w:r>
    </w:p>
    <w:p w14:paraId="14DF443E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RICHEY, Lisa Ann. Building social capital to enhance local economic development. </w:t>
      </w:r>
      <w:r w:rsidRPr="007F7795">
        <w:rPr>
          <w:rFonts w:cs="Arial"/>
          <w:b/>
          <w:bCs/>
          <w:szCs w:val="24"/>
        </w:rPr>
        <w:t>Community Development Journal</w:t>
      </w:r>
      <w:r w:rsidRPr="007F7795">
        <w:rPr>
          <w:rFonts w:cs="Arial"/>
          <w:szCs w:val="24"/>
        </w:rPr>
        <w:t>, v. 42, n. 4, p. 340-351, 2007.</w:t>
      </w:r>
    </w:p>
    <w:p w14:paraId="5449BDC3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RICONSCIENTE. </w:t>
      </w:r>
      <w:r w:rsidRPr="007F7795">
        <w:rPr>
          <w:rFonts w:cs="Arial"/>
          <w:b/>
          <w:bCs/>
          <w:szCs w:val="24"/>
        </w:rPr>
        <w:t>Eco Grana - Moeda Social em Brasília/DF</w:t>
      </w:r>
      <w:r w:rsidRPr="007F7795">
        <w:rPr>
          <w:rFonts w:cs="Arial"/>
          <w:szCs w:val="24"/>
        </w:rPr>
        <w:t xml:space="preserve">. Brasília, DF: </w:t>
      </w:r>
      <w:proofErr w:type="spellStart"/>
      <w:r w:rsidRPr="007F7795">
        <w:rPr>
          <w:rFonts w:cs="Arial"/>
          <w:szCs w:val="24"/>
        </w:rPr>
        <w:t>Riconsciente</w:t>
      </w:r>
      <w:proofErr w:type="spellEnd"/>
      <w:r w:rsidRPr="007F7795">
        <w:rPr>
          <w:rFonts w:cs="Arial"/>
          <w:szCs w:val="24"/>
        </w:rPr>
        <w:t xml:space="preserve">, 2021. </w:t>
      </w:r>
      <w:proofErr w:type="spellStart"/>
      <w:r w:rsidRPr="007F7795">
        <w:rPr>
          <w:rFonts w:cs="Arial"/>
          <w:szCs w:val="24"/>
        </w:rPr>
        <w:t>Disponível</w:t>
      </w:r>
      <w:proofErr w:type="spellEnd"/>
      <w:r w:rsidRPr="007F7795">
        <w:rPr>
          <w:rFonts w:cs="Arial"/>
          <w:szCs w:val="24"/>
        </w:rPr>
        <w:t xml:space="preserve"> em: https://riconsciente.com/ecograna-moeda-social-brasilia/. </w:t>
      </w:r>
      <w:proofErr w:type="spellStart"/>
      <w:r w:rsidRPr="007F7795">
        <w:rPr>
          <w:rFonts w:cs="Arial"/>
          <w:szCs w:val="24"/>
        </w:rPr>
        <w:t>Acesso</w:t>
      </w:r>
      <w:proofErr w:type="spellEnd"/>
      <w:r w:rsidRPr="007F7795">
        <w:rPr>
          <w:rFonts w:cs="Arial"/>
          <w:szCs w:val="24"/>
        </w:rPr>
        <w:t xml:space="preserve"> em: 6 jun. 2025.</w:t>
      </w:r>
    </w:p>
    <w:p w14:paraId="2C01C75F" w14:textId="77777777" w:rsidR="00D116AD" w:rsidRPr="007F7795" w:rsidRDefault="00D116AD" w:rsidP="00D116AD">
      <w:pPr>
        <w:spacing w:after="120" w:line="240" w:lineRule="auto"/>
        <w:rPr>
          <w:rFonts w:cs="Arial"/>
          <w:szCs w:val="24"/>
        </w:rPr>
      </w:pPr>
      <w:r w:rsidRPr="007F7795">
        <w:rPr>
          <w:rFonts w:cs="Arial"/>
          <w:szCs w:val="24"/>
        </w:rPr>
        <w:t xml:space="preserve">SEYFANG, Gill; LONGHURST, Noel. Growing green money? Mapping community currencies for sustainable development. </w:t>
      </w:r>
      <w:r w:rsidRPr="007F7795">
        <w:rPr>
          <w:rFonts w:cs="Arial"/>
          <w:b/>
          <w:bCs/>
          <w:szCs w:val="24"/>
        </w:rPr>
        <w:t>Ecological Economics</w:t>
      </w:r>
      <w:r w:rsidRPr="007F7795">
        <w:rPr>
          <w:rFonts w:cs="Arial"/>
          <w:szCs w:val="24"/>
        </w:rPr>
        <w:t>, v. 93, p. 65-77, set. 2013. DOI: 10.1016/j.ecolecon.2013.06.018.</w:t>
      </w:r>
    </w:p>
    <w:p w14:paraId="4A7AE56F" w14:textId="4E4092D5" w:rsidR="00D116AD" w:rsidRPr="004645B2" w:rsidRDefault="00D116AD" w:rsidP="00D116AD">
      <w:pPr>
        <w:tabs>
          <w:tab w:val="left" w:pos="1276"/>
        </w:tabs>
        <w:spacing w:after="120" w:line="240" w:lineRule="auto"/>
        <w:jc w:val="both"/>
        <w:rPr>
          <w:rFonts w:cs="Arial"/>
          <w:color w:val="000000" w:themeColor="text1"/>
          <w:szCs w:val="24"/>
        </w:rPr>
      </w:pPr>
      <w:r w:rsidRPr="007F7795">
        <w:rPr>
          <w:rFonts w:cs="Arial"/>
          <w:szCs w:val="24"/>
        </w:rPr>
        <w:t xml:space="preserve">SINGER, P. </w:t>
      </w:r>
      <w:proofErr w:type="spellStart"/>
      <w:r w:rsidRPr="007F7795">
        <w:rPr>
          <w:rFonts w:cs="Arial"/>
          <w:b/>
          <w:bCs/>
          <w:szCs w:val="24"/>
        </w:rPr>
        <w:t>Introdução</w:t>
      </w:r>
      <w:proofErr w:type="spellEnd"/>
      <w:r w:rsidRPr="007F7795">
        <w:rPr>
          <w:rFonts w:cs="Arial"/>
          <w:b/>
          <w:bCs/>
          <w:szCs w:val="24"/>
        </w:rPr>
        <w:t xml:space="preserve"> à Economia </w:t>
      </w:r>
      <w:proofErr w:type="spellStart"/>
      <w:r w:rsidRPr="007F7795">
        <w:rPr>
          <w:rFonts w:cs="Arial"/>
          <w:b/>
          <w:bCs/>
          <w:szCs w:val="24"/>
        </w:rPr>
        <w:t>Solidária</w:t>
      </w:r>
      <w:proofErr w:type="spellEnd"/>
      <w:r w:rsidRPr="007F7795">
        <w:rPr>
          <w:rFonts w:cs="Arial"/>
          <w:szCs w:val="24"/>
        </w:rPr>
        <w:t xml:space="preserve">. São Paulo: Editora </w:t>
      </w:r>
      <w:proofErr w:type="spellStart"/>
      <w:r w:rsidRPr="007F7795">
        <w:rPr>
          <w:rFonts w:cs="Arial"/>
          <w:szCs w:val="24"/>
        </w:rPr>
        <w:t>Fundação</w:t>
      </w:r>
      <w:proofErr w:type="spellEnd"/>
      <w:r w:rsidRPr="007F7795">
        <w:rPr>
          <w:rFonts w:cs="Arial"/>
          <w:szCs w:val="24"/>
        </w:rPr>
        <w:t xml:space="preserve"> </w:t>
      </w:r>
      <w:proofErr w:type="spellStart"/>
      <w:r w:rsidRPr="007F7795">
        <w:rPr>
          <w:rFonts w:cs="Arial"/>
          <w:szCs w:val="24"/>
        </w:rPr>
        <w:t>Perseu</w:t>
      </w:r>
      <w:proofErr w:type="spellEnd"/>
      <w:r w:rsidRPr="007F7795">
        <w:rPr>
          <w:rFonts w:cs="Arial"/>
          <w:szCs w:val="24"/>
        </w:rPr>
        <w:t xml:space="preserve"> Abramo, 2002</w:t>
      </w:r>
    </w:p>
    <w:p w14:paraId="6FC09D09" w14:textId="77777777" w:rsidR="00D116AD" w:rsidRPr="00C72A84" w:rsidRDefault="00D116AD" w:rsidP="00D116AD">
      <w:pPr>
        <w:jc w:val="center"/>
        <w:rPr>
          <w:rFonts w:cs="Arial"/>
          <w:szCs w:val="24"/>
        </w:rPr>
      </w:pPr>
    </w:p>
    <w:sectPr w:rsidR="00D116AD" w:rsidRPr="00C72A84" w:rsidSect="005753F9">
      <w:headerReference w:type="default" r:id="rId12"/>
      <w:pgSz w:w="11906" w:h="16838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B7A7E" w14:textId="77777777" w:rsidR="00B318BC" w:rsidRDefault="00B318BC" w:rsidP="005753F9">
      <w:pPr>
        <w:spacing w:after="0" w:line="240" w:lineRule="auto"/>
      </w:pPr>
      <w:r>
        <w:separator/>
      </w:r>
    </w:p>
  </w:endnote>
  <w:endnote w:type="continuationSeparator" w:id="0">
    <w:p w14:paraId="763BC6EE" w14:textId="77777777" w:rsidR="00B318BC" w:rsidRDefault="00B318BC" w:rsidP="00575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B8AB1" w14:textId="77777777" w:rsidR="00B318BC" w:rsidRDefault="00B318BC" w:rsidP="005753F9">
      <w:pPr>
        <w:spacing w:after="0" w:line="240" w:lineRule="auto"/>
      </w:pPr>
      <w:r>
        <w:separator/>
      </w:r>
    </w:p>
  </w:footnote>
  <w:footnote w:type="continuationSeparator" w:id="0">
    <w:p w14:paraId="573176E6" w14:textId="77777777" w:rsidR="00B318BC" w:rsidRDefault="00B318BC" w:rsidP="00575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FC607" w14:textId="5F153166" w:rsidR="005753F9" w:rsidRDefault="002C6613" w:rsidP="005753F9">
    <w:pPr>
      <w:pStyle w:val="Cabealho"/>
      <w:tabs>
        <w:tab w:val="clear" w:pos="4680"/>
        <w:tab w:val="clear" w:pos="9360"/>
        <w:tab w:val="left" w:pos="269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507F2" wp14:editId="6A4134FB">
          <wp:simplePos x="0" y="0"/>
          <wp:positionH relativeFrom="column">
            <wp:posOffset>-1261883</wp:posOffset>
          </wp:positionH>
          <wp:positionV relativeFrom="paragraph">
            <wp:posOffset>-639445</wp:posOffset>
          </wp:positionV>
          <wp:extent cx="7784327" cy="11008271"/>
          <wp:effectExtent l="0" t="0" r="7620" b="317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4327" cy="11008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53F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682AB4"/>
    <w:multiLevelType w:val="hybridMultilevel"/>
    <w:tmpl w:val="E4A298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93593"/>
    <w:multiLevelType w:val="hybridMultilevel"/>
    <w:tmpl w:val="53F428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B5E0C"/>
    <w:multiLevelType w:val="hybridMultilevel"/>
    <w:tmpl w:val="9BB646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1607C"/>
    <w:multiLevelType w:val="hybridMultilevel"/>
    <w:tmpl w:val="DCDEEEF4"/>
    <w:lvl w:ilvl="0" w:tplc="BC28C54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026A1E"/>
    <w:multiLevelType w:val="hybridMultilevel"/>
    <w:tmpl w:val="B7220E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A16A2"/>
    <w:multiLevelType w:val="hybridMultilevel"/>
    <w:tmpl w:val="CEBA4D5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C12EC"/>
    <w:multiLevelType w:val="hybridMultilevel"/>
    <w:tmpl w:val="3C72603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092DE1"/>
    <w:multiLevelType w:val="hybridMultilevel"/>
    <w:tmpl w:val="9F4A456E"/>
    <w:lvl w:ilvl="0" w:tplc="BC28C54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FD23CB"/>
    <w:multiLevelType w:val="hybridMultilevel"/>
    <w:tmpl w:val="668C824C"/>
    <w:lvl w:ilvl="0" w:tplc="BC28C54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38017">
    <w:abstractNumId w:val="8"/>
  </w:num>
  <w:num w:numId="2" w16cid:durableId="140581911">
    <w:abstractNumId w:val="6"/>
  </w:num>
  <w:num w:numId="3" w16cid:durableId="212160387">
    <w:abstractNumId w:val="5"/>
  </w:num>
  <w:num w:numId="4" w16cid:durableId="1177696148">
    <w:abstractNumId w:val="4"/>
  </w:num>
  <w:num w:numId="5" w16cid:durableId="939525525">
    <w:abstractNumId w:val="7"/>
  </w:num>
  <w:num w:numId="6" w16cid:durableId="647711844">
    <w:abstractNumId w:val="3"/>
  </w:num>
  <w:num w:numId="7" w16cid:durableId="818768540">
    <w:abstractNumId w:val="2"/>
  </w:num>
  <w:num w:numId="8" w16cid:durableId="232814948">
    <w:abstractNumId w:val="1"/>
  </w:num>
  <w:num w:numId="9" w16cid:durableId="1177884130">
    <w:abstractNumId w:val="0"/>
  </w:num>
  <w:num w:numId="10" w16cid:durableId="1508717164">
    <w:abstractNumId w:val="9"/>
  </w:num>
  <w:num w:numId="11" w16cid:durableId="979573513">
    <w:abstractNumId w:val="17"/>
  </w:num>
  <w:num w:numId="12" w16cid:durableId="961686557">
    <w:abstractNumId w:val="16"/>
  </w:num>
  <w:num w:numId="13" w16cid:durableId="698119637">
    <w:abstractNumId w:val="12"/>
  </w:num>
  <w:num w:numId="14" w16cid:durableId="473328793">
    <w:abstractNumId w:val="15"/>
  </w:num>
  <w:num w:numId="15" w16cid:durableId="1514220457">
    <w:abstractNumId w:val="10"/>
  </w:num>
  <w:num w:numId="16" w16cid:durableId="455874857">
    <w:abstractNumId w:val="14"/>
  </w:num>
  <w:num w:numId="17" w16cid:durableId="2088382485">
    <w:abstractNumId w:val="13"/>
  </w:num>
  <w:num w:numId="18" w16cid:durableId="16329764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81D9C"/>
    <w:rsid w:val="0029639D"/>
    <w:rsid w:val="002C6613"/>
    <w:rsid w:val="00326F90"/>
    <w:rsid w:val="003B66C3"/>
    <w:rsid w:val="00572D56"/>
    <w:rsid w:val="005753F9"/>
    <w:rsid w:val="006949C4"/>
    <w:rsid w:val="00694CA6"/>
    <w:rsid w:val="008F50BC"/>
    <w:rsid w:val="00AA1D8D"/>
    <w:rsid w:val="00B318BC"/>
    <w:rsid w:val="00B47730"/>
    <w:rsid w:val="00C72A84"/>
    <w:rsid w:val="00CB0664"/>
    <w:rsid w:val="00D116AD"/>
    <w:rsid w:val="00D70619"/>
    <w:rsid w:val="00E461A6"/>
    <w:rsid w:val="00F022C1"/>
    <w:rsid w:val="00F34C1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AF231E"/>
  <w14:defaultImageDpi w14:val="300"/>
  <w15:docId w15:val="{0EC34E5F-93DA-46D6-8075-ADC813C47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Fontepargpadro"/>
    <w:uiPriority w:val="99"/>
    <w:unhideWhenUsed/>
    <w:rsid w:val="00E461A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46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4625</Words>
  <Characters>31035</Characters>
  <Application>Microsoft Office Word</Application>
  <DocSecurity>0</DocSecurity>
  <Lines>1001</Lines>
  <Paragraphs>742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34918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ANGRAD</dc:creator>
  <cp:keywords/>
  <dc:description>generated by python-docx</dc:description>
  <cp:lastModifiedBy>Patricia Guarnieri</cp:lastModifiedBy>
  <cp:revision>2</cp:revision>
  <cp:lastPrinted>2025-05-08T18:58:00Z</cp:lastPrinted>
  <dcterms:created xsi:type="dcterms:W3CDTF">2025-09-16T00:01:00Z</dcterms:created>
  <dcterms:modified xsi:type="dcterms:W3CDTF">2025-09-16T00:01:00Z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GrammarlyDocumentId">
    <vt:lpwstr>369efa8c-d31d-48ef-a88e-c51cfb8b133c</vt:lpwstr>
  </property>
</Properties>
</file>